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1906"/>
      </w:tblGrid>
      <w:tr w:rsidR="008E5318" w14:paraId="3BEA9BEB" w14:textId="77777777">
        <w:trPr>
          <w:trHeight w:val="15800"/>
          <w:jc w:val="center"/>
        </w:trPr>
        <w:tc>
          <w:tcPr>
            <w:tcW w:w="11906" w:type="dxa"/>
            <w:tcMar>
              <w:top w:w="500" w:type="dxa"/>
              <w:left w:w="560" w:type="dxa"/>
              <w:bottom w:w="500" w:type="dxa"/>
              <w:right w:w="560" w:type="dxa"/>
            </w:tcMar>
            <w:vAlign w:val="center"/>
          </w:tcPr>
          <w:p w14:paraId="7216EAB1" w14:textId="77777777" w:rsidR="00D92097" w:rsidRDefault="00143BD7" w:rsidP="00587722">
            <w:pPr>
              <w:spacing w:after="120"/>
              <w:jc w:val="center"/>
              <w:rPr>
                <w:b/>
                <w:color w:val="FFC000"/>
                <w:sz w:val="32"/>
                <w:lang w:val="bg-BG"/>
              </w:rPr>
            </w:pPr>
            <w:r w:rsidRPr="008441BD">
              <w:rPr>
                <w:b/>
                <w:color w:val="FFC000"/>
                <w:sz w:val="32"/>
                <w:lang w:val="ru-RU"/>
              </w:rPr>
              <w:t xml:space="preserve"> </w:t>
            </w:r>
            <w:r w:rsidRPr="008441BD">
              <w:rPr>
                <w:b/>
                <w:color w:val="FFC000"/>
                <w:sz w:val="32"/>
              </w:rPr>
              <w:t xml:space="preserve"> </w:t>
            </w:r>
          </w:p>
          <w:p w14:paraId="743674DE" w14:textId="77777777" w:rsidR="00587722" w:rsidRDefault="00143BD7" w:rsidP="00587722">
            <w:pPr>
              <w:spacing w:after="120"/>
              <w:jc w:val="center"/>
              <w:rPr>
                <w:b/>
                <w:color w:val="FFC000"/>
                <w:sz w:val="32"/>
                <w:lang w:val="bg-BG"/>
              </w:rPr>
            </w:pPr>
            <w:r w:rsidRPr="00967BA7">
              <w:rPr>
                <w:b/>
                <w:color w:val="FFC000"/>
                <w:sz w:val="32"/>
              </w:rPr>
              <w:t>I МЕЖДУНАРОДНА НАУЧНА КОНФЕРЕНЦИЯ</w:t>
            </w:r>
            <w:r>
              <w:rPr>
                <w:noProof/>
              </w:rPr>
              <w:drawing>
                <wp:anchor distT="0" distB="0" distL="0" distR="0" simplePos="0" relativeHeight="251648512" behindDoc="1" locked="0" layoutInCell="0" allowOverlap="1" wp14:anchorId="56930C43" wp14:editId="624A4FFD">
                  <wp:simplePos x="0" y="0"/>
                  <wp:positionH relativeFrom="page">
                    <wp:posOffset>-30000</wp:posOffset>
                  </wp:positionH>
                  <wp:positionV relativeFrom="page">
                    <wp:posOffset>-347500</wp:posOffset>
                  </wp:positionV>
                  <wp:extent cx="7620310" cy="11119630"/>
                  <wp:effectExtent l="0" t="0" r="0" b="0"/>
                  <wp:wrapNone/>
                  <wp:docPr id="501" name="Backgrou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d.jpg"/>
                          <pic:cNvPicPr/>
                        </pic:nvPicPr>
                        <pic:blipFill>
                          <a:blip r:embed="rId8"/>
                          <a:stretch>
                            <a:fillRect/>
                          </a:stretch>
                        </pic:blipFill>
                        <pic:spPr>
                          <a:xfrm>
                            <a:off x="0" y="0"/>
                            <a:ext cx="7620310" cy="11119630"/>
                          </a:xfrm>
                          <a:prstGeom prst="rect">
                            <a:avLst/>
                          </a:prstGeom>
                        </pic:spPr>
                      </pic:pic>
                    </a:graphicData>
                  </a:graphic>
                </wp:anchor>
              </w:drawing>
            </w:r>
          </w:p>
          <w:p w14:paraId="682E707E" w14:textId="77777777" w:rsidR="008E5318" w:rsidRPr="00587722" w:rsidRDefault="00000000" w:rsidP="00587722">
            <w:pPr>
              <w:spacing w:after="120"/>
              <w:jc w:val="center"/>
              <w:rPr>
                <w:iCs/>
                <w:sz w:val="28"/>
                <w:szCs w:val="28"/>
              </w:rPr>
            </w:pPr>
            <w:r w:rsidRPr="00587722">
              <w:rPr>
                <w:b/>
                <w:iCs/>
                <w:color w:val="FFFFFF"/>
                <w:sz w:val="28"/>
                <w:szCs w:val="28"/>
              </w:rPr>
              <w:t>„</w:t>
            </w:r>
            <w:proofErr w:type="spellStart"/>
            <w:r w:rsidRPr="00587722">
              <w:rPr>
                <w:b/>
                <w:iCs/>
                <w:color w:val="FFFFFF"/>
                <w:sz w:val="28"/>
                <w:szCs w:val="28"/>
              </w:rPr>
              <w:t>Бесарабски</w:t>
            </w:r>
            <w:proofErr w:type="spellEnd"/>
            <w:r w:rsidRPr="00587722">
              <w:rPr>
                <w:b/>
                <w:iCs/>
                <w:color w:val="FFFFFF"/>
                <w:sz w:val="28"/>
                <w:szCs w:val="28"/>
              </w:rPr>
              <w:t xml:space="preserve"> и </w:t>
            </w:r>
            <w:proofErr w:type="spellStart"/>
            <w:r w:rsidRPr="00587722">
              <w:rPr>
                <w:b/>
                <w:iCs/>
                <w:color w:val="FFFFFF"/>
                <w:sz w:val="28"/>
                <w:szCs w:val="28"/>
              </w:rPr>
              <w:t>банатски</w:t>
            </w:r>
            <w:proofErr w:type="spellEnd"/>
            <w:r w:rsidRPr="00587722">
              <w:rPr>
                <w:b/>
                <w:iCs/>
                <w:color w:val="FFFFFF"/>
                <w:sz w:val="28"/>
                <w:szCs w:val="28"/>
              </w:rPr>
              <w:t xml:space="preserve"> </w:t>
            </w:r>
            <w:proofErr w:type="spellStart"/>
            <w:r w:rsidRPr="00587722">
              <w:rPr>
                <w:b/>
                <w:iCs/>
                <w:color w:val="FFFFFF"/>
                <w:sz w:val="28"/>
                <w:szCs w:val="28"/>
              </w:rPr>
              <w:t>българи</w:t>
            </w:r>
            <w:proofErr w:type="spellEnd"/>
            <w:r w:rsidRPr="00587722">
              <w:rPr>
                <w:b/>
                <w:iCs/>
                <w:color w:val="FFFFFF"/>
                <w:sz w:val="28"/>
                <w:szCs w:val="28"/>
              </w:rPr>
              <w:t xml:space="preserve"> в </w:t>
            </w:r>
            <w:proofErr w:type="spellStart"/>
            <w:r w:rsidRPr="00587722">
              <w:rPr>
                <w:b/>
                <w:iCs/>
                <w:color w:val="FFFFFF"/>
                <w:sz w:val="28"/>
                <w:szCs w:val="28"/>
              </w:rPr>
              <w:t>историческия</w:t>
            </w:r>
            <w:proofErr w:type="spellEnd"/>
            <w:r w:rsidRPr="00587722">
              <w:rPr>
                <w:b/>
                <w:iCs/>
                <w:color w:val="FFFFFF"/>
                <w:sz w:val="28"/>
                <w:szCs w:val="28"/>
              </w:rPr>
              <w:t xml:space="preserve"> и </w:t>
            </w:r>
            <w:proofErr w:type="spellStart"/>
            <w:r w:rsidRPr="00587722">
              <w:rPr>
                <w:b/>
                <w:iCs/>
                <w:color w:val="FFFFFF"/>
                <w:sz w:val="28"/>
                <w:szCs w:val="28"/>
              </w:rPr>
              <w:t>съвременен</w:t>
            </w:r>
            <w:proofErr w:type="spellEnd"/>
            <w:r w:rsidRPr="00587722">
              <w:rPr>
                <w:b/>
                <w:iCs/>
                <w:color w:val="FFFFFF"/>
                <w:sz w:val="28"/>
                <w:szCs w:val="28"/>
              </w:rPr>
              <w:t xml:space="preserve"> </w:t>
            </w:r>
            <w:proofErr w:type="spellStart"/>
            <w:r w:rsidRPr="00587722">
              <w:rPr>
                <w:b/>
                <w:iCs/>
                <w:color w:val="FFFFFF"/>
                <w:sz w:val="28"/>
                <w:szCs w:val="28"/>
              </w:rPr>
              <w:t>контекст</w:t>
            </w:r>
            <w:proofErr w:type="spellEnd"/>
            <w:r w:rsidRPr="00587722">
              <w:rPr>
                <w:b/>
                <w:iCs/>
                <w:color w:val="FFFFFF"/>
                <w:sz w:val="28"/>
                <w:szCs w:val="28"/>
              </w:rPr>
              <w:t>:</w:t>
            </w:r>
          </w:p>
          <w:p w14:paraId="589E77C0" w14:textId="77777777" w:rsidR="00587722" w:rsidRPr="00587722" w:rsidRDefault="00000000">
            <w:pPr>
              <w:spacing w:after="160"/>
              <w:jc w:val="center"/>
              <w:rPr>
                <w:b/>
                <w:iCs/>
                <w:color w:val="FFFFFF"/>
                <w:sz w:val="28"/>
                <w:szCs w:val="28"/>
                <w:lang w:val="bg-BG"/>
              </w:rPr>
            </w:pPr>
            <w:proofErr w:type="spellStart"/>
            <w:r w:rsidRPr="00587722">
              <w:rPr>
                <w:b/>
                <w:iCs/>
                <w:color w:val="FFFFFF"/>
                <w:sz w:val="28"/>
                <w:szCs w:val="28"/>
              </w:rPr>
              <w:t>език</w:t>
            </w:r>
            <w:proofErr w:type="spellEnd"/>
            <w:r w:rsidRPr="00587722">
              <w:rPr>
                <w:b/>
                <w:iCs/>
                <w:color w:val="FFFFFF"/>
                <w:sz w:val="28"/>
                <w:szCs w:val="28"/>
              </w:rPr>
              <w:t xml:space="preserve">, </w:t>
            </w:r>
            <w:proofErr w:type="spellStart"/>
            <w:r w:rsidRPr="00587722">
              <w:rPr>
                <w:b/>
                <w:iCs/>
                <w:color w:val="FFFFFF"/>
                <w:sz w:val="28"/>
                <w:szCs w:val="28"/>
              </w:rPr>
              <w:t>културна</w:t>
            </w:r>
            <w:proofErr w:type="spellEnd"/>
            <w:r w:rsidRPr="00587722">
              <w:rPr>
                <w:b/>
                <w:iCs/>
                <w:color w:val="FFFFFF"/>
                <w:sz w:val="28"/>
                <w:szCs w:val="28"/>
              </w:rPr>
              <w:t xml:space="preserve"> </w:t>
            </w:r>
            <w:proofErr w:type="spellStart"/>
            <w:r w:rsidRPr="00587722">
              <w:rPr>
                <w:b/>
                <w:iCs/>
                <w:color w:val="FFFFFF"/>
                <w:sz w:val="28"/>
                <w:szCs w:val="28"/>
              </w:rPr>
              <w:t>памет</w:t>
            </w:r>
            <w:proofErr w:type="spellEnd"/>
            <w:r w:rsidRPr="00587722">
              <w:rPr>
                <w:b/>
                <w:iCs/>
                <w:color w:val="FFFFFF"/>
                <w:sz w:val="28"/>
                <w:szCs w:val="28"/>
              </w:rPr>
              <w:t xml:space="preserve">, </w:t>
            </w:r>
            <w:proofErr w:type="spellStart"/>
            <w:proofErr w:type="gramStart"/>
            <w:r w:rsidRPr="00587722">
              <w:rPr>
                <w:b/>
                <w:iCs/>
                <w:color w:val="FFFFFF"/>
                <w:sz w:val="28"/>
                <w:szCs w:val="28"/>
              </w:rPr>
              <w:t>идентичност</w:t>
            </w:r>
            <w:proofErr w:type="spellEnd"/>
            <w:r w:rsidRPr="00587722">
              <w:rPr>
                <w:b/>
                <w:iCs/>
                <w:color w:val="FFFFFF"/>
                <w:sz w:val="28"/>
                <w:szCs w:val="28"/>
              </w:rPr>
              <w:t>“</w:t>
            </w:r>
            <w:proofErr w:type="gramEnd"/>
          </w:p>
          <w:p w14:paraId="5264E2C1" w14:textId="77777777" w:rsidR="00587722" w:rsidRPr="00967BA7" w:rsidRDefault="00587722" w:rsidP="00967BA7">
            <w:pPr>
              <w:spacing w:after="120" w:line="240" w:lineRule="auto"/>
              <w:jc w:val="center"/>
              <w:rPr>
                <w:i/>
                <w:iCs/>
                <w:sz w:val="24"/>
                <w:szCs w:val="24"/>
              </w:rPr>
            </w:pPr>
            <w:r w:rsidRPr="00967BA7">
              <w:rPr>
                <w:b/>
                <w:i/>
                <w:iCs/>
                <w:color w:val="FFFFFF" w:themeColor="background1"/>
                <w:sz w:val="24"/>
                <w:szCs w:val="24"/>
                <w:lang w:val="bg-BG"/>
              </w:rPr>
              <w:t>София,</w:t>
            </w:r>
            <w:r w:rsidRPr="00967BA7">
              <w:rPr>
                <w:b/>
                <w:i/>
                <w:iCs/>
                <w:color w:val="FFC000"/>
                <w:sz w:val="24"/>
                <w:szCs w:val="24"/>
              </w:rPr>
              <w:t xml:space="preserve"> </w:t>
            </w:r>
            <w:r w:rsidRPr="00967BA7">
              <w:rPr>
                <w:b/>
                <w:i/>
                <w:iCs/>
                <w:color w:val="FFFFFF"/>
                <w:sz w:val="24"/>
                <w:szCs w:val="24"/>
              </w:rPr>
              <w:t>23</w:t>
            </w:r>
            <w:r w:rsidRPr="00967BA7">
              <w:rPr>
                <w:b/>
                <w:i/>
                <w:iCs/>
                <w:color w:val="FFFFFF"/>
                <w:sz w:val="24"/>
                <w:szCs w:val="24"/>
                <w:lang w:val="bg-BG"/>
              </w:rPr>
              <w:t xml:space="preserve"> </w:t>
            </w:r>
            <w:r w:rsidRPr="00967BA7">
              <w:rPr>
                <w:b/>
                <w:i/>
                <w:iCs/>
                <w:color w:val="FFFFFF"/>
                <w:sz w:val="24"/>
                <w:szCs w:val="24"/>
              </w:rPr>
              <w:t>–</w:t>
            </w:r>
            <w:r w:rsidRPr="00967BA7">
              <w:rPr>
                <w:b/>
                <w:i/>
                <w:iCs/>
                <w:color w:val="FFFFFF"/>
                <w:sz w:val="24"/>
                <w:szCs w:val="24"/>
                <w:lang w:val="bg-BG"/>
              </w:rPr>
              <w:t xml:space="preserve"> </w:t>
            </w:r>
            <w:r w:rsidRPr="00967BA7">
              <w:rPr>
                <w:b/>
                <w:i/>
                <w:iCs/>
                <w:color w:val="FFFFFF"/>
                <w:sz w:val="24"/>
                <w:szCs w:val="24"/>
              </w:rPr>
              <w:t xml:space="preserve">25 </w:t>
            </w:r>
            <w:proofErr w:type="spellStart"/>
            <w:r w:rsidRPr="00967BA7">
              <w:rPr>
                <w:b/>
                <w:i/>
                <w:iCs/>
                <w:color w:val="FFFFFF"/>
                <w:sz w:val="24"/>
                <w:szCs w:val="24"/>
              </w:rPr>
              <w:t>октомври</w:t>
            </w:r>
            <w:proofErr w:type="spellEnd"/>
            <w:r w:rsidRPr="00967BA7">
              <w:rPr>
                <w:b/>
                <w:i/>
                <w:iCs/>
                <w:color w:val="FFFFFF"/>
                <w:sz w:val="24"/>
                <w:szCs w:val="24"/>
              </w:rPr>
              <w:t xml:space="preserve"> 2026 г., </w:t>
            </w:r>
          </w:p>
          <w:p w14:paraId="035BF66F" w14:textId="77777777" w:rsidR="00587722" w:rsidRPr="00967BA7" w:rsidRDefault="00587722" w:rsidP="00967BA7">
            <w:pPr>
              <w:spacing w:after="160" w:line="240" w:lineRule="auto"/>
              <w:jc w:val="center"/>
              <w:rPr>
                <w:b/>
                <w:i/>
                <w:iCs/>
                <w:color w:val="FFFFFF"/>
                <w:sz w:val="24"/>
                <w:szCs w:val="24"/>
                <w:lang w:val="bg-BG"/>
              </w:rPr>
            </w:pPr>
            <w:proofErr w:type="spellStart"/>
            <w:r w:rsidRPr="00967BA7">
              <w:rPr>
                <w:i/>
                <w:iCs/>
                <w:color w:val="FFFFFF"/>
                <w:sz w:val="24"/>
                <w:szCs w:val="24"/>
              </w:rPr>
              <w:t>Софийски</w:t>
            </w:r>
            <w:proofErr w:type="spellEnd"/>
            <w:r w:rsidRPr="00967BA7">
              <w:rPr>
                <w:i/>
                <w:iCs/>
                <w:color w:val="FFFFFF"/>
                <w:sz w:val="24"/>
                <w:szCs w:val="24"/>
              </w:rPr>
              <w:t xml:space="preserve"> </w:t>
            </w:r>
            <w:proofErr w:type="spellStart"/>
            <w:r w:rsidRPr="00967BA7">
              <w:rPr>
                <w:i/>
                <w:iCs/>
                <w:color w:val="FFFFFF"/>
                <w:sz w:val="24"/>
                <w:szCs w:val="24"/>
              </w:rPr>
              <w:t>университет</w:t>
            </w:r>
            <w:proofErr w:type="spellEnd"/>
            <w:r w:rsidRPr="00967BA7">
              <w:rPr>
                <w:i/>
                <w:iCs/>
                <w:color w:val="FFFFFF"/>
                <w:sz w:val="24"/>
                <w:szCs w:val="24"/>
              </w:rPr>
              <w:t xml:space="preserve"> „</w:t>
            </w:r>
            <w:proofErr w:type="spellStart"/>
            <w:r w:rsidRPr="00967BA7">
              <w:rPr>
                <w:i/>
                <w:iCs/>
                <w:color w:val="FFFFFF"/>
                <w:sz w:val="24"/>
                <w:szCs w:val="24"/>
              </w:rPr>
              <w:t>Св</w:t>
            </w:r>
            <w:proofErr w:type="spellEnd"/>
            <w:r w:rsidRPr="00967BA7">
              <w:rPr>
                <w:i/>
                <w:iCs/>
                <w:color w:val="FFFFFF"/>
                <w:sz w:val="24"/>
                <w:szCs w:val="24"/>
              </w:rPr>
              <w:t xml:space="preserve">. </w:t>
            </w:r>
            <w:proofErr w:type="spellStart"/>
            <w:r w:rsidRPr="00967BA7">
              <w:rPr>
                <w:i/>
                <w:iCs/>
                <w:color w:val="FFFFFF"/>
                <w:sz w:val="24"/>
                <w:szCs w:val="24"/>
              </w:rPr>
              <w:t>Климент</w:t>
            </w:r>
            <w:proofErr w:type="spellEnd"/>
            <w:r w:rsidRPr="00967BA7">
              <w:rPr>
                <w:i/>
                <w:iCs/>
                <w:color w:val="FFFFFF"/>
                <w:sz w:val="24"/>
                <w:szCs w:val="24"/>
              </w:rPr>
              <w:t xml:space="preserve"> </w:t>
            </w:r>
            <w:proofErr w:type="gramStart"/>
            <w:r w:rsidRPr="00967BA7">
              <w:rPr>
                <w:i/>
                <w:iCs/>
                <w:color w:val="FFFFFF"/>
                <w:sz w:val="24"/>
                <w:szCs w:val="24"/>
              </w:rPr>
              <w:t>Охридски“</w:t>
            </w:r>
            <w:proofErr w:type="gramEnd"/>
            <w:r w:rsidRPr="00967BA7">
              <w:rPr>
                <w:i/>
                <w:iCs/>
                <w:color w:val="FFFFFF"/>
                <w:sz w:val="24"/>
                <w:szCs w:val="24"/>
                <w:lang w:val="bg-BG"/>
              </w:rPr>
              <w:t xml:space="preserve">, </w:t>
            </w:r>
            <w:proofErr w:type="spellStart"/>
            <w:r w:rsidRPr="00967BA7">
              <w:rPr>
                <w:i/>
                <w:iCs/>
                <w:color w:val="FFFFFF"/>
                <w:sz w:val="24"/>
                <w:szCs w:val="24"/>
              </w:rPr>
              <w:t>За</w:t>
            </w:r>
            <w:r w:rsidRPr="00967BA7">
              <w:rPr>
                <w:i/>
                <w:iCs/>
                <w:color w:val="FFFFFF"/>
                <w:sz w:val="24"/>
                <w:szCs w:val="24"/>
                <w:lang w:val="bg-BG"/>
              </w:rPr>
              <w:t>седателна</w:t>
            </w:r>
            <w:proofErr w:type="spellEnd"/>
            <w:r w:rsidRPr="00967BA7">
              <w:rPr>
                <w:i/>
                <w:iCs/>
                <w:color w:val="FFFFFF"/>
                <w:sz w:val="24"/>
                <w:szCs w:val="24"/>
                <w:lang w:val="bg-BG"/>
              </w:rPr>
              <w:t xml:space="preserve"> зала</w:t>
            </w:r>
            <w:r w:rsidRPr="00967BA7">
              <w:rPr>
                <w:i/>
                <w:iCs/>
                <w:color w:val="FFFFFF"/>
                <w:sz w:val="24"/>
                <w:szCs w:val="24"/>
              </w:rPr>
              <w:t xml:space="preserve"> 1</w:t>
            </w:r>
          </w:p>
          <w:p w14:paraId="7A09BE83" w14:textId="77777777" w:rsidR="00967BA7" w:rsidRDefault="00967BA7">
            <w:pPr>
              <w:spacing w:before="40" w:after="320"/>
              <w:jc w:val="center"/>
              <w:rPr>
                <w:b/>
                <w:color w:val="C9A24B"/>
                <w:sz w:val="40"/>
                <w:szCs w:val="40"/>
                <w:lang w:val="bg-BG"/>
              </w:rPr>
            </w:pPr>
          </w:p>
          <w:p w14:paraId="62DE9EA6" w14:textId="77777777" w:rsidR="008E5318" w:rsidRPr="00967BA7" w:rsidRDefault="00000000">
            <w:pPr>
              <w:spacing w:before="40" w:after="320"/>
              <w:jc w:val="center"/>
              <w:rPr>
                <w:color w:val="FFC000"/>
                <w:sz w:val="40"/>
                <w:szCs w:val="40"/>
              </w:rPr>
            </w:pPr>
            <w:r w:rsidRPr="00967BA7">
              <w:rPr>
                <w:b/>
                <w:color w:val="FFC000"/>
                <w:sz w:val="40"/>
                <w:szCs w:val="40"/>
              </w:rPr>
              <w:t>П</w:t>
            </w:r>
            <w:r w:rsidR="00587722" w:rsidRPr="00967BA7">
              <w:rPr>
                <w:b/>
                <w:color w:val="FFC000"/>
                <w:sz w:val="40"/>
                <w:szCs w:val="40"/>
                <w:lang w:val="bg-BG"/>
              </w:rPr>
              <w:t xml:space="preserve"> </w:t>
            </w:r>
            <w:r w:rsidRPr="00967BA7">
              <w:rPr>
                <w:b/>
                <w:color w:val="FFC000"/>
                <w:sz w:val="40"/>
                <w:szCs w:val="40"/>
              </w:rPr>
              <w:t>Р</w:t>
            </w:r>
            <w:r w:rsidR="00587722" w:rsidRPr="00967BA7">
              <w:rPr>
                <w:b/>
                <w:color w:val="FFC000"/>
                <w:sz w:val="40"/>
                <w:szCs w:val="40"/>
                <w:lang w:val="bg-BG"/>
              </w:rPr>
              <w:t xml:space="preserve"> </w:t>
            </w:r>
            <w:r w:rsidRPr="00967BA7">
              <w:rPr>
                <w:b/>
                <w:color w:val="FFC000"/>
                <w:sz w:val="40"/>
                <w:szCs w:val="40"/>
              </w:rPr>
              <w:t>О</w:t>
            </w:r>
            <w:r w:rsidR="00587722" w:rsidRPr="00967BA7">
              <w:rPr>
                <w:b/>
                <w:color w:val="FFC000"/>
                <w:sz w:val="40"/>
                <w:szCs w:val="40"/>
                <w:lang w:val="bg-BG"/>
              </w:rPr>
              <w:t xml:space="preserve"> </w:t>
            </w:r>
            <w:r w:rsidRPr="00967BA7">
              <w:rPr>
                <w:b/>
                <w:color w:val="FFC000"/>
                <w:sz w:val="40"/>
                <w:szCs w:val="40"/>
              </w:rPr>
              <w:t>Г</w:t>
            </w:r>
            <w:r w:rsidR="00587722" w:rsidRPr="00967BA7">
              <w:rPr>
                <w:b/>
                <w:color w:val="FFC000"/>
                <w:sz w:val="40"/>
                <w:szCs w:val="40"/>
                <w:lang w:val="bg-BG"/>
              </w:rPr>
              <w:t xml:space="preserve"> </w:t>
            </w:r>
            <w:r w:rsidRPr="00967BA7">
              <w:rPr>
                <w:b/>
                <w:color w:val="FFC000"/>
                <w:sz w:val="40"/>
                <w:szCs w:val="40"/>
              </w:rPr>
              <w:t>Р</w:t>
            </w:r>
            <w:r w:rsidR="00587722" w:rsidRPr="00967BA7">
              <w:rPr>
                <w:b/>
                <w:color w:val="FFC000"/>
                <w:sz w:val="40"/>
                <w:szCs w:val="40"/>
                <w:lang w:val="bg-BG"/>
              </w:rPr>
              <w:t xml:space="preserve"> </w:t>
            </w:r>
            <w:r w:rsidRPr="00967BA7">
              <w:rPr>
                <w:b/>
                <w:color w:val="FFC000"/>
                <w:sz w:val="40"/>
                <w:szCs w:val="40"/>
              </w:rPr>
              <w:t>А</w:t>
            </w:r>
            <w:r w:rsidR="00587722" w:rsidRPr="00967BA7">
              <w:rPr>
                <w:b/>
                <w:color w:val="FFC000"/>
                <w:sz w:val="40"/>
                <w:szCs w:val="40"/>
                <w:lang w:val="bg-BG"/>
              </w:rPr>
              <w:t xml:space="preserve"> </w:t>
            </w:r>
            <w:r w:rsidRPr="00967BA7">
              <w:rPr>
                <w:b/>
                <w:color w:val="FFC000"/>
                <w:sz w:val="40"/>
                <w:szCs w:val="40"/>
              </w:rPr>
              <w:t>М</w:t>
            </w:r>
            <w:r w:rsidR="00587722" w:rsidRPr="00967BA7">
              <w:rPr>
                <w:b/>
                <w:color w:val="FFC000"/>
                <w:sz w:val="40"/>
                <w:szCs w:val="40"/>
                <w:lang w:val="bg-BG"/>
              </w:rPr>
              <w:t xml:space="preserve"> </w:t>
            </w:r>
            <w:r w:rsidRPr="00967BA7">
              <w:rPr>
                <w:b/>
                <w:color w:val="FFC000"/>
                <w:sz w:val="40"/>
                <w:szCs w:val="40"/>
              </w:rPr>
              <w:t xml:space="preserve">А </w:t>
            </w:r>
          </w:p>
          <w:tbl>
            <w:tblPr>
              <w:tblW w:w="0" w:type="auto"/>
              <w:jc w:val="center"/>
              <w:tblLook w:val="04A0" w:firstRow="1" w:lastRow="0" w:firstColumn="1" w:lastColumn="0" w:noHBand="0" w:noVBand="1"/>
            </w:tblPr>
            <w:tblGrid>
              <w:gridCol w:w="9026"/>
            </w:tblGrid>
            <w:tr w:rsidR="008E5318" w14:paraId="72709378" w14:textId="77777777">
              <w:trPr>
                <w:jc w:val="center"/>
              </w:trPr>
              <w:tc>
                <w:tcPr>
                  <w:tcW w:w="9026" w:type="dxa"/>
                  <w:tcBorders>
                    <w:top w:val="single" w:sz="16" w:space="0" w:color="C9A24B"/>
                    <w:left w:val="single" w:sz="16" w:space="0" w:color="C9A24B"/>
                    <w:bottom w:val="single" w:sz="16" w:space="0" w:color="C9A24B"/>
                    <w:right w:val="single" w:sz="16" w:space="0" w:color="C9A24B"/>
                  </w:tcBorders>
                  <w:tcMar>
                    <w:top w:w="140" w:type="dxa"/>
                    <w:left w:w="140" w:type="dxa"/>
                    <w:bottom w:w="140" w:type="dxa"/>
                    <w:right w:w="140" w:type="dxa"/>
                  </w:tcMar>
                </w:tcPr>
                <w:p w14:paraId="11793846" w14:textId="77777777" w:rsidR="008E5318" w:rsidRDefault="00000000">
                  <w:pPr>
                    <w:jc w:val="center"/>
                  </w:pPr>
                  <w:r>
                    <w:rPr>
                      <w:noProof/>
                    </w:rPr>
                    <w:drawing>
                      <wp:inline distT="0" distB="0" distL="0" distR="0" wp14:anchorId="57EB7B18" wp14:editId="7FDE2DEB">
                        <wp:extent cx="4678533" cy="3137891"/>
                        <wp:effectExtent l="0" t="0" r="825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2).jpg"/>
                                <pic:cNvPicPr/>
                              </pic:nvPicPr>
                              <pic:blipFill rotWithShape="1">
                                <a:blip r:embed="rId9"/>
                                <a:srcRect t="2769" b="3785"/>
                                <a:stretch>
                                  <a:fillRect/>
                                </a:stretch>
                              </pic:blipFill>
                              <pic:spPr bwMode="auto">
                                <a:xfrm>
                                  <a:off x="0" y="0"/>
                                  <a:ext cx="4680000" cy="3138875"/>
                                </a:xfrm>
                                <a:prstGeom prst="rect">
                                  <a:avLst/>
                                </a:prstGeom>
                                <a:ln>
                                  <a:noFill/>
                                </a:ln>
                                <a:extLst>
                                  <a:ext uri="{53640926-AAD7-44D8-BBD7-CCE9431645EC}">
                                    <a14:shadowObscured xmlns:a14="http://schemas.microsoft.com/office/drawing/2010/main"/>
                                  </a:ext>
                                </a:extLst>
                              </pic:spPr>
                            </pic:pic>
                          </a:graphicData>
                        </a:graphic>
                      </wp:inline>
                    </w:drawing>
                  </w:r>
                </w:p>
              </w:tc>
            </w:tr>
          </w:tbl>
          <w:p w14:paraId="63D64BB7" w14:textId="60BBD637" w:rsidR="00587722" w:rsidRPr="008441BD" w:rsidRDefault="00587722" w:rsidP="00587722">
            <w:pPr>
              <w:spacing w:after="120"/>
              <w:jc w:val="center"/>
              <w:rPr>
                <w:color w:val="FFC000"/>
              </w:rPr>
            </w:pPr>
            <w:r w:rsidRPr="008441BD">
              <w:rPr>
                <w:b/>
                <w:color w:val="FFC000"/>
                <w:sz w:val="32"/>
              </w:rPr>
              <w:t>INTERNATIONAL SCIENTIFIC CONFERENCE</w:t>
            </w:r>
          </w:p>
          <w:p w14:paraId="2F23A5B1" w14:textId="77777777" w:rsidR="00587722" w:rsidRPr="004727C3" w:rsidRDefault="00587722" w:rsidP="00967BA7">
            <w:pPr>
              <w:spacing w:after="120"/>
              <w:jc w:val="center"/>
              <w:rPr>
                <w:b/>
                <w:iCs/>
                <w:color w:val="FFFFFF"/>
                <w:sz w:val="28"/>
                <w:szCs w:val="28"/>
                <w:lang w:val="bg-BG"/>
              </w:rPr>
            </w:pPr>
            <w:r w:rsidRPr="004727C3">
              <w:rPr>
                <w:b/>
                <w:iCs/>
                <w:color w:val="FFFFFF"/>
                <w:sz w:val="28"/>
                <w:szCs w:val="28"/>
              </w:rPr>
              <w:t xml:space="preserve"> </w:t>
            </w:r>
            <w:r w:rsidRPr="004727C3">
              <w:rPr>
                <w:b/>
                <w:iCs/>
                <w:color w:val="FFFFFF"/>
                <w:sz w:val="28"/>
                <w:szCs w:val="28"/>
                <w:lang w:val="bg-BG"/>
              </w:rPr>
              <w:t>„</w:t>
            </w:r>
            <w:proofErr w:type="spellStart"/>
            <w:r w:rsidRPr="004727C3">
              <w:rPr>
                <w:b/>
                <w:iCs/>
                <w:color w:val="FFFFFF"/>
                <w:sz w:val="28"/>
                <w:szCs w:val="28"/>
              </w:rPr>
              <w:t>Bessarabian</w:t>
            </w:r>
            <w:proofErr w:type="spellEnd"/>
            <w:r w:rsidRPr="004727C3">
              <w:rPr>
                <w:b/>
                <w:iCs/>
                <w:color w:val="FFFFFF"/>
                <w:sz w:val="28"/>
                <w:szCs w:val="28"/>
              </w:rPr>
              <w:t xml:space="preserve"> and Banat Bulgarians in Historical and Contemporary Context: Language, Cultural Memory, Identity</w:t>
            </w:r>
            <w:r w:rsidRPr="004727C3">
              <w:rPr>
                <w:b/>
                <w:iCs/>
                <w:color w:val="FFFFFF"/>
                <w:sz w:val="28"/>
                <w:szCs w:val="28"/>
                <w:lang w:val="bg-BG"/>
              </w:rPr>
              <w:t>“</w:t>
            </w:r>
          </w:p>
          <w:p w14:paraId="05983499" w14:textId="77777777" w:rsidR="00587722" w:rsidRPr="004727C3" w:rsidRDefault="00587722" w:rsidP="00967BA7">
            <w:pPr>
              <w:spacing w:after="120"/>
              <w:jc w:val="center"/>
              <w:rPr>
                <w:b/>
                <w:i/>
                <w:iCs/>
                <w:color w:val="FFFFFF"/>
                <w:sz w:val="24"/>
                <w:szCs w:val="24"/>
                <w:lang w:val="bg-BG"/>
              </w:rPr>
            </w:pPr>
            <w:r w:rsidRPr="004727C3">
              <w:rPr>
                <w:b/>
                <w:i/>
                <w:iCs/>
                <w:color w:val="FFFFFF"/>
                <w:sz w:val="24"/>
                <w:szCs w:val="24"/>
              </w:rPr>
              <w:t>Sofia</w:t>
            </w:r>
            <w:r w:rsidRPr="004727C3">
              <w:rPr>
                <w:b/>
                <w:i/>
                <w:iCs/>
                <w:color w:val="FFFFFF"/>
                <w:sz w:val="24"/>
                <w:szCs w:val="24"/>
                <w:lang w:val="bg-BG"/>
              </w:rPr>
              <w:t xml:space="preserve">, </w:t>
            </w:r>
            <w:r w:rsidRPr="004727C3">
              <w:rPr>
                <w:b/>
                <w:i/>
                <w:iCs/>
                <w:color w:val="FFFFFF"/>
                <w:sz w:val="24"/>
                <w:szCs w:val="24"/>
              </w:rPr>
              <w:t>23</w:t>
            </w:r>
            <w:r w:rsidRPr="004727C3">
              <w:rPr>
                <w:b/>
                <w:i/>
                <w:iCs/>
                <w:color w:val="FFFFFF"/>
                <w:sz w:val="24"/>
                <w:szCs w:val="24"/>
                <w:lang w:val="bg-BG"/>
              </w:rPr>
              <w:t xml:space="preserve"> </w:t>
            </w:r>
            <w:r w:rsidRPr="004727C3">
              <w:rPr>
                <w:b/>
                <w:i/>
                <w:iCs/>
                <w:color w:val="FFFFFF"/>
                <w:sz w:val="24"/>
                <w:szCs w:val="24"/>
              </w:rPr>
              <w:t>–</w:t>
            </w:r>
            <w:r w:rsidRPr="004727C3">
              <w:rPr>
                <w:b/>
                <w:i/>
                <w:iCs/>
                <w:color w:val="FFFFFF"/>
                <w:sz w:val="24"/>
                <w:szCs w:val="24"/>
                <w:lang w:val="bg-BG"/>
              </w:rPr>
              <w:t xml:space="preserve"> </w:t>
            </w:r>
            <w:r w:rsidRPr="004727C3">
              <w:rPr>
                <w:b/>
                <w:i/>
                <w:iCs/>
                <w:color w:val="FFFFFF"/>
                <w:sz w:val="24"/>
                <w:szCs w:val="24"/>
              </w:rPr>
              <w:t>25 October 2026</w:t>
            </w:r>
            <w:r w:rsidRPr="004727C3">
              <w:rPr>
                <w:b/>
                <w:i/>
                <w:iCs/>
                <w:color w:val="FFFFFF"/>
                <w:sz w:val="24"/>
                <w:szCs w:val="24"/>
                <w:lang w:val="bg-BG"/>
              </w:rPr>
              <w:t>,</w:t>
            </w:r>
          </w:p>
          <w:p w14:paraId="3B267506" w14:textId="77777777" w:rsidR="00587722" w:rsidRPr="004727C3" w:rsidRDefault="00587722" w:rsidP="00967BA7">
            <w:pPr>
              <w:spacing w:after="120"/>
              <w:jc w:val="center"/>
              <w:rPr>
                <w:b/>
                <w:i/>
                <w:iCs/>
                <w:color w:val="FFFFFF"/>
                <w:sz w:val="24"/>
                <w:szCs w:val="24"/>
                <w:lang w:val="bg-BG"/>
              </w:rPr>
            </w:pPr>
            <w:r w:rsidRPr="004727C3">
              <w:rPr>
                <w:i/>
                <w:iCs/>
                <w:color w:val="FFFFFF"/>
                <w:sz w:val="24"/>
                <w:szCs w:val="24"/>
              </w:rPr>
              <w:t>Hall 1, Sofia University "St. Kliment Ohridski"</w:t>
            </w:r>
            <w:r w:rsidRPr="004727C3">
              <w:rPr>
                <w:b/>
                <w:i/>
                <w:iCs/>
                <w:color w:val="FFFFFF"/>
                <w:sz w:val="24"/>
                <w:szCs w:val="24"/>
                <w:lang w:val="bg-BG"/>
              </w:rPr>
              <w:t xml:space="preserve"> </w:t>
            </w:r>
            <w:r w:rsidRPr="004727C3">
              <w:rPr>
                <w:b/>
                <w:i/>
                <w:iCs/>
                <w:color w:val="FFFFFF"/>
                <w:sz w:val="24"/>
                <w:szCs w:val="24"/>
              </w:rPr>
              <w:t xml:space="preserve"> </w:t>
            </w:r>
          </w:p>
          <w:p w14:paraId="4D643DCC" w14:textId="77777777" w:rsidR="00967BA7" w:rsidRPr="00967BA7" w:rsidRDefault="00587722" w:rsidP="00587722">
            <w:pPr>
              <w:spacing w:after="320"/>
              <w:jc w:val="center"/>
              <w:rPr>
                <w:b/>
                <w:color w:val="FFC000"/>
                <w:sz w:val="40"/>
                <w:szCs w:val="40"/>
                <w:lang w:val="bg-BG"/>
              </w:rPr>
            </w:pPr>
            <w:r w:rsidRPr="00967BA7">
              <w:rPr>
                <w:b/>
                <w:color w:val="FFC000"/>
                <w:sz w:val="40"/>
                <w:szCs w:val="40"/>
              </w:rPr>
              <w:t>P</w:t>
            </w:r>
            <w:r w:rsidR="004727C3" w:rsidRPr="00967BA7">
              <w:rPr>
                <w:b/>
                <w:color w:val="FFC000"/>
                <w:sz w:val="40"/>
                <w:szCs w:val="40"/>
                <w:lang w:val="bg-BG"/>
              </w:rPr>
              <w:t xml:space="preserve"> </w:t>
            </w:r>
            <w:r w:rsidRPr="00967BA7">
              <w:rPr>
                <w:b/>
                <w:color w:val="FFC000"/>
                <w:sz w:val="40"/>
                <w:szCs w:val="40"/>
              </w:rPr>
              <w:t>R</w:t>
            </w:r>
            <w:r w:rsidR="004727C3" w:rsidRPr="00967BA7">
              <w:rPr>
                <w:b/>
                <w:color w:val="FFC000"/>
                <w:sz w:val="40"/>
                <w:szCs w:val="40"/>
                <w:lang w:val="bg-BG"/>
              </w:rPr>
              <w:t xml:space="preserve"> </w:t>
            </w:r>
            <w:r w:rsidRPr="00967BA7">
              <w:rPr>
                <w:b/>
                <w:color w:val="FFC000"/>
                <w:sz w:val="40"/>
                <w:szCs w:val="40"/>
              </w:rPr>
              <w:t>O</w:t>
            </w:r>
            <w:r w:rsidR="004727C3" w:rsidRPr="00967BA7">
              <w:rPr>
                <w:b/>
                <w:color w:val="FFC000"/>
                <w:sz w:val="40"/>
                <w:szCs w:val="40"/>
                <w:lang w:val="bg-BG"/>
              </w:rPr>
              <w:t xml:space="preserve"> </w:t>
            </w:r>
            <w:r w:rsidRPr="00967BA7">
              <w:rPr>
                <w:b/>
                <w:color w:val="FFC000"/>
                <w:sz w:val="40"/>
                <w:szCs w:val="40"/>
              </w:rPr>
              <w:t>G</w:t>
            </w:r>
            <w:r w:rsidR="004727C3" w:rsidRPr="00967BA7">
              <w:rPr>
                <w:b/>
                <w:color w:val="FFC000"/>
                <w:sz w:val="40"/>
                <w:szCs w:val="40"/>
                <w:lang w:val="bg-BG"/>
              </w:rPr>
              <w:t xml:space="preserve"> </w:t>
            </w:r>
            <w:r w:rsidRPr="00967BA7">
              <w:rPr>
                <w:b/>
                <w:color w:val="FFC000"/>
                <w:sz w:val="40"/>
                <w:szCs w:val="40"/>
              </w:rPr>
              <w:t>R</w:t>
            </w:r>
            <w:r w:rsidR="004727C3" w:rsidRPr="00967BA7">
              <w:rPr>
                <w:b/>
                <w:color w:val="FFC000"/>
                <w:sz w:val="40"/>
                <w:szCs w:val="40"/>
                <w:lang w:val="bg-BG"/>
              </w:rPr>
              <w:t xml:space="preserve"> </w:t>
            </w:r>
            <w:r w:rsidRPr="00967BA7">
              <w:rPr>
                <w:b/>
                <w:color w:val="FFC000"/>
                <w:sz w:val="40"/>
                <w:szCs w:val="40"/>
              </w:rPr>
              <w:t>A</w:t>
            </w:r>
            <w:r w:rsidR="004727C3" w:rsidRPr="00967BA7">
              <w:rPr>
                <w:b/>
                <w:color w:val="FFC000"/>
                <w:sz w:val="40"/>
                <w:szCs w:val="40"/>
                <w:lang w:val="bg-BG"/>
              </w:rPr>
              <w:t xml:space="preserve"> </w:t>
            </w:r>
            <w:r w:rsidRPr="00967BA7">
              <w:rPr>
                <w:b/>
                <w:color w:val="FFC000"/>
                <w:sz w:val="40"/>
                <w:szCs w:val="40"/>
              </w:rPr>
              <w:t>M</w:t>
            </w:r>
            <w:r w:rsidR="004727C3" w:rsidRPr="00967BA7">
              <w:rPr>
                <w:b/>
                <w:color w:val="FFC000"/>
                <w:sz w:val="40"/>
                <w:szCs w:val="40"/>
                <w:lang w:val="bg-BG"/>
              </w:rPr>
              <w:t xml:space="preserve"> </w:t>
            </w:r>
            <w:proofErr w:type="spellStart"/>
            <w:r w:rsidRPr="00967BA7">
              <w:rPr>
                <w:b/>
                <w:color w:val="FFC000"/>
                <w:sz w:val="40"/>
                <w:szCs w:val="40"/>
              </w:rPr>
              <w:t>M</w:t>
            </w:r>
            <w:proofErr w:type="spellEnd"/>
            <w:r w:rsidR="004727C3" w:rsidRPr="00967BA7">
              <w:rPr>
                <w:b/>
                <w:color w:val="FFC000"/>
                <w:sz w:val="40"/>
                <w:szCs w:val="40"/>
                <w:lang w:val="bg-BG"/>
              </w:rPr>
              <w:t xml:space="preserve"> </w:t>
            </w:r>
            <w:r w:rsidRPr="00967BA7">
              <w:rPr>
                <w:b/>
                <w:color w:val="FFC000"/>
                <w:sz w:val="40"/>
                <w:szCs w:val="40"/>
              </w:rPr>
              <w:t>E</w:t>
            </w:r>
          </w:p>
          <w:tbl>
            <w:tblPr>
              <w:tblW w:w="0" w:type="auto"/>
              <w:jc w:val="center"/>
              <w:tblLook w:val="04A0" w:firstRow="1" w:lastRow="0" w:firstColumn="1" w:lastColumn="0" w:noHBand="0" w:noVBand="1"/>
            </w:tblPr>
            <w:tblGrid>
              <w:gridCol w:w="2381"/>
              <w:gridCol w:w="2381"/>
              <w:gridCol w:w="2381"/>
              <w:gridCol w:w="2381"/>
            </w:tblGrid>
            <w:tr w:rsidR="008E5318" w14:paraId="702495A7" w14:textId="77777777">
              <w:trPr>
                <w:jc w:val="center"/>
              </w:trPr>
              <w:tc>
                <w:tcPr>
                  <w:tcW w:w="2381" w:type="dxa"/>
                  <w:tcMar>
                    <w:top w:w="40" w:type="dxa"/>
                    <w:left w:w="60" w:type="dxa"/>
                    <w:bottom w:w="40" w:type="dxa"/>
                    <w:right w:w="60" w:type="dxa"/>
                  </w:tcMar>
                </w:tcPr>
                <w:p w14:paraId="19A3940D" w14:textId="77777777" w:rsidR="008E5318" w:rsidRDefault="00000000">
                  <w:pPr>
                    <w:jc w:val="center"/>
                  </w:pPr>
                  <w:r>
                    <w:rPr>
                      <w:noProof/>
                    </w:rPr>
                    <w:drawing>
                      <wp:inline distT="0" distB="0" distL="0" distR="0" wp14:anchorId="09948749" wp14:editId="63C5DF60">
                        <wp:extent cx="1226820" cy="791695"/>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_img0_44.jpeg"/>
                                <pic:cNvPicPr/>
                              </pic:nvPicPr>
                              <pic:blipFill>
                                <a:blip r:embed="rId10"/>
                                <a:stretch>
                                  <a:fillRect/>
                                </a:stretch>
                              </pic:blipFill>
                              <pic:spPr>
                                <a:xfrm>
                                  <a:off x="0" y="0"/>
                                  <a:ext cx="1235593" cy="797356"/>
                                </a:xfrm>
                                <a:prstGeom prst="rect">
                                  <a:avLst/>
                                </a:prstGeom>
                              </pic:spPr>
                            </pic:pic>
                          </a:graphicData>
                        </a:graphic>
                      </wp:inline>
                    </w:drawing>
                  </w:r>
                </w:p>
              </w:tc>
              <w:tc>
                <w:tcPr>
                  <w:tcW w:w="2381" w:type="dxa"/>
                  <w:tcMar>
                    <w:top w:w="40" w:type="dxa"/>
                    <w:left w:w="60" w:type="dxa"/>
                    <w:bottom w:w="40" w:type="dxa"/>
                    <w:right w:w="60" w:type="dxa"/>
                  </w:tcMar>
                </w:tcPr>
                <w:p w14:paraId="33738181" w14:textId="77777777" w:rsidR="008E5318" w:rsidRDefault="00000000">
                  <w:pPr>
                    <w:jc w:val="center"/>
                  </w:pPr>
                  <w:r>
                    <w:rPr>
                      <w:noProof/>
                    </w:rPr>
                    <w:drawing>
                      <wp:inline distT="0" distB="0" distL="0" distR="0" wp14:anchorId="5CCB2CB8" wp14:editId="797F7737">
                        <wp:extent cx="748642" cy="792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_img1_45.jpeg"/>
                                <pic:cNvPicPr/>
                              </pic:nvPicPr>
                              <pic:blipFill>
                                <a:blip r:embed="rId11"/>
                                <a:stretch>
                                  <a:fillRect/>
                                </a:stretch>
                              </pic:blipFill>
                              <pic:spPr>
                                <a:xfrm>
                                  <a:off x="0" y="0"/>
                                  <a:ext cx="748642" cy="792000"/>
                                </a:xfrm>
                                <a:prstGeom prst="rect">
                                  <a:avLst/>
                                </a:prstGeom>
                              </pic:spPr>
                            </pic:pic>
                          </a:graphicData>
                        </a:graphic>
                      </wp:inline>
                    </w:drawing>
                  </w:r>
                </w:p>
              </w:tc>
              <w:tc>
                <w:tcPr>
                  <w:tcW w:w="2381" w:type="dxa"/>
                  <w:tcMar>
                    <w:top w:w="40" w:type="dxa"/>
                    <w:left w:w="60" w:type="dxa"/>
                    <w:bottom w:w="40" w:type="dxa"/>
                    <w:right w:w="60" w:type="dxa"/>
                  </w:tcMar>
                </w:tcPr>
                <w:p w14:paraId="713BEFFA" w14:textId="77777777" w:rsidR="008E5318" w:rsidRDefault="00000000">
                  <w:pPr>
                    <w:jc w:val="center"/>
                  </w:pPr>
                  <w:r>
                    <w:rPr>
                      <w:noProof/>
                    </w:rPr>
                    <w:drawing>
                      <wp:inline distT="0" distB="0" distL="0" distR="0" wp14:anchorId="2A0D7A29" wp14:editId="62143010">
                        <wp:extent cx="794944" cy="792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_img2_46.jpeg"/>
                                <pic:cNvPicPr/>
                              </pic:nvPicPr>
                              <pic:blipFill>
                                <a:blip r:embed="rId12"/>
                                <a:stretch>
                                  <a:fillRect/>
                                </a:stretch>
                              </pic:blipFill>
                              <pic:spPr>
                                <a:xfrm>
                                  <a:off x="0" y="0"/>
                                  <a:ext cx="794944" cy="792000"/>
                                </a:xfrm>
                                <a:prstGeom prst="rect">
                                  <a:avLst/>
                                </a:prstGeom>
                              </pic:spPr>
                            </pic:pic>
                          </a:graphicData>
                        </a:graphic>
                      </wp:inline>
                    </w:drawing>
                  </w:r>
                </w:p>
              </w:tc>
              <w:tc>
                <w:tcPr>
                  <w:tcW w:w="2381" w:type="dxa"/>
                  <w:tcMar>
                    <w:top w:w="40" w:type="dxa"/>
                    <w:left w:w="60" w:type="dxa"/>
                    <w:bottom w:w="40" w:type="dxa"/>
                    <w:right w:w="60" w:type="dxa"/>
                  </w:tcMar>
                </w:tcPr>
                <w:p w14:paraId="237239EA" w14:textId="77777777" w:rsidR="008E5318" w:rsidRDefault="00000000">
                  <w:pPr>
                    <w:jc w:val="center"/>
                  </w:pPr>
                  <w:r>
                    <w:rPr>
                      <w:noProof/>
                    </w:rPr>
                    <w:drawing>
                      <wp:inline distT="0" distB="0" distL="0" distR="0" wp14:anchorId="3B84C65B" wp14:editId="6FBA6427">
                        <wp:extent cx="648290" cy="792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_img3_47.jpeg"/>
                                <pic:cNvPicPr/>
                              </pic:nvPicPr>
                              <pic:blipFill>
                                <a:blip r:embed="rId13"/>
                                <a:stretch>
                                  <a:fillRect/>
                                </a:stretch>
                              </pic:blipFill>
                              <pic:spPr>
                                <a:xfrm>
                                  <a:off x="0" y="0"/>
                                  <a:ext cx="648290" cy="792000"/>
                                </a:xfrm>
                                <a:prstGeom prst="rect">
                                  <a:avLst/>
                                </a:prstGeom>
                              </pic:spPr>
                            </pic:pic>
                          </a:graphicData>
                        </a:graphic>
                      </wp:inline>
                    </w:drawing>
                  </w:r>
                </w:p>
              </w:tc>
            </w:tr>
          </w:tbl>
          <w:p w14:paraId="468E2B18" w14:textId="77777777" w:rsidR="00C361A7" w:rsidRDefault="00000000">
            <w:pPr>
              <w:spacing w:before="200" w:after="0"/>
              <w:jc w:val="center"/>
            </w:pPr>
            <w:r>
              <w:rPr>
                <w:i/>
                <w:color w:val="FFC000"/>
                <w:sz w:val="20"/>
                <w:szCs w:val="20"/>
              </w:rPr>
              <w:t xml:space="preserve">С </w:t>
            </w:r>
            <w:proofErr w:type="spellStart"/>
            <w:r>
              <w:rPr>
                <w:i/>
                <w:color w:val="FFC000"/>
                <w:sz w:val="20"/>
                <w:szCs w:val="20"/>
              </w:rPr>
              <w:t>финансовата</w:t>
            </w:r>
            <w:proofErr w:type="spellEnd"/>
            <w:r>
              <w:rPr>
                <w:i/>
                <w:color w:val="FFC000"/>
                <w:sz w:val="20"/>
                <w:szCs w:val="20"/>
              </w:rPr>
              <w:t xml:space="preserve"> </w:t>
            </w:r>
            <w:proofErr w:type="spellStart"/>
            <w:r>
              <w:rPr>
                <w:i/>
                <w:color w:val="FFC000"/>
                <w:sz w:val="20"/>
                <w:szCs w:val="20"/>
              </w:rPr>
              <w:t>подкрепа</w:t>
            </w:r>
            <w:proofErr w:type="spellEnd"/>
            <w:r>
              <w:rPr>
                <w:i/>
                <w:color w:val="FFC000"/>
                <w:sz w:val="20"/>
                <w:szCs w:val="20"/>
              </w:rPr>
              <w:t xml:space="preserve"> </w:t>
            </w:r>
            <w:proofErr w:type="spellStart"/>
            <w:r>
              <w:rPr>
                <w:i/>
                <w:color w:val="FFC000"/>
                <w:sz w:val="20"/>
                <w:szCs w:val="20"/>
              </w:rPr>
              <w:t>на</w:t>
            </w:r>
            <w:proofErr w:type="spellEnd"/>
            <w:r>
              <w:rPr>
                <w:i/>
                <w:color w:val="FFC000"/>
                <w:sz w:val="20"/>
                <w:szCs w:val="20"/>
              </w:rPr>
              <w:t xml:space="preserve"> </w:t>
            </w:r>
            <w:proofErr w:type="spellStart"/>
            <w:r>
              <w:rPr>
                <w:i/>
                <w:color w:val="FFC000"/>
                <w:sz w:val="20"/>
                <w:szCs w:val="20"/>
              </w:rPr>
              <w:t>Фонд</w:t>
            </w:r>
            <w:proofErr w:type="spellEnd"/>
            <w:r>
              <w:rPr>
                <w:i/>
                <w:color w:val="FFC000"/>
                <w:sz w:val="20"/>
                <w:szCs w:val="20"/>
              </w:rPr>
              <w:t xml:space="preserve"> „</w:t>
            </w:r>
            <w:proofErr w:type="spellStart"/>
            <w:r>
              <w:rPr>
                <w:i/>
                <w:color w:val="FFC000"/>
                <w:sz w:val="20"/>
                <w:szCs w:val="20"/>
              </w:rPr>
              <w:t>Научни</w:t>
            </w:r>
            <w:proofErr w:type="spellEnd"/>
            <w:r>
              <w:rPr>
                <w:i/>
                <w:color w:val="FFC000"/>
                <w:sz w:val="20"/>
                <w:szCs w:val="20"/>
              </w:rPr>
              <w:t xml:space="preserve"> </w:t>
            </w:r>
            <w:proofErr w:type="spellStart"/>
            <w:proofErr w:type="gramStart"/>
            <w:r>
              <w:rPr>
                <w:i/>
                <w:color w:val="FFC000"/>
                <w:sz w:val="20"/>
                <w:szCs w:val="20"/>
              </w:rPr>
              <w:t>изследвания</w:t>
            </w:r>
            <w:proofErr w:type="spellEnd"/>
            <w:r>
              <w:rPr>
                <w:i/>
                <w:color w:val="FFC000"/>
                <w:sz w:val="20"/>
                <w:szCs w:val="20"/>
              </w:rPr>
              <w:t xml:space="preserve">“ </w:t>
            </w:r>
            <w:proofErr w:type="spellStart"/>
            <w:r>
              <w:rPr>
                <w:i/>
                <w:color w:val="FFC000"/>
                <w:sz w:val="20"/>
                <w:szCs w:val="20"/>
              </w:rPr>
              <w:t>по</w:t>
            </w:r>
            <w:proofErr w:type="spellEnd"/>
            <w:proofErr w:type="gramEnd"/>
            <w:r>
              <w:rPr>
                <w:i/>
                <w:color w:val="FFC000"/>
                <w:sz w:val="20"/>
                <w:szCs w:val="20"/>
              </w:rPr>
              <w:t xml:space="preserve"> </w:t>
            </w:r>
            <w:proofErr w:type="spellStart"/>
            <w:r>
              <w:rPr>
                <w:i/>
                <w:color w:val="FFC000"/>
                <w:sz w:val="20"/>
                <w:szCs w:val="20"/>
              </w:rPr>
              <w:t>договор</w:t>
            </w:r>
            <w:proofErr w:type="spellEnd"/>
            <w:r>
              <w:rPr>
                <w:i/>
                <w:color w:val="FFC000"/>
                <w:sz w:val="20"/>
                <w:szCs w:val="20"/>
              </w:rPr>
              <w:t xml:space="preserve"> № КП-06-М 100/1 </w:t>
            </w:r>
            <w:proofErr w:type="spellStart"/>
            <w:r>
              <w:rPr>
                <w:i/>
                <w:color w:val="FFC000"/>
                <w:sz w:val="20"/>
                <w:szCs w:val="20"/>
              </w:rPr>
              <w:t>от</w:t>
            </w:r>
            <w:proofErr w:type="spellEnd"/>
            <w:r>
              <w:rPr>
                <w:i/>
                <w:color w:val="FFC000"/>
                <w:sz w:val="20"/>
                <w:szCs w:val="20"/>
              </w:rPr>
              <w:t xml:space="preserve"> 10.12.2025 г.</w:t>
            </w:r>
          </w:p>
          <w:p w14:paraId="00BCBFED" w14:textId="77777777" w:rsidR="006128FF" w:rsidRDefault="001F052B" w:rsidP="00F91623">
            <w:pPr>
              <w:pageBreakBefore/>
              <w:spacing w:before="1200" w:after="240"/>
              <w:jc w:val="center"/>
              <w:rPr>
                <w:b/>
                <w:color w:val="1A1A1A"/>
                <w:sz w:val="26"/>
                <w:lang w:val="bg-BG"/>
              </w:rPr>
            </w:pPr>
            <w:r>
              <w:rPr>
                <w:noProof/>
              </w:rPr>
              <w:lastRenderedPageBreak/>
              <w:drawing>
                <wp:inline distT="0" distB="0" distL="0" distR="0" wp14:anchorId="4DD24E5B" wp14:editId="1814CACF">
                  <wp:extent cx="1387099" cy="1387099"/>
                  <wp:effectExtent l="0" t="0" r="3810" b="3810"/>
                  <wp:docPr id="27044" name="Logo 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27" cy="1397027"/>
                          </a:xfrm>
                          <a:prstGeom prst="rect">
                            <a:avLst/>
                          </a:prstGeom>
                          <a:noFill/>
                          <a:ln>
                            <a:noFill/>
                          </a:ln>
                        </pic:spPr>
                      </pic:pic>
                    </a:graphicData>
                  </a:graphic>
                </wp:inline>
              </w:drawing>
            </w:r>
          </w:p>
          <w:p w14:paraId="57180245" w14:textId="6C0C7E45" w:rsidR="001054AD" w:rsidRPr="001054AD" w:rsidRDefault="001054AD" w:rsidP="00587722">
            <w:pPr>
              <w:spacing w:before="300" w:after="280"/>
              <w:jc w:val="center"/>
              <w:rPr>
                <w:b/>
                <w:i/>
                <w:color w:val="C9A24B"/>
                <w:sz w:val="20"/>
                <w:szCs w:val="20"/>
                <w:lang w:val="bg-BG"/>
              </w:rPr>
            </w:pPr>
            <w:r w:rsidRPr="001054AD">
              <w:rPr>
                <w:b/>
                <w:i/>
                <w:color w:val="C9A24B"/>
                <w:sz w:val="30"/>
                <w:szCs w:val="20"/>
                <w:lang w:val="bg-BG"/>
              </w:rPr>
              <w:t xml:space="preserve">Да върнем цвета на миналото / </w:t>
            </w:r>
            <w:proofErr w:type="spellStart"/>
            <w:r w:rsidRPr="001054AD">
              <w:rPr>
                <w:b/>
                <w:i/>
                <w:color w:val="C9A24B"/>
                <w:sz w:val="30"/>
                <w:szCs w:val="20"/>
                <w:lang w:val="bg-BG"/>
              </w:rPr>
              <w:t>Let</w:t>
            </w:r>
            <w:proofErr w:type="spellEnd"/>
            <w:r w:rsidRPr="001054AD">
              <w:rPr>
                <w:b/>
                <w:i/>
                <w:color w:val="C9A24B"/>
                <w:sz w:val="30"/>
                <w:szCs w:val="20"/>
                <w:lang w:val="bg-BG"/>
              </w:rPr>
              <w:t xml:space="preserve"> </w:t>
            </w:r>
            <w:proofErr w:type="spellStart"/>
            <w:r w:rsidRPr="001054AD">
              <w:rPr>
                <w:b/>
                <w:i/>
                <w:color w:val="C9A24B"/>
                <w:sz w:val="30"/>
                <w:szCs w:val="20"/>
                <w:lang w:val="bg-BG"/>
              </w:rPr>
              <w:t>us</w:t>
            </w:r>
            <w:proofErr w:type="spellEnd"/>
            <w:r w:rsidRPr="001054AD">
              <w:rPr>
                <w:b/>
                <w:i/>
                <w:color w:val="C9A24B"/>
                <w:sz w:val="30"/>
                <w:szCs w:val="20"/>
                <w:lang w:val="bg-BG"/>
              </w:rPr>
              <w:t xml:space="preserve"> </w:t>
            </w:r>
            <w:proofErr w:type="spellStart"/>
            <w:r w:rsidRPr="001054AD">
              <w:rPr>
                <w:b/>
                <w:i/>
                <w:color w:val="C9A24B"/>
                <w:sz w:val="30"/>
                <w:szCs w:val="20"/>
                <w:lang w:val="bg-BG"/>
              </w:rPr>
              <w:t>bring</w:t>
            </w:r>
            <w:proofErr w:type="spellEnd"/>
            <w:r w:rsidRPr="001054AD">
              <w:rPr>
                <w:b/>
                <w:i/>
                <w:color w:val="C9A24B"/>
                <w:sz w:val="30"/>
                <w:szCs w:val="20"/>
                <w:lang w:val="bg-BG"/>
              </w:rPr>
              <w:t xml:space="preserve"> </w:t>
            </w:r>
            <w:proofErr w:type="spellStart"/>
            <w:r w:rsidRPr="001054AD">
              <w:rPr>
                <w:b/>
                <w:i/>
                <w:color w:val="C9A24B"/>
                <w:sz w:val="30"/>
                <w:szCs w:val="20"/>
                <w:lang w:val="bg-BG"/>
              </w:rPr>
              <w:t>back</w:t>
            </w:r>
            <w:proofErr w:type="spellEnd"/>
            <w:r w:rsidRPr="001054AD">
              <w:rPr>
                <w:b/>
                <w:i/>
                <w:color w:val="C9A24B"/>
                <w:sz w:val="30"/>
                <w:szCs w:val="20"/>
                <w:lang w:val="bg-BG"/>
              </w:rPr>
              <w:t xml:space="preserve"> </w:t>
            </w:r>
            <w:proofErr w:type="spellStart"/>
            <w:r w:rsidRPr="001054AD">
              <w:rPr>
                <w:b/>
                <w:i/>
                <w:color w:val="C9A24B"/>
                <w:sz w:val="30"/>
                <w:szCs w:val="20"/>
                <w:lang w:val="bg-BG"/>
              </w:rPr>
              <w:t>the</w:t>
            </w:r>
            <w:proofErr w:type="spellEnd"/>
            <w:r w:rsidRPr="001054AD">
              <w:rPr>
                <w:b/>
                <w:i/>
                <w:color w:val="C9A24B"/>
                <w:sz w:val="30"/>
                <w:szCs w:val="20"/>
                <w:lang w:val="bg-BG"/>
              </w:rPr>
              <w:t xml:space="preserve"> </w:t>
            </w:r>
            <w:proofErr w:type="spellStart"/>
            <w:r w:rsidRPr="001054AD">
              <w:rPr>
                <w:b/>
                <w:i/>
                <w:color w:val="C9A24B"/>
                <w:sz w:val="30"/>
                <w:szCs w:val="20"/>
                <w:lang w:val="bg-BG"/>
              </w:rPr>
              <w:t>colour</w:t>
            </w:r>
            <w:proofErr w:type="spellEnd"/>
            <w:r w:rsidRPr="001054AD">
              <w:rPr>
                <w:b/>
                <w:i/>
                <w:color w:val="C9A24B"/>
                <w:sz w:val="30"/>
                <w:szCs w:val="20"/>
                <w:lang w:val="bg-BG"/>
              </w:rPr>
              <w:t xml:space="preserve"> </w:t>
            </w:r>
            <w:proofErr w:type="spellStart"/>
            <w:r w:rsidRPr="001054AD">
              <w:rPr>
                <w:b/>
                <w:i/>
                <w:color w:val="C9A24B"/>
                <w:sz w:val="30"/>
                <w:szCs w:val="20"/>
                <w:lang w:val="bg-BG"/>
              </w:rPr>
              <w:t>of</w:t>
            </w:r>
            <w:proofErr w:type="spellEnd"/>
            <w:r w:rsidRPr="001054AD">
              <w:rPr>
                <w:b/>
                <w:i/>
                <w:color w:val="C9A24B"/>
                <w:sz w:val="30"/>
                <w:szCs w:val="20"/>
                <w:lang w:val="bg-BG"/>
              </w:rPr>
              <w:t xml:space="preserve"> </w:t>
            </w:r>
            <w:proofErr w:type="spellStart"/>
            <w:r w:rsidRPr="001054AD">
              <w:rPr>
                <w:b/>
                <w:i/>
                <w:color w:val="C9A24B"/>
                <w:sz w:val="30"/>
                <w:szCs w:val="20"/>
                <w:lang w:val="bg-BG"/>
              </w:rPr>
              <w:t>the</w:t>
            </w:r>
            <w:proofErr w:type="spellEnd"/>
            <w:r w:rsidRPr="001054AD">
              <w:rPr>
                <w:b/>
                <w:i/>
                <w:color w:val="C9A24B"/>
                <w:sz w:val="30"/>
                <w:szCs w:val="20"/>
                <w:lang w:val="bg-BG"/>
              </w:rPr>
              <w:t xml:space="preserve"> </w:t>
            </w:r>
            <w:proofErr w:type="spellStart"/>
            <w:r w:rsidRPr="001054AD">
              <w:rPr>
                <w:b/>
                <w:i/>
                <w:color w:val="C9A24B"/>
                <w:sz w:val="30"/>
                <w:szCs w:val="20"/>
                <w:lang w:val="bg-BG"/>
              </w:rPr>
              <w:t>past</w:t>
            </w:r>
            <w:proofErr w:type="spellEnd"/>
          </w:p>
          <w:p w14:paraId="4F1C0701" w14:textId="77777777" w:rsidR="008E5318" w:rsidRDefault="00000000">
            <w:pPr>
              <w:jc w:val="center"/>
            </w:pPr>
            <w:r>
              <w:rPr>
                <w:noProof/>
              </w:rPr>
              <w:drawing>
                <wp:inline distT="0" distB="0" distL="0" distR="0" wp14:anchorId="5CA116DD" wp14:editId="2AF70F4D">
                  <wp:extent cx="4677410" cy="3060916"/>
                  <wp:effectExtent l="0" t="0" r="889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2).jpg"/>
                          <pic:cNvPicPr/>
                        </pic:nvPicPr>
                        <pic:blipFill rotWithShape="1">
                          <a:blip r:embed="rId15"/>
                          <a:srcRect t="3462" b="5364"/>
                          <a:stretch>
                            <a:fillRect/>
                          </a:stretch>
                        </pic:blipFill>
                        <pic:spPr bwMode="auto">
                          <a:xfrm>
                            <a:off x="0" y="0"/>
                            <a:ext cx="4680000" cy="3062611"/>
                          </a:xfrm>
                          <a:prstGeom prst="rect">
                            <a:avLst/>
                          </a:prstGeom>
                          <a:ln>
                            <a:noFill/>
                          </a:ln>
                          <a:extLst>
                            <a:ext uri="{53640926-AAD7-44D8-BBD7-CCE9431645EC}">
                              <a14:shadowObscured xmlns:a14="http://schemas.microsoft.com/office/drawing/2010/main"/>
                            </a:ext>
                          </a:extLst>
                        </pic:spPr>
                      </pic:pic>
                    </a:graphicData>
                  </a:graphic>
                </wp:inline>
              </w:drawing>
            </w:r>
          </w:p>
          <w:p w14:paraId="01458776" w14:textId="77777777" w:rsidR="00961183" w:rsidRDefault="001054AD" w:rsidP="00587722">
            <w:pPr>
              <w:spacing w:before="280" w:after="400"/>
              <w:jc w:val="center"/>
              <w:rPr>
                <w:b/>
                <w:i/>
                <w:color w:val="C9A24B"/>
                <w:sz w:val="20"/>
                <w:szCs w:val="20"/>
                <w:lang w:val="bg-BG"/>
              </w:rPr>
            </w:pPr>
            <w:r w:rsidRPr="001054AD">
              <w:rPr>
                <w:b/>
                <w:i/>
                <w:color w:val="C9A24B"/>
                <w:sz w:val="20"/>
                <w:szCs w:val="20"/>
                <w:lang w:val="bg-BG"/>
              </w:rPr>
              <w:t xml:space="preserve">Бесарабски и банатски българи, началото на XX век  </w:t>
            </w:r>
          </w:p>
          <w:p w14:paraId="636A6207" w14:textId="77777777" w:rsidR="001054AD" w:rsidRDefault="001054AD" w:rsidP="00587722">
            <w:pPr>
              <w:spacing w:before="280" w:after="400"/>
              <w:jc w:val="center"/>
              <w:rPr>
                <w:b/>
                <w:i/>
                <w:color w:val="C9A24B"/>
                <w:sz w:val="20"/>
                <w:szCs w:val="20"/>
                <w:lang w:val="bg-BG"/>
              </w:rPr>
            </w:pPr>
            <w:proofErr w:type="spellStart"/>
            <w:r w:rsidRPr="001054AD">
              <w:rPr>
                <w:b/>
                <w:i/>
                <w:color w:val="C9A24B"/>
                <w:sz w:val="20"/>
                <w:szCs w:val="20"/>
                <w:lang w:val="bg-BG"/>
              </w:rPr>
              <w:t>Bessarabian</w:t>
            </w:r>
            <w:proofErr w:type="spellEnd"/>
            <w:r w:rsidRPr="001054AD">
              <w:rPr>
                <w:b/>
                <w:i/>
                <w:color w:val="C9A24B"/>
                <w:sz w:val="20"/>
                <w:szCs w:val="20"/>
                <w:lang w:val="bg-BG"/>
              </w:rPr>
              <w:t xml:space="preserve"> </w:t>
            </w:r>
            <w:proofErr w:type="spellStart"/>
            <w:r w:rsidRPr="001054AD">
              <w:rPr>
                <w:b/>
                <w:i/>
                <w:color w:val="C9A24B"/>
                <w:sz w:val="20"/>
                <w:szCs w:val="20"/>
                <w:lang w:val="bg-BG"/>
              </w:rPr>
              <w:t>and</w:t>
            </w:r>
            <w:proofErr w:type="spellEnd"/>
            <w:r w:rsidRPr="001054AD">
              <w:rPr>
                <w:b/>
                <w:i/>
                <w:color w:val="C9A24B"/>
                <w:sz w:val="20"/>
                <w:szCs w:val="20"/>
                <w:lang w:val="bg-BG"/>
              </w:rPr>
              <w:t xml:space="preserve"> </w:t>
            </w:r>
            <w:proofErr w:type="spellStart"/>
            <w:r w:rsidRPr="001054AD">
              <w:rPr>
                <w:b/>
                <w:i/>
                <w:color w:val="C9A24B"/>
                <w:sz w:val="20"/>
                <w:szCs w:val="20"/>
                <w:lang w:val="bg-BG"/>
              </w:rPr>
              <w:t>Banat</w:t>
            </w:r>
            <w:proofErr w:type="spellEnd"/>
            <w:r w:rsidRPr="001054AD">
              <w:rPr>
                <w:b/>
                <w:i/>
                <w:color w:val="C9A24B"/>
                <w:sz w:val="20"/>
                <w:szCs w:val="20"/>
                <w:lang w:val="bg-BG"/>
              </w:rPr>
              <w:t xml:space="preserve"> </w:t>
            </w:r>
            <w:proofErr w:type="spellStart"/>
            <w:r w:rsidRPr="001054AD">
              <w:rPr>
                <w:b/>
                <w:i/>
                <w:color w:val="C9A24B"/>
                <w:sz w:val="20"/>
                <w:szCs w:val="20"/>
                <w:lang w:val="bg-BG"/>
              </w:rPr>
              <w:t>Bulgarians</w:t>
            </w:r>
            <w:proofErr w:type="spellEnd"/>
            <w:r w:rsidRPr="001054AD">
              <w:rPr>
                <w:b/>
                <w:i/>
                <w:color w:val="C9A24B"/>
                <w:sz w:val="20"/>
                <w:szCs w:val="20"/>
                <w:lang w:val="bg-BG"/>
              </w:rPr>
              <w:t xml:space="preserve">, </w:t>
            </w:r>
            <w:proofErr w:type="spellStart"/>
            <w:r w:rsidRPr="001054AD">
              <w:rPr>
                <w:b/>
                <w:i/>
                <w:color w:val="C9A24B"/>
                <w:sz w:val="20"/>
                <w:szCs w:val="20"/>
                <w:lang w:val="bg-BG"/>
              </w:rPr>
              <w:t>early</w:t>
            </w:r>
            <w:proofErr w:type="spellEnd"/>
            <w:r w:rsidRPr="001054AD">
              <w:rPr>
                <w:b/>
                <w:i/>
                <w:color w:val="C9A24B"/>
                <w:sz w:val="20"/>
                <w:szCs w:val="20"/>
                <w:lang w:val="bg-BG"/>
              </w:rPr>
              <w:t xml:space="preserve"> 20th </w:t>
            </w:r>
            <w:proofErr w:type="spellStart"/>
            <w:r w:rsidRPr="001054AD">
              <w:rPr>
                <w:b/>
                <w:i/>
                <w:color w:val="C9A24B"/>
                <w:sz w:val="20"/>
                <w:szCs w:val="20"/>
                <w:lang w:val="bg-BG"/>
              </w:rPr>
              <w:t>century</w:t>
            </w:r>
            <w:proofErr w:type="spellEnd"/>
          </w:p>
          <w:p w14:paraId="0D090A04" w14:textId="77777777" w:rsidR="007C6324" w:rsidRPr="001054AD" w:rsidRDefault="007C6324" w:rsidP="00587722">
            <w:pPr>
              <w:spacing w:before="280" w:after="400"/>
              <w:jc w:val="center"/>
              <w:rPr>
                <w:b/>
                <w:i/>
                <w:color w:val="C9A24B"/>
                <w:sz w:val="20"/>
                <w:szCs w:val="20"/>
                <w:lang w:val="bg-BG"/>
              </w:rPr>
            </w:pPr>
          </w:p>
          <w:p w14:paraId="033F8E2D" w14:textId="77777777" w:rsidR="001054AD" w:rsidRDefault="001054AD" w:rsidP="00587722">
            <w:pPr>
              <w:spacing w:before="280" w:after="400"/>
              <w:jc w:val="center"/>
              <w:rPr>
                <w:b/>
                <w:i/>
                <w:color w:val="C9A24B"/>
                <w:sz w:val="30"/>
                <w:lang w:val="bg-BG"/>
              </w:rPr>
            </w:pPr>
          </w:p>
          <w:p w14:paraId="383DF4F1" w14:textId="77777777" w:rsidR="00587722" w:rsidRPr="001054AD" w:rsidRDefault="001054AD" w:rsidP="001054AD">
            <w:pPr>
              <w:spacing w:before="1400"/>
              <w:jc w:val="center"/>
              <w:rPr>
                <w:lang w:val="bg-BG"/>
              </w:rPr>
            </w:pPr>
            <w:r w:rsidRPr="00127258">
              <w:rPr>
                <w:color w:val="FFC000"/>
                <w:sz w:val="20"/>
              </w:rPr>
              <w:t xml:space="preserve">С </w:t>
            </w:r>
            <w:proofErr w:type="spellStart"/>
            <w:r w:rsidRPr="00127258">
              <w:rPr>
                <w:color w:val="FFC000"/>
                <w:sz w:val="20"/>
              </w:rPr>
              <w:t>финансовата</w:t>
            </w:r>
            <w:proofErr w:type="spellEnd"/>
            <w:r w:rsidRPr="00127258">
              <w:rPr>
                <w:color w:val="FFC000"/>
                <w:sz w:val="20"/>
              </w:rPr>
              <w:t xml:space="preserve"> </w:t>
            </w:r>
            <w:proofErr w:type="spellStart"/>
            <w:r w:rsidRPr="00127258">
              <w:rPr>
                <w:color w:val="FFC000"/>
                <w:sz w:val="20"/>
              </w:rPr>
              <w:t>подкрепа</w:t>
            </w:r>
            <w:proofErr w:type="spellEnd"/>
            <w:r w:rsidRPr="00127258">
              <w:rPr>
                <w:color w:val="FFC000"/>
                <w:sz w:val="20"/>
              </w:rPr>
              <w:t xml:space="preserve"> </w:t>
            </w:r>
            <w:proofErr w:type="spellStart"/>
            <w:r w:rsidRPr="00127258">
              <w:rPr>
                <w:color w:val="FFC000"/>
                <w:sz w:val="20"/>
              </w:rPr>
              <w:t>на</w:t>
            </w:r>
            <w:proofErr w:type="spellEnd"/>
            <w:r w:rsidRPr="00127258">
              <w:rPr>
                <w:color w:val="FFC000"/>
                <w:sz w:val="20"/>
              </w:rPr>
              <w:t xml:space="preserve"> </w:t>
            </w:r>
            <w:proofErr w:type="spellStart"/>
            <w:r w:rsidRPr="00127258">
              <w:rPr>
                <w:color w:val="FFC000"/>
                <w:sz w:val="20"/>
              </w:rPr>
              <w:t>Фонд</w:t>
            </w:r>
            <w:proofErr w:type="spellEnd"/>
            <w:r w:rsidRPr="00127258">
              <w:rPr>
                <w:color w:val="FFC000"/>
                <w:sz w:val="20"/>
              </w:rPr>
              <w:t xml:space="preserve"> „</w:t>
            </w:r>
            <w:proofErr w:type="spellStart"/>
            <w:r w:rsidRPr="00127258">
              <w:rPr>
                <w:color w:val="FFC000"/>
                <w:sz w:val="20"/>
              </w:rPr>
              <w:t>Научни</w:t>
            </w:r>
            <w:proofErr w:type="spellEnd"/>
            <w:r w:rsidRPr="00127258">
              <w:rPr>
                <w:color w:val="FFC000"/>
                <w:sz w:val="20"/>
              </w:rPr>
              <w:t xml:space="preserve"> </w:t>
            </w:r>
            <w:proofErr w:type="spellStart"/>
            <w:proofErr w:type="gramStart"/>
            <w:r w:rsidRPr="00127258">
              <w:rPr>
                <w:color w:val="FFC000"/>
                <w:sz w:val="20"/>
              </w:rPr>
              <w:t>изследвания</w:t>
            </w:r>
            <w:proofErr w:type="spellEnd"/>
            <w:r w:rsidRPr="00127258">
              <w:rPr>
                <w:color w:val="FFC000"/>
                <w:sz w:val="20"/>
              </w:rPr>
              <w:t xml:space="preserve">“ </w:t>
            </w:r>
            <w:proofErr w:type="spellStart"/>
            <w:r w:rsidRPr="00127258">
              <w:rPr>
                <w:color w:val="FFC000"/>
                <w:sz w:val="20"/>
              </w:rPr>
              <w:t>по</w:t>
            </w:r>
            <w:proofErr w:type="spellEnd"/>
            <w:proofErr w:type="gramEnd"/>
            <w:r w:rsidRPr="00127258">
              <w:rPr>
                <w:color w:val="FFC000"/>
                <w:sz w:val="20"/>
              </w:rPr>
              <w:t xml:space="preserve"> </w:t>
            </w:r>
            <w:proofErr w:type="spellStart"/>
            <w:r w:rsidRPr="00127258">
              <w:rPr>
                <w:color w:val="FFC000"/>
                <w:sz w:val="20"/>
              </w:rPr>
              <w:t>договор</w:t>
            </w:r>
            <w:proofErr w:type="spellEnd"/>
            <w:r w:rsidRPr="00127258">
              <w:rPr>
                <w:color w:val="FFC000"/>
                <w:sz w:val="20"/>
              </w:rPr>
              <w:t xml:space="preserve"> № КП-06-М 100/1 </w:t>
            </w:r>
            <w:proofErr w:type="spellStart"/>
            <w:r w:rsidRPr="00127258">
              <w:rPr>
                <w:color w:val="FFC000"/>
                <w:sz w:val="20"/>
              </w:rPr>
              <w:t>от</w:t>
            </w:r>
            <w:proofErr w:type="spellEnd"/>
            <w:r w:rsidRPr="00127258">
              <w:rPr>
                <w:color w:val="FFC000"/>
                <w:sz w:val="20"/>
              </w:rPr>
              <w:t xml:space="preserve"> 10.12.2025 г.</w:t>
            </w:r>
            <w:r>
              <w:rPr>
                <w:noProof/>
              </w:rPr>
              <w:drawing>
                <wp:anchor distT="0" distB="0" distL="0" distR="0" simplePos="0" relativeHeight="251649536" behindDoc="1" locked="0" layoutInCell="0" allowOverlap="1" wp14:anchorId="6312CFD7" wp14:editId="63BC6743">
                  <wp:simplePos x="0" y="0"/>
                  <wp:positionH relativeFrom="page">
                    <wp:posOffset>-30000</wp:posOffset>
                  </wp:positionH>
                  <wp:positionV relativeFrom="page">
                    <wp:posOffset>-347500</wp:posOffset>
                  </wp:positionV>
                  <wp:extent cx="7620310" cy="11119630"/>
                  <wp:effectExtent l="0" t="0" r="0" b="0"/>
                  <wp:wrapNone/>
                  <wp:docPr id="502" name="Backgrou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d.jpg"/>
                          <pic:cNvPicPr/>
                        </pic:nvPicPr>
                        <pic:blipFill>
                          <a:blip r:embed="rId8"/>
                          <a:stretch>
                            <a:fillRect/>
                          </a:stretch>
                        </pic:blipFill>
                        <pic:spPr>
                          <a:xfrm>
                            <a:off x="0" y="0"/>
                            <a:ext cx="7620310" cy="11119630"/>
                          </a:xfrm>
                          <a:prstGeom prst="rect">
                            <a:avLst/>
                          </a:prstGeom>
                        </pic:spPr>
                      </pic:pic>
                    </a:graphicData>
                  </a:graphic>
                </wp:anchor>
              </w:drawing>
            </w:r>
          </w:p>
        </w:tc>
      </w:tr>
    </w:tbl>
    <w:p w14:paraId="326C5319" w14:textId="77777777" w:rsidR="008E5318" w:rsidRDefault="008E5318">
      <w:pPr>
        <w:spacing w:after="0" w:line="20" w:lineRule="exact"/>
        <w:sectPr w:rsidR="008E5318">
          <w:pgSz w:w="11906" w:h="16838"/>
          <w:pgMar w:top="0" w:right="0" w:bottom="0" w:left="0" w:header="0" w:footer="0" w:gutter="0"/>
          <w:cols w:space="720"/>
          <w:docGrid w:linePitch="360"/>
        </w:sectPr>
      </w:pPr>
    </w:p>
    <w:p w14:paraId="34B71804" w14:textId="77777777" w:rsidR="006128FF" w:rsidRDefault="001F052B" w:rsidP="00F91623">
      <w:pPr>
        <w:spacing w:after="40"/>
        <w:jc w:val="center"/>
        <w:rPr>
          <w:b/>
          <w:color w:val="1A1A1A"/>
          <w:sz w:val="26"/>
          <w:lang w:val="bg-BG"/>
        </w:rPr>
      </w:pPr>
      <w:r>
        <w:rPr>
          <w:noProof/>
        </w:rPr>
        <w:lastRenderedPageBreak/>
        <w:drawing>
          <wp:inline distT="0" distB="0" distL="0" distR="0" wp14:anchorId="4DD24E5B" wp14:editId="1814CACF">
            <wp:extent cx="1387099" cy="1387099"/>
            <wp:effectExtent l="0" t="0" r="3810" b="3810"/>
            <wp:docPr id="1556419595"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27" cy="1397027"/>
                    </a:xfrm>
                    <a:prstGeom prst="rect">
                      <a:avLst/>
                    </a:prstGeom>
                    <a:noFill/>
                    <a:ln>
                      <a:noFill/>
                    </a:ln>
                  </pic:spPr>
                </pic:pic>
              </a:graphicData>
            </a:graphic>
          </wp:inline>
        </w:drawing>
      </w:r>
    </w:p>
    <w:p w14:paraId="641B9268" w14:textId="77777777" w:rsidR="006128FF" w:rsidRDefault="006128FF" w:rsidP="00B614E7">
      <w:pPr>
        <w:spacing w:after="40"/>
        <w:jc w:val="center"/>
        <w:rPr>
          <w:b/>
          <w:color w:val="1A1A1A"/>
          <w:sz w:val="26"/>
          <w:lang w:val="bg-BG"/>
        </w:rPr>
      </w:pPr>
    </w:p>
    <w:p w14:paraId="10CC792D" w14:textId="77777777" w:rsidR="00B614E7" w:rsidRDefault="00000000" w:rsidP="006128FF">
      <w:pPr>
        <w:pBdr>
          <w:bottom w:val="single" w:sz="12" w:space="2" w:color="2A5E33"/>
        </w:pBdr>
        <w:spacing w:after="0"/>
        <w:jc w:val="center"/>
        <w:rPr>
          <w:b/>
          <w:color w:val="1A1A1A"/>
          <w:sz w:val="26"/>
          <w:lang w:val="bg-BG"/>
        </w:rPr>
      </w:pPr>
      <w:r>
        <w:rPr>
          <w:b/>
          <w:color w:val="FFFFFF"/>
          <w:sz w:val="26"/>
        </w:rPr>
        <w:t>23 ОКТОМВРИ 2026 Г. (</w:t>
      </w:r>
      <w:r w:rsidR="006128FF">
        <w:rPr>
          <w:b/>
          <w:color w:val="FFFFFF"/>
          <w:sz w:val="26"/>
          <w:lang w:val="bg-BG"/>
        </w:rPr>
        <w:t>петък</w:t>
      </w:r>
      <w:r>
        <w:rPr>
          <w:b/>
          <w:color w:val="FFFFFF"/>
          <w:sz w:val="26"/>
        </w:rPr>
        <w:t xml:space="preserve">) </w:t>
      </w:r>
      <w:r>
        <w:rPr>
          <w:noProof/>
        </w:rPr>
        <w:drawing>
          <wp:anchor distT="0" distB="0" distL="0" distR="0" simplePos="0" relativeHeight="251650560" behindDoc="1" locked="0" layoutInCell="1" allowOverlap="1" wp14:anchorId="70B52131" wp14:editId="6FC74544">
            <wp:simplePos x="0" y="0"/>
            <wp:positionH relativeFrom="page">
              <wp:posOffset>774700</wp:posOffset>
            </wp:positionH>
            <wp:positionV relativeFrom="paragraph">
              <wp:posOffset>0</wp:posOffset>
            </wp:positionV>
            <wp:extent cx="6014720" cy="246888"/>
            <wp:effectExtent l="0" t="0" r="0" b="0"/>
            <wp:wrapNone/>
            <wp:docPr id="700" name="Bar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_r.jpg"/>
                    <pic:cNvPicPr/>
                  </pic:nvPicPr>
                  <pic:blipFill>
                    <a:blip r:embed="rId16"/>
                    <a:stretch>
                      <a:fillRect/>
                    </a:stretch>
                  </pic:blipFill>
                  <pic:spPr>
                    <a:xfrm>
                      <a:off x="0" y="0"/>
                      <a:ext cx="6014720" cy="246888"/>
                    </a:xfrm>
                    <a:prstGeom prst="rect">
                      <a:avLst/>
                    </a:prstGeom>
                  </pic:spPr>
                </pic:pic>
              </a:graphicData>
            </a:graphic>
          </wp:anchor>
        </w:drawing>
      </w:r>
    </w:p>
    <w:p w14:paraId="0F5166AD" w14:textId="77777777" w:rsidR="002B7E9B" w:rsidRDefault="00000000" w:rsidP="006128FF">
      <w:pPr>
        <w:shd w:val="clear" w:color="auto" w:fill="DCE8DF"/>
        <w:spacing w:after="0"/>
        <w:jc w:val="center"/>
        <w:rPr>
          <w:color w:val="1A1A1A"/>
          <w:lang w:val="bg-BG"/>
        </w:rPr>
      </w:pPr>
      <w:proofErr w:type="spellStart"/>
      <w:r>
        <w:rPr>
          <w:color w:val="2A5E33"/>
        </w:rPr>
        <w:t>Зала</w:t>
      </w:r>
      <w:proofErr w:type="spellEnd"/>
      <w:r>
        <w:rPr>
          <w:color w:val="2A5E33"/>
        </w:rPr>
        <w:t xml:space="preserve"> 1, </w:t>
      </w:r>
      <w:proofErr w:type="spellStart"/>
      <w:r>
        <w:rPr>
          <w:color w:val="2A5E33"/>
        </w:rPr>
        <w:t>Софийски</w:t>
      </w:r>
      <w:proofErr w:type="spellEnd"/>
      <w:r>
        <w:rPr>
          <w:color w:val="2A5E33"/>
        </w:rPr>
        <w:t xml:space="preserve"> </w:t>
      </w:r>
      <w:proofErr w:type="spellStart"/>
      <w:r>
        <w:rPr>
          <w:color w:val="2A5E33"/>
        </w:rPr>
        <w:t>университет</w:t>
      </w:r>
      <w:proofErr w:type="spellEnd"/>
      <w:r>
        <w:rPr>
          <w:color w:val="2A5E33"/>
        </w:rPr>
        <w:t xml:space="preserve"> „</w:t>
      </w:r>
      <w:proofErr w:type="spellStart"/>
      <w:r>
        <w:rPr>
          <w:color w:val="2A5E33"/>
        </w:rPr>
        <w:t>Св</w:t>
      </w:r>
      <w:proofErr w:type="spellEnd"/>
      <w:r>
        <w:rPr>
          <w:color w:val="2A5E33"/>
        </w:rPr>
        <w:t xml:space="preserve">. </w:t>
      </w:r>
      <w:proofErr w:type="spellStart"/>
      <w:r>
        <w:rPr>
          <w:color w:val="2A5E33"/>
        </w:rPr>
        <w:t>Климент</w:t>
      </w:r>
      <w:proofErr w:type="spellEnd"/>
      <w:r>
        <w:rPr>
          <w:color w:val="2A5E33"/>
        </w:rPr>
        <w:t xml:space="preserve"> </w:t>
      </w:r>
      <w:proofErr w:type="gramStart"/>
      <w:r>
        <w:rPr>
          <w:color w:val="2A5E33"/>
        </w:rPr>
        <w:t>Охридски“</w:t>
      </w:r>
      <w:proofErr w:type="gramEnd"/>
      <w:r>
        <w:rPr>
          <w:color w:val="2A5E33"/>
        </w:rPr>
        <w:t xml:space="preserve"> </w:t>
      </w:r>
    </w:p>
    <w:p w14:paraId="40DCBE95" w14:textId="77777777" w:rsidR="002B7E9B" w:rsidRDefault="002B7E9B" w:rsidP="006128FF">
      <w:pPr>
        <w:pBdr>
          <w:bottom w:val="single" w:sz="12" w:space="2" w:color="2A5E33"/>
        </w:pBdr>
        <w:spacing w:after="0"/>
        <w:jc w:val="center"/>
        <w:rPr>
          <w:b/>
          <w:color w:val="1A1A1A"/>
          <w:sz w:val="26"/>
          <w:lang w:val="bg-BG"/>
        </w:rPr>
      </w:pPr>
      <w:r>
        <w:rPr>
          <w:b/>
          <w:color w:val="FFFFFF"/>
          <w:sz w:val="26"/>
        </w:rPr>
        <w:t>23 OCTOBER 2026</w:t>
      </w:r>
      <w:r>
        <w:rPr>
          <w:b/>
          <w:color w:val="FFFFFF"/>
          <w:sz w:val="26"/>
          <w:lang w:val="bg-BG"/>
        </w:rPr>
        <w:t xml:space="preserve"> (</w:t>
      </w:r>
      <w:proofErr w:type="spellStart"/>
      <w:r>
        <w:rPr>
          <w:b/>
          <w:color w:val="FFFFFF"/>
          <w:sz w:val="26"/>
          <w:lang w:val="bg-BG"/>
        </w:rPr>
        <w:t>Friday</w:t>
      </w:r>
      <w:proofErr w:type="spellEnd"/>
      <w:r>
        <w:rPr>
          <w:b/>
          <w:color w:val="FFFFFF"/>
          <w:sz w:val="26"/>
          <w:lang w:val="bg-BG"/>
        </w:rPr>
        <w:t>)</w:t>
      </w:r>
      <w:r>
        <w:rPr>
          <w:b/>
          <w:color w:val="FFFFFF"/>
          <w:sz w:val="26"/>
        </w:rPr>
        <w:t xml:space="preserve"> </w:t>
      </w:r>
      <w:r>
        <w:rPr>
          <w:noProof/>
        </w:rPr>
        <w:drawing>
          <wp:anchor distT="0" distB="0" distL="0" distR="0" simplePos="0" relativeHeight="251653632" behindDoc="1" locked="0" layoutInCell="1" allowOverlap="1" wp14:anchorId="4AB93445" wp14:editId="3E170A91">
            <wp:simplePos x="0" y="0"/>
            <wp:positionH relativeFrom="page">
              <wp:posOffset>774700</wp:posOffset>
            </wp:positionH>
            <wp:positionV relativeFrom="paragraph">
              <wp:posOffset>0</wp:posOffset>
            </wp:positionV>
            <wp:extent cx="6014720" cy="246888"/>
            <wp:effectExtent l="0" t="0" r="0" b="0"/>
            <wp:wrapNone/>
            <wp:docPr id="701" name="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_r.jpg"/>
                    <pic:cNvPicPr/>
                  </pic:nvPicPr>
                  <pic:blipFill>
                    <a:blip r:embed="rId16"/>
                    <a:stretch>
                      <a:fillRect/>
                    </a:stretch>
                  </pic:blipFill>
                  <pic:spPr>
                    <a:xfrm>
                      <a:off x="0" y="0"/>
                      <a:ext cx="6014720" cy="246888"/>
                    </a:xfrm>
                    <a:prstGeom prst="rect">
                      <a:avLst/>
                    </a:prstGeom>
                  </pic:spPr>
                </pic:pic>
              </a:graphicData>
            </a:graphic>
          </wp:anchor>
        </w:drawing>
      </w:r>
    </w:p>
    <w:p w14:paraId="6F883BC2" w14:textId="77777777" w:rsidR="002B7E9B" w:rsidRDefault="002B7E9B" w:rsidP="006128FF">
      <w:pPr>
        <w:shd w:val="clear" w:color="auto" w:fill="DCE8DF"/>
        <w:spacing w:after="0"/>
        <w:jc w:val="center"/>
        <w:rPr>
          <w:color w:val="1A1A1A"/>
        </w:rPr>
      </w:pPr>
      <w:r>
        <w:rPr>
          <w:color w:val="2A5E33"/>
        </w:rPr>
        <w:t>Hall 1, Sofia University "St. Kliment Ohridski"</w:t>
      </w:r>
    </w:p>
    <w:p w14:paraId="58697551" w14:textId="77777777" w:rsidR="006128FF" w:rsidRDefault="006128FF" w:rsidP="006128FF">
      <w:pPr>
        <w:spacing w:after="0"/>
        <w:jc w:val="center"/>
        <w:rPr>
          <w:color w:val="1A1A1A"/>
        </w:rPr>
      </w:pPr>
    </w:p>
    <w:p w14:paraId="60C6775F" w14:textId="77777777" w:rsidR="008E5318" w:rsidRPr="006128FF" w:rsidRDefault="00000000">
      <w:pPr>
        <w:pBdr>
          <w:left w:val="single" w:sz="24" w:space="6" w:color="A5281A"/>
        </w:pBdr>
        <w:shd w:val="clear" w:color="auto" w:fill="EEF3EF"/>
        <w:tabs>
          <w:tab w:val="left" w:pos="1474"/>
        </w:tabs>
        <w:spacing w:before="80"/>
        <w:ind w:left="1474" w:hanging="1474"/>
        <w:rPr>
          <w:bCs/>
          <w:iCs/>
        </w:rPr>
      </w:pPr>
      <w:r>
        <w:rPr>
          <w:b/>
          <w:color w:val="2A5E33"/>
        </w:rPr>
        <w:t>8:30 – 9:00</w:t>
      </w:r>
      <w:r>
        <w:rPr>
          <w:b/>
          <w:color w:val="2A5E33"/>
        </w:rPr>
        <w:tab/>
      </w:r>
      <w:proofErr w:type="spellStart"/>
      <w:r w:rsidRPr="006128FF">
        <w:rPr>
          <w:bCs/>
          <w:iCs/>
          <w:color w:val="2A5E33"/>
        </w:rPr>
        <w:t>Регистрация</w:t>
      </w:r>
      <w:proofErr w:type="spellEnd"/>
      <w:r w:rsidRPr="006128FF">
        <w:rPr>
          <w:bCs/>
          <w:iCs/>
          <w:color w:val="2A5E33"/>
        </w:rPr>
        <w:t xml:space="preserve"> </w:t>
      </w:r>
      <w:proofErr w:type="spellStart"/>
      <w:r w:rsidRPr="006128FF">
        <w:rPr>
          <w:bCs/>
          <w:iCs/>
          <w:color w:val="2A5E33"/>
        </w:rPr>
        <w:t>на</w:t>
      </w:r>
      <w:proofErr w:type="spellEnd"/>
      <w:r w:rsidRPr="006128FF">
        <w:rPr>
          <w:bCs/>
          <w:iCs/>
          <w:color w:val="2A5E33"/>
        </w:rPr>
        <w:t xml:space="preserve"> </w:t>
      </w:r>
      <w:proofErr w:type="spellStart"/>
      <w:r w:rsidRPr="006128FF">
        <w:rPr>
          <w:bCs/>
          <w:iCs/>
          <w:color w:val="2A5E33"/>
        </w:rPr>
        <w:t>участниците</w:t>
      </w:r>
      <w:proofErr w:type="spellEnd"/>
      <w:r w:rsidRPr="006128FF">
        <w:rPr>
          <w:bCs/>
          <w:iCs/>
          <w:color w:val="2A5E33"/>
        </w:rPr>
        <w:t xml:space="preserve"> / Registration of participants</w:t>
      </w:r>
    </w:p>
    <w:p w14:paraId="38DE5446" w14:textId="77777777" w:rsidR="002B7E9B" w:rsidRPr="006128FF" w:rsidRDefault="00000000" w:rsidP="0059233B">
      <w:pPr>
        <w:pBdr>
          <w:left w:val="single" w:sz="24" w:space="6" w:color="A5281A"/>
        </w:pBdr>
        <w:shd w:val="clear" w:color="auto" w:fill="EEF3EF"/>
        <w:tabs>
          <w:tab w:val="left" w:pos="1474"/>
        </w:tabs>
        <w:spacing w:after="120"/>
        <w:ind w:left="1474" w:hanging="1474"/>
        <w:rPr>
          <w:bCs/>
          <w:iCs/>
          <w:color w:val="2A5E33"/>
          <w:lang w:val="bg-BG"/>
        </w:rPr>
      </w:pPr>
      <w:r w:rsidRPr="006128FF">
        <w:rPr>
          <w:b/>
          <w:iCs/>
          <w:color w:val="2A5E33"/>
        </w:rPr>
        <w:t>9:</w:t>
      </w:r>
      <w:r w:rsidR="005E7084" w:rsidRPr="006128FF">
        <w:rPr>
          <w:b/>
          <w:iCs/>
          <w:color w:val="2A5E33"/>
          <w:lang w:val="bg-BG"/>
        </w:rPr>
        <w:t>0</w:t>
      </w:r>
      <w:r w:rsidRPr="006128FF">
        <w:rPr>
          <w:b/>
          <w:iCs/>
          <w:color w:val="2A5E33"/>
        </w:rPr>
        <w:t>0 – 10:00</w:t>
      </w:r>
      <w:r w:rsidRPr="006128FF">
        <w:rPr>
          <w:bCs/>
          <w:iCs/>
          <w:color w:val="2A5E33"/>
        </w:rPr>
        <w:tab/>
        <w:t>О</w:t>
      </w:r>
      <w:r w:rsidR="006128FF">
        <w:rPr>
          <w:bCs/>
          <w:iCs/>
          <w:color w:val="2A5E33"/>
          <w:lang w:val="bg-BG"/>
        </w:rPr>
        <w:t>ФИЦИАЛНО ОТКРИВАНЕ</w:t>
      </w:r>
      <w:r w:rsidRPr="006128FF">
        <w:rPr>
          <w:bCs/>
          <w:iCs/>
          <w:color w:val="2A5E33"/>
        </w:rPr>
        <w:t>. П</w:t>
      </w:r>
      <w:r w:rsidR="006128FF">
        <w:rPr>
          <w:bCs/>
          <w:iCs/>
          <w:color w:val="2A5E33"/>
          <w:lang w:val="bg-BG"/>
        </w:rPr>
        <w:t>РИВЕТСТВИЯ</w:t>
      </w:r>
    </w:p>
    <w:p w14:paraId="4453D653" w14:textId="77777777" w:rsidR="008E5318" w:rsidRPr="006128FF" w:rsidRDefault="002B7E9B" w:rsidP="0059233B">
      <w:pPr>
        <w:pBdr>
          <w:left w:val="single" w:sz="24" w:space="6" w:color="A5281A"/>
        </w:pBdr>
        <w:shd w:val="clear" w:color="auto" w:fill="EEF3EF"/>
        <w:tabs>
          <w:tab w:val="left" w:pos="1474"/>
        </w:tabs>
        <w:spacing w:after="120"/>
        <w:ind w:left="1474" w:hanging="1474"/>
        <w:rPr>
          <w:bCs/>
          <w:iCs/>
        </w:rPr>
      </w:pPr>
      <w:r w:rsidRPr="006128FF">
        <w:rPr>
          <w:bCs/>
          <w:iCs/>
          <w:color w:val="2A5E33"/>
          <w:lang w:val="bg-BG"/>
        </w:rPr>
        <w:t xml:space="preserve">                            </w:t>
      </w:r>
      <w:r w:rsidR="006128FF">
        <w:rPr>
          <w:bCs/>
          <w:iCs/>
          <w:color w:val="2A5E33"/>
          <w:lang w:val="bg-BG"/>
        </w:rPr>
        <w:t xml:space="preserve">  </w:t>
      </w:r>
      <w:r w:rsidRPr="006128FF">
        <w:rPr>
          <w:bCs/>
          <w:iCs/>
          <w:color w:val="2A5E33"/>
        </w:rPr>
        <w:t>Official opening of the conference. Welcome addresses</w:t>
      </w:r>
    </w:p>
    <w:p w14:paraId="5F520046" w14:textId="77777777" w:rsidR="008E5318" w:rsidRPr="0059233B" w:rsidRDefault="00000000">
      <w:pPr>
        <w:keepNext/>
        <w:pBdr>
          <w:top w:val="single" w:sz="18" w:space="4" w:color="A5281A"/>
        </w:pBdr>
        <w:spacing w:before="320" w:after="40"/>
        <w:jc w:val="center"/>
        <w:rPr>
          <w:smallCaps/>
          <w:sz w:val="28"/>
          <w:szCs w:val="28"/>
          <w:lang w:val="bg-BG"/>
        </w:rPr>
      </w:pPr>
      <w:r w:rsidRPr="0059233B">
        <w:rPr>
          <w:b/>
          <w:smallCaps/>
          <w:color w:val="FFFFFF"/>
          <w:sz w:val="28"/>
          <w:szCs w:val="28"/>
        </w:rPr>
        <w:t xml:space="preserve">СЕКЦИЯ </w:t>
      </w:r>
      <w:r w:rsidR="001C5226" w:rsidRPr="0059233B">
        <w:rPr>
          <w:b/>
          <w:smallCaps/>
          <w:color w:val="FFFFFF"/>
          <w:sz w:val="28"/>
          <w:szCs w:val="28"/>
          <w:lang w:val="bg-BG"/>
        </w:rPr>
        <w:t>„</w:t>
      </w:r>
      <w:proofErr w:type="spellStart"/>
      <w:r w:rsidRPr="0059233B">
        <w:rPr>
          <w:b/>
          <w:smallCaps/>
          <w:color w:val="FFFFFF"/>
          <w:sz w:val="28"/>
          <w:szCs w:val="28"/>
        </w:rPr>
        <w:t>Българските</w:t>
      </w:r>
      <w:proofErr w:type="spellEnd"/>
      <w:r w:rsidRPr="0059233B">
        <w:rPr>
          <w:b/>
          <w:smallCaps/>
          <w:color w:val="FFFFFF"/>
          <w:sz w:val="28"/>
          <w:szCs w:val="28"/>
        </w:rPr>
        <w:t xml:space="preserve"> </w:t>
      </w:r>
      <w:proofErr w:type="spellStart"/>
      <w:r w:rsidRPr="0059233B">
        <w:rPr>
          <w:b/>
          <w:smallCaps/>
          <w:color w:val="FFFFFF"/>
          <w:sz w:val="28"/>
          <w:szCs w:val="28"/>
        </w:rPr>
        <w:t>исторически</w:t>
      </w:r>
      <w:proofErr w:type="spellEnd"/>
      <w:r w:rsidRPr="0059233B">
        <w:rPr>
          <w:b/>
          <w:smallCaps/>
          <w:color w:val="FFFFFF"/>
          <w:sz w:val="28"/>
          <w:szCs w:val="28"/>
        </w:rPr>
        <w:t xml:space="preserve"> </w:t>
      </w:r>
      <w:proofErr w:type="spellStart"/>
      <w:r w:rsidRPr="0059233B">
        <w:rPr>
          <w:b/>
          <w:smallCaps/>
          <w:color w:val="FFFFFF"/>
          <w:sz w:val="28"/>
          <w:szCs w:val="28"/>
        </w:rPr>
        <w:t>общности</w:t>
      </w:r>
      <w:proofErr w:type="spellEnd"/>
      <w:r w:rsidRPr="0059233B">
        <w:rPr>
          <w:b/>
          <w:smallCaps/>
          <w:color w:val="FFFFFF"/>
          <w:sz w:val="28"/>
          <w:szCs w:val="28"/>
        </w:rPr>
        <w:t xml:space="preserve"> в </w:t>
      </w:r>
      <w:proofErr w:type="spellStart"/>
      <w:r w:rsidRPr="0059233B">
        <w:rPr>
          <w:b/>
          <w:smallCaps/>
          <w:color w:val="FFFFFF"/>
          <w:sz w:val="28"/>
          <w:szCs w:val="28"/>
        </w:rPr>
        <w:t>глобален</w:t>
      </w:r>
      <w:proofErr w:type="spellEnd"/>
      <w:r w:rsidRPr="0059233B">
        <w:rPr>
          <w:b/>
          <w:smallCaps/>
          <w:color w:val="FFFFFF"/>
          <w:sz w:val="28"/>
          <w:szCs w:val="28"/>
        </w:rPr>
        <w:t xml:space="preserve"> </w:t>
      </w:r>
      <w:proofErr w:type="spellStart"/>
      <w:proofErr w:type="gramStart"/>
      <w:r w:rsidRPr="0059233B">
        <w:rPr>
          <w:b/>
          <w:smallCaps/>
          <w:color w:val="FFFFFF"/>
          <w:sz w:val="28"/>
          <w:szCs w:val="28"/>
        </w:rPr>
        <w:t>контекст</w:t>
      </w:r>
      <w:proofErr w:type="spellEnd"/>
      <w:r w:rsidR="001C5226" w:rsidRPr="0059233B">
        <w:rPr>
          <w:b/>
          <w:smallCaps/>
          <w:color w:val="FFFFFF"/>
          <w:sz w:val="28"/>
          <w:szCs w:val="28"/>
          <w:lang w:val="bg-BG"/>
        </w:rPr>
        <w:t>“</w:t>
      </w:r>
      <w:proofErr w:type="gramEnd"/>
      <w:r>
        <w:rPr>
          <w:noProof/>
        </w:rPr>
        <w:drawing>
          <wp:anchor distT="0" distB="0" distL="0" distR="0" simplePos="0" relativeHeight="251656704" behindDoc="1" locked="0" layoutInCell="1" allowOverlap="1" wp14:anchorId="14FD2BCE" wp14:editId="4F862A1E">
            <wp:simplePos x="0" y="0"/>
            <wp:positionH relativeFrom="page">
              <wp:posOffset>774700</wp:posOffset>
            </wp:positionH>
            <wp:positionV relativeFrom="paragraph">
              <wp:posOffset>155574</wp:posOffset>
            </wp:positionV>
            <wp:extent cx="6014720" cy="1164336"/>
            <wp:effectExtent l="0" t="0" r="0" b="0"/>
            <wp:wrapNone/>
            <wp:docPr id="702" name="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_g.jpg"/>
                    <pic:cNvPicPr/>
                  </pic:nvPicPr>
                  <pic:blipFill>
                    <a:blip r:embed="rId17"/>
                    <a:stretch>
                      <a:fillRect/>
                    </a:stretch>
                  </pic:blipFill>
                  <pic:spPr>
                    <a:xfrm>
                      <a:off x="0" y="0"/>
                      <a:ext cx="6014720" cy="582168"/>
                    </a:xfrm>
                    <a:prstGeom prst="rect">
                      <a:avLst/>
                    </a:prstGeom>
                  </pic:spPr>
                </pic:pic>
              </a:graphicData>
            </a:graphic>
          </wp:anchor>
        </w:drawing>
      </w:r>
    </w:p>
    <w:p w14:paraId="67E15A44" w14:textId="77777777" w:rsidR="008E5318" w:rsidRPr="0059233B" w:rsidRDefault="00000000">
      <w:pPr>
        <w:keepNext/>
        <w:pBdr>
          <w:bottom w:val="single" w:sz="18" w:space="4" w:color="A5281A"/>
        </w:pBdr>
        <w:spacing w:after="40"/>
        <w:jc w:val="center"/>
        <w:rPr>
          <w:smallCaps/>
          <w:sz w:val="28"/>
          <w:szCs w:val="28"/>
          <w:lang w:val="bg-BG"/>
        </w:rPr>
      </w:pPr>
      <w:r w:rsidRPr="0059233B">
        <w:rPr>
          <w:b/>
          <w:smallCaps/>
          <w:color w:val="FFFFFF"/>
          <w:sz w:val="28"/>
          <w:szCs w:val="28"/>
        </w:rPr>
        <w:t xml:space="preserve">SECTION </w:t>
      </w:r>
      <w:r w:rsidR="001C5226" w:rsidRPr="0059233B">
        <w:rPr>
          <w:b/>
          <w:smallCaps/>
          <w:color w:val="FFFFFF"/>
          <w:sz w:val="28"/>
          <w:szCs w:val="28"/>
          <w:lang w:val="bg-BG"/>
        </w:rPr>
        <w:t>„</w:t>
      </w:r>
      <w:r w:rsidRPr="0059233B">
        <w:rPr>
          <w:b/>
          <w:smallCaps/>
          <w:color w:val="FFFFFF"/>
          <w:sz w:val="28"/>
          <w:szCs w:val="28"/>
        </w:rPr>
        <w:t xml:space="preserve">Bulgarian Historical Communities in a Global </w:t>
      </w:r>
      <w:proofErr w:type="gramStart"/>
      <w:r w:rsidRPr="0059233B">
        <w:rPr>
          <w:b/>
          <w:smallCaps/>
          <w:color w:val="FFFFFF"/>
          <w:sz w:val="28"/>
          <w:szCs w:val="28"/>
        </w:rPr>
        <w:t>Context</w:t>
      </w:r>
      <w:r w:rsidR="001C5226" w:rsidRPr="0059233B">
        <w:rPr>
          <w:b/>
          <w:smallCaps/>
          <w:color w:val="FFFFFF"/>
          <w:sz w:val="28"/>
          <w:szCs w:val="28"/>
          <w:lang w:val="bg-BG"/>
        </w:rPr>
        <w:t>“</w:t>
      </w:r>
      <w:proofErr w:type="gramEnd"/>
    </w:p>
    <w:p w14:paraId="4B50BE91" w14:textId="596DD675" w:rsidR="006128FF" w:rsidRPr="0059233B" w:rsidRDefault="006128FF">
      <w:pPr>
        <w:keepNext/>
        <w:spacing w:after="160"/>
        <w:jc w:val="center"/>
        <w:rPr>
          <w:i/>
          <w:smallCaps/>
          <w:color w:val="1A1A1A"/>
          <w:sz w:val="20"/>
          <w:lang w:val="bg-BG"/>
        </w:rPr>
      </w:pPr>
      <w:r>
        <w:rPr>
          <w:i/>
          <w:color w:val="1A1A1A"/>
          <w:sz w:val="20"/>
        </w:rPr>
        <w:t xml:space="preserve">10:00 – 11:00 </w:t>
      </w:r>
    </w:p>
    <w:p w14:paraId="73AB8EAC" w14:textId="4CEBC8D5" w:rsidR="008E5318" w:rsidRPr="0059233B" w:rsidRDefault="00000000">
      <w:pPr>
        <w:keepNext/>
        <w:pBdr>
          <w:left w:val="single" w:sz="24" w:space="6" w:color="2E7D5B"/>
        </w:pBdr>
        <w:shd w:val="clear" w:color="auto" w:fill="E3EFE7"/>
        <w:jc w:val="center"/>
        <w:rPr>
          <w:color w:val="1A1A1A"/>
        </w:rPr>
      </w:pPr>
      <w:proofErr w:type="spellStart"/>
      <w:r w:rsidRPr="0059233B">
        <w:rPr>
          <w:color w:val="1A1A1A"/>
        </w:rPr>
        <w:t>Модератор</w:t>
      </w:r>
      <w:proofErr w:type="spellEnd"/>
      <w:r w:rsidRPr="0059233B">
        <w:rPr>
          <w:color w:val="1A1A1A"/>
        </w:rPr>
        <w:t xml:space="preserve">: </w:t>
      </w:r>
      <w:r w:rsidR="00F75149">
        <w:rPr>
          <w:color w:val="1A1A1A"/>
          <w:lang w:val="bg-BG"/>
        </w:rPr>
        <w:t xml:space="preserve">гл. ас. </w:t>
      </w:r>
      <w:r w:rsidRPr="0059233B">
        <w:rPr>
          <w:color w:val="1A1A1A"/>
        </w:rPr>
        <w:t xml:space="preserve">д-р </w:t>
      </w:r>
      <w:proofErr w:type="spellStart"/>
      <w:r w:rsidRPr="0059233B">
        <w:rPr>
          <w:color w:val="1A1A1A"/>
        </w:rPr>
        <w:t>Татяна</w:t>
      </w:r>
      <w:proofErr w:type="spellEnd"/>
      <w:r w:rsidRPr="0059233B">
        <w:rPr>
          <w:color w:val="1A1A1A"/>
        </w:rPr>
        <w:t xml:space="preserve"> </w:t>
      </w:r>
      <w:proofErr w:type="spellStart"/>
      <w:r w:rsidRPr="0059233B">
        <w:rPr>
          <w:color w:val="1A1A1A"/>
        </w:rPr>
        <w:t>Брага</w:t>
      </w:r>
      <w:proofErr w:type="spellEnd"/>
      <w:r w:rsidRPr="0059233B">
        <w:rPr>
          <w:color w:val="1A1A1A"/>
        </w:rPr>
        <w:t xml:space="preserve"> / Moderator: Assist. Prof. Dr. Tatyana Braga</w:t>
      </w:r>
    </w:p>
    <w:p w14:paraId="178D6010" w14:textId="7E410C68" w:rsidR="00143BD7" w:rsidRPr="0059233B" w:rsidRDefault="00143BD7" w:rsidP="00DC5E4C">
      <w:pPr>
        <w:pBdr>
          <w:bottom w:val="single" w:sz="4" w:space="3" w:color="C8D5CC"/>
        </w:pBdr>
        <w:tabs>
          <w:tab w:val="left" w:pos="1474"/>
        </w:tabs>
        <w:spacing w:after="220" w:line="259" w:lineRule="auto"/>
        <w:ind w:left="1474" w:hanging="1474"/>
        <w:jc w:val="both"/>
        <w:rPr>
          <w:lang w:val="bg-BG"/>
        </w:rPr>
      </w:pPr>
      <w:r w:rsidRPr="0059233B">
        <w:rPr>
          <w:b/>
          <w:color w:val="A5281A"/>
        </w:rPr>
        <w:t>10:00 – 10:15</w:t>
      </w:r>
      <w:r w:rsidRPr="0059233B">
        <w:rPr>
          <w:b/>
          <w:color w:val="1A1A1A"/>
        </w:rPr>
        <w:tab/>
        <w:t>МАРГАРЕТ ДИМИТРОВА</w:t>
      </w:r>
      <w:r w:rsidRPr="0059233B">
        <w:rPr>
          <w:i/>
          <w:color w:val="555555"/>
        </w:rPr>
        <w:t xml:space="preserve"> (С</w:t>
      </w:r>
      <w:proofErr w:type="spellStart"/>
      <w:r w:rsidR="0057556B">
        <w:rPr>
          <w:i/>
          <w:color w:val="555555"/>
          <w:lang w:val="bg-BG"/>
        </w:rPr>
        <w:t>офийски</w:t>
      </w:r>
      <w:proofErr w:type="spellEnd"/>
      <w:r w:rsidR="0057556B">
        <w:rPr>
          <w:i/>
          <w:color w:val="555555"/>
          <w:lang w:val="bg-BG"/>
        </w:rPr>
        <w:t xml:space="preserve"> униве</w:t>
      </w:r>
      <w:r w:rsidR="00C94FE4">
        <w:rPr>
          <w:i/>
          <w:color w:val="555555"/>
          <w:lang w:val="bg-BG"/>
        </w:rPr>
        <w:t>р</w:t>
      </w:r>
      <w:r w:rsidR="0057556B">
        <w:rPr>
          <w:i/>
          <w:color w:val="555555"/>
          <w:lang w:val="bg-BG"/>
        </w:rPr>
        <w:t>ситет</w:t>
      </w:r>
      <w:r w:rsidRPr="0059233B">
        <w:rPr>
          <w:i/>
          <w:color w:val="555555"/>
        </w:rPr>
        <w:t xml:space="preserve"> „</w:t>
      </w:r>
      <w:proofErr w:type="spellStart"/>
      <w:r w:rsidRPr="0059233B">
        <w:rPr>
          <w:i/>
          <w:color w:val="555555"/>
        </w:rPr>
        <w:t>Св</w:t>
      </w:r>
      <w:proofErr w:type="spellEnd"/>
      <w:r w:rsidRPr="0059233B">
        <w:rPr>
          <w:i/>
          <w:color w:val="555555"/>
        </w:rPr>
        <w:t xml:space="preserve">. </w:t>
      </w:r>
      <w:proofErr w:type="spellStart"/>
      <w:r w:rsidRPr="0059233B">
        <w:rPr>
          <w:i/>
          <w:color w:val="555555"/>
        </w:rPr>
        <w:t>Климент</w:t>
      </w:r>
      <w:proofErr w:type="spellEnd"/>
      <w:r w:rsidRPr="0059233B">
        <w:rPr>
          <w:i/>
          <w:color w:val="555555"/>
        </w:rPr>
        <w:t xml:space="preserve"> </w:t>
      </w:r>
      <w:proofErr w:type="gramStart"/>
      <w:r w:rsidRPr="0059233B">
        <w:rPr>
          <w:i/>
          <w:color w:val="555555"/>
        </w:rPr>
        <w:t>Охридски“</w:t>
      </w:r>
      <w:proofErr w:type="gramEnd"/>
      <w:r w:rsidRPr="0059233B">
        <w:rPr>
          <w:i/>
          <w:color w:val="555555"/>
        </w:rPr>
        <w:t>)</w:t>
      </w:r>
      <w:r w:rsidRPr="0059233B">
        <w:rPr>
          <w:color w:val="1A1A1A"/>
        </w:rPr>
        <w:t xml:space="preserve"> – </w:t>
      </w:r>
      <w:proofErr w:type="spellStart"/>
      <w:r w:rsidRPr="0059233B">
        <w:rPr>
          <w:color w:val="1A1A1A"/>
        </w:rPr>
        <w:t>Башкьоският</w:t>
      </w:r>
      <w:proofErr w:type="spellEnd"/>
      <w:r w:rsidRPr="0059233B">
        <w:rPr>
          <w:color w:val="1A1A1A"/>
        </w:rPr>
        <w:t xml:space="preserve"> </w:t>
      </w:r>
      <w:proofErr w:type="spellStart"/>
      <w:r w:rsidRPr="0059233B">
        <w:rPr>
          <w:color w:val="1A1A1A"/>
        </w:rPr>
        <w:t>препис</w:t>
      </w:r>
      <w:proofErr w:type="spellEnd"/>
      <w:r w:rsidRPr="0059233B">
        <w:rPr>
          <w:color w:val="1A1A1A"/>
        </w:rPr>
        <w:t xml:space="preserve"> </w:t>
      </w:r>
      <w:proofErr w:type="spellStart"/>
      <w:r w:rsidRPr="0059233B">
        <w:rPr>
          <w:color w:val="1A1A1A"/>
        </w:rPr>
        <w:t>на</w:t>
      </w:r>
      <w:proofErr w:type="spellEnd"/>
      <w:r w:rsidRPr="0059233B">
        <w:rPr>
          <w:color w:val="1A1A1A"/>
        </w:rPr>
        <w:t xml:space="preserve"> „</w:t>
      </w:r>
      <w:proofErr w:type="spellStart"/>
      <w:r w:rsidRPr="0059233B">
        <w:rPr>
          <w:color w:val="1A1A1A"/>
        </w:rPr>
        <w:t>История</w:t>
      </w:r>
      <w:proofErr w:type="spellEnd"/>
      <w:r w:rsidRPr="0059233B">
        <w:rPr>
          <w:color w:val="1A1A1A"/>
        </w:rPr>
        <w:t xml:space="preserve"> </w:t>
      </w:r>
      <w:proofErr w:type="spellStart"/>
      <w:proofErr w:type="gramStart"/>
      <w:r w:rsidRPr="0059233B">
        <w:rPr>
          <w:color w:val="1A1A1A"/>
        </w:rPr>
        <w:t>славянобългарска</w:t>
      </w:r>
      <w:proofErr w:type="spellEnd"/>
      <w:r w:rsidRPr="0059233B">
        <w:rPr>
          <w:color w:val="1A1A1A"/>
        </w:rPr>
        <w:t>“ /</w:t>
      </w:r>
      <w:proofErr w:type="gramEnd"/>
      <w:r w:rsidRPr="0059233B">
        <w:rPr>
          <w:color w:val="1A1A1A"/>
        </w:rPr>
        <w:t xml:space="preserve"> </w:t>
      </w:r>
      <w:proofErr w:type="spellStart"/>
      <w:r w:rsidRPr="0059233B">
        <w:rPr>
          <w:color w:val="1A1A1A"/>
        </w:rPr>
        <w:t>Baskoy</w:t>
      </w:r>
      <w:proofErr w:type="spellEnd"/>
      <w:r w:rsidR="00352244" w:rsidRPr="0059233B">
        <w:rPr>
          <w:color w:val="1A1A1A"/>
          <w:lang w:val="bg-BG"/>
        </w:rPr>
        <w:t xml:space="preserve"> </w:t>
      </w:r>
      <w:proofErr w:type="spellStart"/>
      <w:r w:rsidR="00352244" w:rsidRPr="0059233B">
        <w:rPr>
          <w:color w:val="1A1A1A"/>
          <w:lang w:val="bg-BG"/>
        </w:rPr>
        <w:t>Copy</w:t>
      </w:r>
      <w:proofErr w:type="spellEnd"/>
      <w:r w:rsidR="00352244" w:rsidRPr="0059233B">
        <w:rPr>
          <w:color w:val="1A1A1A"/>
          <w:lang w:val="bg-BG"/>
        </w:rPr>
        <w:t xml:space="preserve"> </w:t>
      </w:r>
      <w:proofErr w:type="spellStart"/>
      <w:r w:rsidR="00352244" w:rsidRPr="0059233B">
        <w:rPr>
          <w:color w:val="1A1A1A"/>
          <w:lang w:val="bg-BG"/>
        </w:rPr>
        <w:t>of</w:t>
      </w:r>
      <w:proofErr w:type="spellEnd"/>
      <w:r w:rsidR="00352244" w:rsidRPr="0059233B">
        <w:rPr>
          <w:color w:val="1A1A1A"/>
          <w:lang w:val="bg-BG"/>
        </w:rPr>
        <w:t xml:space="preserve"> "</w:t>
      </w:r>
      <w:proofErr w:type="spellStart"/>
      <w:r w:rsidR="00352244" w:rsidRPr="0059233B">
        <w:rPr>
          <w:color w:val="1A1A1A"/>
          <w:lang w:val="bg-BG"/>
        </w:rPr>
        <w:t>Istoriya</w:t>
      </w:r>
      <w:proofErr w:type="spellEnd"/>
      <w:r w:rsidR="00352244" w:rsidRPr="0059233B">
        <w:rPr>
          <w:color w:val="1A1A1A"/>
          <w:lang w:val="bg-BG"/>
        </w:rPr>
        <w:t xml:space="preserve"> </w:t>
      </w:r>
      <w:proofErr w:type="spellStart"/>
      <w:r w:rsidR="00352244" w:rsidRPr="0059233B">
        <w:rPr>
          <w:color w:val="1A1A1A"/>
          <w:lang w:val="bg-BG"/>
        </w:rPr>
        <w:t>slavenobolgarskaya</w:t>
      </w:r>
      <w:proofErr w:type="spellEnd"/>
      <w:r w:rsidR="00352244" w:rsidRPr="0059233B">
        <w:rPr>
          <w:color w:val="1A1A1A"/>
          <w:lang w:val="bg-BG"/>
        </w:rPr>
        <w:t>"</w:t>
      </w:r>
    </w:p>
    <w:p w14:paraId="25AAF7CB" w14:textId="77777777" w:rsidR="008E5318" w:rsidRPr="0059233B" w:rsidRDefault="00000000" w:rsidP="00DC5E4C">
      <w:pPr>
        <w:pBdr>
          <w:bottom w:val="single" w:sz="4" w:space="3" w:color="C8D5CC"/>
        </w:pBdr>
        <w:tabs>
          <w:tab w:val="left" w:pos="1474"/>
        </w:tabs>
        <w:spacing w:after="220" w:line="259" w:lineRule="auto"/>
        <w:ind w:left="1474" w:hanging="1474"/>
        <w:jc w:val="both"/>
      </w:pPr>
      <w:r w:rsidRPr="0059233B">
        <w:rPr>
          <w:b/>
          <w:color w:val="A5281A"/>
        </w:rPr>
        <w:t>10:</w:t>
      </w:r>
      <w:r w:rsidR="00143BD7" w:rsidRPr="0059233B">
        <w:rPr>
          <w:b/>
          <w:color w:val="A5281A"/>
        </w:rPr>
        <w:t>15</w:t>
      </w:r>
      <w:r w:rsidRPr="0059233B">
        <w:rPr>
          <w:b/>
          <w:color w:val="A5281A"/>
        </w:rPr>
        <w:t xml:space="preserve"> – 10:</w:t>
      </w:r>
      <w:r w:rsidR="00143BD7" w:rsidRPr="0059233B">
        <w:rPr>
          <w:b/>
          <w:color w:val="A5281A"/>
        </w:rPr>
        <w:t>30</w:t>
      </w:r>
      <w:r w:rsidRPr="0059233B">
        <w:rPr>
          <w:b/>
          <w:color w:val="1A1A1A"/>
        </w:rPr>
        <w:tab/>
        <w:t>КРИСТИНА МЕНХАРТ</w:t>
      </w:r>
      <w:r w:rsidRPr="0059233B">
        <w:rPr>
          <w:i/>
          <w:color w:val="555555"/>
        </w:rPr>
        <w:t xml:space="preserve"> (</w:t>
      </w:r>
      <w:proofErr w:type="spellStart"/>
      <w:r w:rsidRPr="0059233B">
        <w:rPr>
          <w:i/>
          <w:color w:val="555555"/>
        </w:rPr>
        <w:t>Будапещенски</w:t>
      </w:r>
      <w:proofErr w:type="spellEnd"/>
      <w:r w:rsidRPr="0059233B">
        <w:rPr>
          <w:i/>
          <w:color w:val="555555"/>
        </w:rPr>
        <w:t xml:space="preserve"> </w:t>
      </w:r>
      <w:proofErr w:type="spellStart"/>
      <w:r w:rsidRPr="0059233B">
        <w:rPr>
          <w:i/>
          <w:color w:val="555555"/>
        </w:rPr>
        <w:t>унив</w:t>
      </w:r>
      <w:r w:rsidR="0057556B">
        <w:rPr>
          <w:i/>
          <w:color w:val="555555"/>
          <w:lang w:val="bg-BG"/>
        </w:rPr>
        <w:t>ерситет</w:t>
      </w:r>
      <w:proofErr w:type="spellEnd"/>
      <w:r w:rsidRPr="0059233B">
        <w:rPr>
          <w:i/>
          <w:color w:val="555555"/>
        </w:rPr>
        <w:t xml:space="preserve"> „Л. </w:t>
      </w:r>
      <w:proofErr w:type="spellStart"/>
      <w:proofErr w:type="gramStart"/>
      <w:r w:rsidRPr="0059233B">
        <w:rPr>
          <w:i/>
          <w:color w:val="555555"/>
        </w:rPr>
        <w:t>Йотвьош</w:t>
      </w:r>
      <w:proofErr w:type="spellEnd"/>
      <w:r w:rsidRPr="0059233B">
        <w:rPr>
          <w:i/>
          <w:color w:val="555555"/>
        </w:rPr>
        <w:t>“</w:t>
      </w:r>
      <w:proofErr w:type="gramEnd"/>
      <w:r w:rsidRPr="0059233B">
        <w:rPr>
          <w:i/>
          <w:color w:val="555555"/>
        </w:rPr>
        <w:t>, Унгария)</w:t>
      </w:r>
      <w:r w:rsidRPr="0059233B">
        <w:rPr>
          <w:color w:val="1A1A1A"/>
        </w:rPr>
        <w:t xml:space="preserve"> – </w:t>
      </w:r>
      <w:proofErr w:type="spellStart"/>
      <w:r w:rsidRPr="0059233B">
        <w:rPr>
          <w:color w:val="1A1A1A"/>
        </w:rPr>
        <w:t>Българската</w:t>
      </w:r>
      <w:proofErr w:type="spellEnd"/>
      <w:r w:rsidRPr="0059233B">
        <w:rPr>
          <w:color w:val="1A1A1A"/>
        </w:rPr>
        <w:t xml:space="preserve"> </w:t>
      </w:r>
      <w:proofErr w:type="spellStart"/>
      <w:r w:rsidRPr="0059233B">
        <w:rPr>
          <w:color w:val="1A1A1A"/>
        </w:rPr>
        <w:t>православна</w:t>
      </w:r>
      <w:proofErr w:type="spellEnd"/>
      <w:r w:rsidRPr="0059233B">
        <w:rPr>
          <w:color w:val="1A1A1A"/>
        </w:rPr>
        <w:t xml:space="preserve"> </w:t>
      </w:r>
      <w:proofErr w:type="spellStart"/>
      <w:r w:rsidRPr="0059233B">
        <w:rPr>
          <w:color w:val="1A1A1A"/>
        </w:rPr>
        <w:t>църковна</w:t>
      </w:r>
      <w:proofErr w:type="spellEnd"/>
      <w:r w:rsidRPr="0059233B">
        <w:rPr>
          <w:color w:val="1A1A1A"/>
        </w:rPr>
        <w:t xml:space="preserve"> </w:t>
      </w:r>
      <w:proofErr w:type="spellStart"/>
      <w:r w:rsidRPr="0059233B">
        <w:rPr>
          <w:color w:val="1A1A1A"/>
        </w:rPr>
        <w:t>община</w:t>
      </w:r>
      <w:proofErr w:type="spellEnd"/>
      <w:r w:rsidRPr="0059233B">
        <w:rPr>
          <w:color w:val="1A1A1A"/>
        </w:rPr>
        <w:t xml:space="preserve"> в </w:t>
      </w:r>
      <w:r w:rsidR="00E21918">
        <w:rPr>
          <w:color w:val="1A1A1A"/>
          <w:lang w:val="bg-BG"/>
        </w:rPr>
        <w:t>Унгария</w:t>
      </w:r>
      <w:r w:rsidRPr="0059233B">
        <w:rPr>
          <w:color w:val="1A1A1A"/>
        </w:rPr>
        <w:t xml:space="preserve"> – </w:t>
      </w:r>
      <w:proofErr w:type="spellStart"/>
      <w:r w:rsidRPr="0059233B">
        <w:rPr>
          <w:color w:val="1A1A1A"/>
        </w:rPr>
        <w:t>историческа</w:t>
      </w:r>
      <w:proofErr w:type="spellEnd"/>
      <w:r w:rsidRPr="0059233B">
        <w:rPr>
          <w:color w:val="1A1A1A"/>
        </w:rPr>
        <w:t xml:space="preserve"> </w:t>
      </w:r>
      <w:proofErr w:type="spellStart"/>
      <w:r w:rsidRPr="0059233B">
        <w:rPr>
          <w:color w:val="1A1A1A"/>
        </w:rPr>
        <w:t>роля</w:t>
      </w:r>
      <w:proofErr w:type="spellEnd"/>
      <w:r w:rsidRPr="0059233B">
        <w:rPr>
          <w:color w:val="1A1A1A"/>
        </w:rPr>
        <w:t xml:space="preserve"> и </w:t>
      </w:r>
      <w:proofErr w:type="spellStart"/>
      <w:r w:rsidRPr="0059233B">
        <w:rPr>
          <w:color w:val="1A1A1A"/>
        </w:rPr>
        <w:t>съвременни</w:t>
      </w:r>
      <w:proofErr w:type="spellEnd"/>
      <w:r w:rsidRPr="0059233B">
        <w:rPr>
          <w:color w:val="1A1A1A"/>
        </w:rPr>
        <w:t xml:space="preserve"> </w:t>
      </w:r>
      <w:proofErr w:type="spellStart"/>
      <w:r w:rsidRPr="0059233B">
        <w:rPr>
          <w:color w:val="1A1A1A"/>
        </w:rPr>
        <w:t>перспективи</w:t>
      </w:r>
      <w:proofErr w:type="spellEnd"/>
      <w:r w:rsidRPr="0059233B">
        <w:rPr>
          <w:color w:val="1A1A1A"/>
        </w:rPr>
        <w:t xml:space="preserve"> / The Bulgarian Orthodox Church Community in </w:t>
      </w:r>
      <w:r w:rsidR="00E21918" w:rsidRPr="00E21918">
        <w:rPr>
          <w:color w:val="1A1A1A"/>
        </w:rPr>
        <w:t xml:space="preserve">Hungary </w:t>
      </w:r>
      <w:r w:rsidRPr="0059233B">
        <w:rPr>
          <w:color w:val="1A1A1A"/>
        </w:rPr>
        <w:t>– Historical Role and Contemporary Perspectives</w:t>
      </w:r>
    </w:p>
    <w:p w14:paraId="2AF0E025" w14:textId="77777777" w:rsidR="00B614E7" w:rsidRPr="0059233B" w:rsidRDefault="00000000" w:rsidP="00B614E7">
      <w:pPr>
        <w:pBdr>
          <w:bottom w:val="single" w:sz="4" w:space="3" w:color="C8D5CC"/>
        </w:pBdr>
        <w:tabs>
          <w:tab w:val="left" w:pos="1474"/>
        </w:tabs>
        <w:spacing w:after="220" w:line="259" w:lineRule="auto"/>
        <w:ind w:left="1474" w:hanging="1474"/>
        <w:jc w:val="both"/>
      </w:pPr>
      <w:r w:rsidRPr="0059233B">
        <w:rPr>
          <w:b/>
          <w:color w:val="A5281A"/>
        </w:rPr>
        <w:t>10:</w:t>
      </w:r>
      <w:r w:rsidR="00143BD7" w:rsidRPr="0059233B">
        <w:rPr>
          <w:b/>
          <w:color w:val="A5281A"/>
        </w:rPr>
        <w:t>30</w:t>
      </w:r>
      <w:r w:rsidRPr="0059233B">
        <w:rPr>
          <w:b/>
          <w:color w:val="A5281A"/>
        </w:rPr>
        <w:t xml:space="preserve"> – 10:</w:t>
      </w:r>
      <w:r w:rsidR="00143BD7" w:rsidRPr="0059233B">
        <w:rPr>
          <w:b/>
          <w:color w:val="A5281A"/>
        </w:rPr>
        <w:t>45</w:t>
      </w:r>
      <w:r w:rsidRPr="0059233B">
        <w:rPr>
          <w:b/>
          <w:color w:val="1A1A1A"/>
        </w:rPr>
        <w:tab/>
      </w:r>
      <w:r w:rsidR="00B614E7" w:rsidRPr="0059233B">
        <w:rPr>
          <w:b/>
          <w:color w:val="1A1A1A"/>
        </w:rPr>
        <w:t>МАРІЯ БРУС</w:t>
      </w:r>
      <w:r w:rsidR="00B614E7" w:rsidRPr="0059233B">
        <w:rPr>
          <w:i/>
          <w:color w:val="555555"/>
        </w:rPr>
        <w:t xml:space="preserve"> (</w:t>
      </w:r>
      <w:proofErr w:type="spellStart"/>
      <w:r w:rsidR="0057556B" w:rsidRPr="0057556B">
        <w:rPr>
          <w:i/>
          <w:color w:val="555555"/>
        </w:rPr>
        <w:t>Карпатський</w:t>
      </w:r>
      <w:proofErr w:type="spellEnd"/>
      <w:r w:rsidR="0057556B" w:rsidRPr="0057556B">
        <w:rPr>
          <w:i/>
          <w:color w:val="555555"/>
        </w:rPr>
        <w:t xml:space="preserve"> </w:t>
      </w:r>
      <w:proofErr w:type="spellStart"/>
      <w:r w:rsidR="0057556B" w:rsidRPr="0057556B">
        <w:rPr>
          <w:i/>
          <w:color w:val="555555"/>
        </w:rPr>
        <w:t>національний</w:t>
      </w:r>
      <w:proofErr w:type="spellEnd"/>
      <w:r w:rsidR="0057556B" w:rsidRPr="0057556B">
        <w:rPr>
          <w:i/>
          <w:color w:val="555555"/>
        </w:rPr>
        <w:t xml:space="preserve"> </w:t>
      </w:r>
      <w:proofErr w:type="spellStart"/>
      <w:r w:rsidR="0057556B" w:rsidRPr="0057556B">
        <w:rPr>
          <w:i/>
          <w:color w:val="555555"/>
        </w:rPr>
        <w:t>університет</w:t>
      </w:r>
      <w:proofErr w:type="spellEnd"/>
      <w:r w:rsidR="0057556B" w:rsidRPr="0057556B">
        <w:rPr>
          <w:i/>
          <w:color w:val="555555"/>
        </w:rPr>
        <w:t xml:space="preserve"> </w:t>
      </w:r>
      <w:proofErr w:type="spellStart"/>
      <w:r w:rsidR="0057556B" w:rsidRPr="0057556B">
        <w:rPr>
          <w:i/>
          <w:color w:val="555555"/>
        </w:rPr>
        <w:t>імені</w:t>
      </w:r>
      <w:proofErr w:type="spellEnd"/>
      <w:r w:rsidR="0057556B" w:rsidRPr="0057556B">
        <w:rPr>
          <w:i/>
          <w:color w:val="555555"/>
        </w:rPr>
        <w:t xml:space="preserve"> </w:t>
      </w:r>
      <w:proofErr w:type="spellStart"/>
      <w:r w:rsidR="0057556B" w:rsidRPr="0057556B">
        <w:rPr>
          <w:i/>
          <w:color w:val="555555"/>
        </w:rPr>
        <w:t>Василя</w:t>
      </w:r>
      <w:proofErr w:type="spellEnd"/>
      <w:r w:rsidR="0057556B" w:rsidRPr="0057556B">
        <w:rPr>
          <w:i/>
          <w:color w:val="555555"/>
        </w:rPr>
        <w:t xml:space="preserve"> Стефаника</w:t>
      </w:r>
      <w:r w:rsidR="00B614E7" w:rsidRPr="0059233B">
        <w:rPr>
          <w:i/>
          <w:color w:val="555555"/>
        </w:rPr>
        <w:t xml:space="preserve">, </w:t>
      </w:r>
      <w:proofErr w:type="spellStart"/>
      <w:r w:rsidR="0057556B" w:rsidRPr="0057556B">
        <w:rPr>
          <w:i/>
          <w:color w:val="555555"/>
        </w:rPr>
        <w:t>Івано-Франківськ</w:t>
      </w:r>
      <w:proofErr w:type="spellEnd"/>
      <w:r w:rsidR="0057556B">
        <w:rPr>
          <w:i/>
          <w:color w:val="555555"/>
          <w:lang w:val="bg-BG"/>
        </w:rPr>
        <w:t xml:space="preserve">, </w:t>
      </w:r>
      <w:proofErr w:type="spellStart"/>
      <w:r w:rsidR="00B614E7" w:rsidRPr="0059233B">
        <w:rPr>
          <w:i/>
          <w:color w:val="555555"/>
        </w:rPr>
        <w:t>Украйна</w:t>
      </w:r>
      <w:proofErr w:type="spellEnd"/>
      <w:r w:rsidR="00B614E7" w:rsidRPr="0059233B">
        <w:rPr>
          <w:i/>
          <w:color w:val="555555"/>
        </w:rPr>
        <w:t>)</w:t>
      </w:r>
      <w:r w:rsidR="00B614E7" w:rsidRPr="0059233B">
        <w:rPr>
          <w:color w:val="1A1A1A"/>
        </w:rPr>
        <w:t xml:space="preserve"> </w:t>
      </w:r>
      <w:r w:rsidR="00B614E7" w:rsidRPr="006D0A9C">
        <w:rPr>
          <w:color w:val="1A1A1A"/>
        </w:rPr>
        <w:t xml:space="preserve">– </w:t>
      </w:r>
      <w:proofErr w:type="spellStart"/>
      <w:r w:rsidR="0057556B" w:rsidRPr="006D0A9C">
        <w:t>Болгарсько-українські</w:t>
      </w:r>
      <w:proofErr w:type="spellEnd"/>
      <w:r w:rsidR="0057556B" w:rsidRPr="006D0A9C">
        <w:t xml:space="preserve"> </w:t>
      </w:r>
      <w:proofErr w:type="spellStart"/>
      <w:r w:rsidR="0057556B" w:rsidRPr="006D0A9C">
        <w:t>мовні</w:t>
      </w:r>
      <w:proofErr w:type="spellEnd"/>
      <w:r w:rsidR="0057556B" w:rsidRPr="006D0A9C">
        <w:t xml:space="preserve"> </w:t>
      </w:r>
      <w:proofErr w:type="spellStart"/>
      <w:r w:rsidR="0057556B" w:rsidRPr="006D0A9C">
        <w:t>зв'язки</w:t>
      </w:r>
      <w:proofErr w:type="spellEnd"/>
      <w:r w:rsidR="0057556B" w:rsidRPr="006D0A9C">
        <w:t xml:space="preserve">: </w:t>
      </w:r>
      <w:proofErr w:type="spellStart"/>
      <w:r w:rsidR="0057556B" w:rsidRPr="006D0A9C">
        <w:t>від</w:t>
      </w:r>
      <w:proofErr w:type="spellEnd"/>
      <w:r w:rsidR="0057556B" w:rsidRPr="006D0A9C">
        <w:t xml:space="preserve"> </w:t>
      </w:r>
      <w:proofErr w:type="spellStart"/>
      <w:r w:rsidR="0057556B" w:rsidRPr="006D0A9C">
        <w:t>зародження</w:t>
      </w:r>
      <w:proofErr w:type="spellEnd"/>
      <w:r w:rsidR="0057556B" w:rsidRPr="006D0A9C">
        <w:t xml:space="preserve"> </w:t>
      </w:r>
      <w:proofErr w:type="spellStart"/>
      <w:r w:rsidR="0057556B" w:rsidRPr="006D0A9C">
        <w:t>писемності</w:t>
      </w:r>
      <w:proofErr w:type="spellEnd"/>
      <w:r w:rsidR="0057556B" w:rsidRPr="006D0A9C">
        <w:t xml:space="preserve"> </w:t>
      </w:r>
      <w:proofErr w:type="spellStart"/>
      <w:r w:rsidR="0057556B" w:rsidRPr="006D0A9C">
        <w:t>до</w:t>
      </w:r>
      <w:proofErr w:type="spellEnd"/>
      <w:r w:rsidR="0057556B" w:rsidRPr="006D0A9C">
        <w:t xml:space="preserve"> </w:t>
      </w:r>
      <w:proofErr w:type="spellStart"/>
      <w:r w:rsidR="0057556B" w:rsidRPr="006D0A9C">
        <w:t>виникнення</w:t>
      </w:r>
      <w:proofErr w:type="spellEnd"/>
      <w:r w:rsidR="0057556B" w:rsidRPr="006D0A9C">
        <w:t xml:space="preserve"> </w:t>
      </w:r>
      <w:proofErr w:type="spellStart"/>
      <w:r w:rsidR="0057556B" w:rsidRPr="006D0A9C">
        <w:t>перших</w:t>
      </w:r>
      <w:proofErr w:type="spellEnd"/>
      <w:r w:rsidR="0057556B" w:rsidRPr="006D0A9C">
        <w:t xml:space="preserve"> </w:t>
      </w:r>
      <w:proofErr w:type="spellStart"/>
      <w:r w:rsidR="0057556B" w:rsidRPr="006D0A9C">
        <w:t>перекладних</w:t>
      </w:r>
      <w:proofErr w:type="spellEnd"/>
      <w:r w:rsidR="0057556B" w:rsidRPr="006D0A9C">
        <w:t xml:space="preserve"> </w:t>
      </w:r>
      <w:proofErr w:type="spellStart"/>
      <w:r w:rsidR="0057556B" w:rsidRPr="006D0A9C">
        <w:t>творів</w:t>
      </w:r>
      <w:proofErr w:type="spellEnd"/>
      <w:r w:rsidR="0057556B">
        <w:rPr>
          <w:sz w:val="20"/>
          <w:szCs w:val="20"/>
          <w:lang w:val="bg-BG"/>
        </w:rPr>
        <w:t xml:space="preserve"> </w:t>
      </w:r>
      <w:r w:rsidR="00B614E7" w:rsidRPr="0059233B">
        <w:rPr>
          <w:color w:val="1A1A1A"/>
        </w:rPr>
        <w:t>/ Bulgarian-Ukrainian Language Contacts: From the Emergence of Literacy to the First Translated Works</w:t>
      </w:r>
    </w:p>
    <w:p w14:paraId="75D3A429" w14:textId="6F69B582" w:rsidR="00BB7523" w:rsidRPr="0059233B" w:rsidRDefault="00000000" w:rsidP="00BB7523">
      <w:pPr>
        <w:pBdr>
          <w:bottom w:val="single" w:sz="4" w:space="3" w:color="C8D5CC"/>
        </w:pBdr>
        <w:tabs>
          <w:tab w:val="left" w:pos="1474"/>
        </w:tabs>
        <w:spacing w:after="220" w:line="259" w:lineRule="auto"/>
        <w:ind w:left="1474" w:hanging="1474"/>
        <w:jc w:val="both"/>
        <w:rPr>
          <w:lang w:val="bg-BG"/>
        </w:rPr>
      </w:pPr>
      <w:r w:rsidRPr="0059233B">
        <w:rPr>
          <w:b/>
          <w:color w:val="A5281A"/>
        </w:rPr>
        <w:t>10:45 – 11:00</w:t>
      </w:r>
      <w:r w:rsidRPr="0059233B">
        <w:rPr>
          <w:b/>
          <w:color w:val="1A1A1A"/>
        </w:rPr>
        <w:tab/>
      </w:r>
      <w:r w:rsidR="00BB7523">
        <w:rPr>
          <w:b/>
          <w:color w:val="1A1A1A"/>
        </w:rPr>
        <w:t>NICOLAE MARKOV</w:t>
      </w:r>
      <w:r w:rsidR="00BB7523">
        <w:rPr>
          <w:i/>
          <w:color w:val="555555"/>
        </w:rPr>
        <w:t xml:space="preserve"> (</w:t>
      </w:r>
      <w:proofErr w:type="spellStart"/>
      <w:r w:rsidR="00BB7523" w:rsidRPr="00C67AB4">
        <w:rPr>
          <w:i/>
          <w:color w:val="555555"/>
        </w:rPr>
        <w:t>Biblioteca</w:t>
      </w:r>
      <w:proofErr w:type="spellEnd"/>
      <w:r w:rsidR="00BB7523" w:rsidRPr="00C67AB4">
        <w:rPr>
          <w:i/>
          <w:color w:val="555555"/>
        </w:rPr>
        <w:t xml:space="preserve"> </w:t>
      </w:r>
      <w:proofErr w:type="spellStart"/>
      <w:r w:rsidR="00BB7523" w:rsidRPr="00C67AB4">
        <w:rPr>
          <w:i/>
          <w:color w:val="555555"/>
        </w:rPr>
        <w:t>Județeană</w:t>
      </w:r>
      <w:proofErr w:type="spellEnd"/>
      <w:r w:rsidR="00BB7523" w:rsidRPr="00C67AB4">
        <w:rPr>
          <w:i/>
          <w:color w:val="555555"/>
        </w:rPr>
        <w:t xml:space="preserve"> Timiș / Timiș County Library</w:t>
      </w:r>
      <w:r w:rsidR="00BB7523">
        <w:rPr>
          <w:i/>
          <w:color w:val="555555"/>
          <w:lang w:val="bg-BG"/>
        </w:rPr>
        <w:t xml:space="preserve">, </w:t>
      </w:r>
      <w:r w:rsidR="00C94FE4" w:rsidRPr="00C94FE4">
        <w:rPr>
          <w:i/>
          <w:color w:val="555555"/>
        </w:rPr>
        <w:t>Romania</w:t>
      </w:r>
      <w:r w:rsidR="00BB7523">
        <w:rPr>
          <w:i/>
          <w:color w:val="555555"/>
        </w:rPr>
        <w:t>)</w:t>
      </w:r>
      <w:r w:rsidR="00BB7523">
        <w:rPr>
          <w:color w:val="1A1A1A"/>
        </w:rPr>
        <w:t xml:space="preserve"> – </w:t>
      </w:r>
      <w:proofErr w:type="spellStart"/>
      <w:r w:rsidR="00BB7523">
        <w:rPr>
          <w:color w:val="1A1A1A"/>
        </w:rPr>
        <w:t>Съдбата</w:t>
      </w:r>
      <w:proofErr w:type="spellEnd"/>
      <w:r w:rsidR="00BB7523">
        <w:rPr>
          <w:color w:val="1A1A1A"/>
        </w:rPr>
        <w:t xml:space="preserve"> </w:t>
      </w:r>
      <w:proofErr w:type="spellStart"/>
      <w:r w:rsidR="00BB7523">
        <w:rPr>
          <w:color w:val="1A1A1A"/>
        </w:rPr>
        <w:t>на</w:t>
      </w:r>
      <w:proofErr w:type="spellEnd"/>
      <w:r w:rsidR="00BB7523">
        <w:rPr>
          <w:color w:val="1A1A1A"/>
        </w:rPr>
        <w:t xml:space="preserve"> </w:t>
      </w:r>
      <w:proofErr w:type="spellStart"/>
      <w:r w:rsidR="00BB7523">
        <w:rPr>
          <w:color w:val="1A1A1A"/>
        </w:rPr>
        <w:t>модошките</w:t>
      </w:r>
      <w:proofErr w:type="spellEnd"/>
      <w:r w:rsidR="00BB7523">
        <w:rPr>
          <w:color w:val="1A1A1A"/>
        </w:rPr>
        <w:t xml:space="preserve"> </w:t>
      </w:r>
      <w:proofErr w:type="spellStart"/>
      <w:r w:rsidR="00BB7523">
        <w:rPr>
          <w:color w:val="1A1A1A"/>
        </w:rPr>
        <w:t>българи</w:t>
      </w:r>
      <w:proofErr w:type="spellEnd"/>
      <w:r w:rsidR="00BB7523">
        <w:rPr>
          <w:color w:val="1A1A1A"/>
        </w:rPr>
        <w:t xml:space="preserve">: </w:t>
      </w:r>
      <w:proofErr w:type="spellStart"/>
      <w:r w:rsidR="00BB7523">
        <w:rPr>
          <w:color w:val="1A1A1A"/>
        </w:rPr>
        <w:t>от</w:t>
      </w:r>
      <w:proofErr w:type="spellEnd"/>
      <w:r w:rsidR="00BB7523">
        <w:rPr>
          <w:color w:val="1A1A1A"/>
        </w:rPr>
        <w:t xml:space="preserve"> </w:t>
      </w:r>
      <w:proofErr w:type="spellStart"/>
      <w:r w:rsidR="00BB7523">
        <w:rPr>
          <w:color w:val="1A1A1A"/>
        </w:rPr>
        <w:t>миграция</w:t>
      </w:r>
      <w:proofErr w:type="spellEnd"/>
      <w:r w:rsidR="00BB7523">
        <w:rPr>
          <w:color w:val="1A1A1A"/>
        </w:rPr>
        <w:t xml:space="preserve"> </w:t>
      </w:r>
      <w:proofErr w:type="spellStart"/>
      <w:r w:rsidR="00BB7523">
        <w:rPr>
          <w:color w:val="1A1A1A"/>
        </w:rPr>
        <w:t>до</w:t>
      </w:r>
      <w:proofErr w:type="spellEnd"/>
      <w:r w:rsidR="00BB7523">
        <w:rPr>
          <w:color w:val="1A1A1A"/>
        </w:rPr>
        <w:t xml:space="preserve"> </w:t>
      </w:r>
      <w:proofErr w:type="spellStart"/>
      <w:r w:rsidR="00BB7523">
        <w:rPr>
          <w:color w:val="1A1A1A"/>
        </w:rPr>
        <w:t>интеграция</w:t>
      </w:r>
      <w:proofErr w:type="spellEnd"/>
      <w:r w:rsidR="00BB7523">
        <w:rPr>
          <w:color w:val="1A1A1A"/>
        </w:rPr>
        <w:t xml:space="preserve"> / The Fate of the Bulgarians of </w:t>
      </w:r>
      <w:proofErr w:type="spellStart"/>
      <w:r w:rsidR="00BB7523">
        <w:rPr>
          <w:color w:val="1A1A1A"/>
        </w:rPr>
        <w:t>Modoș</w:t>
      </w:r>
      <w:proofErr w:type="spellEnd"/>
      <w:r w:rsidR="00BB7523">
        <w:rPr>
          <w:color w:val="1A1A1A"/>
        </w:rPr>
        <w:t>: From Migration to Integration</w:t>
      </w:r>
    </w:p>
    <w:p w14:paraId="534DA5FD" w14:textId="77777777" w:rsidR="008E5318" w:rsidRPr="0059233B" w:rsidRDefault="00000000" w:rsidP="00BB7523">
      <w:pPr>
        <w:pBdr>
          <w:bottom w:val="single" w:sz="4" w:space="3" w:color="C8D5CC"/>
        </w:pBdr>
        <w:tabs>
          <w:tab w:val="left" w:pos="1474"/>
        </w:tabs>
        <w:spacing w:after="220" w:line="259" w:lineRule="auto"/>
        <w:ind w:left="1474" w:hanging="1474"/>
        <w:jc w:val="both"/>
      </w:pPr>
      <w:r w:rsidRPr="008C03FB">
        <w:rPr>
          <w:b/>
          <w:bCs/>
          <w:i/>
          <w:color w:val="C00000"/>
        </w:rPr>
        <w:t>11:00 – 11:</w:t>
      </w:r>
      <w:r w:rsidR="0083323D" w:rsidRPr="008C03FB">
        <w:rPr>
          <w:b/>
          <w:bCs/>
          <w:i/>
          <w:color w:val="C00000"/>
          <w:lang w:val="bg-BG"/>
        </w:rPr>
        <w:t>15</w:t>
      </w:r>
      <w:r w:rsidRPr="008C03FB">
        <w:rPr>
          <w:i/>
          <w:color w:val="C00000"/>
        </w:rPr>
        <w:t xml:space="preserve">   </w:t>
      </w:r>
      <w:proofErr w:type="spellStart"/>
      <w:r w:rsidRPr="0059233B">
        <w:rPr>
          <w:i/>
          <w:color w:val="1A1A1A"/>
        </w:rPr>
        <w:t>Дискусия</w:t>
      </w:r>
      <w:proofErr w:type="spellEnd"/>
      <w:r w:rsidRPr="0059233B">
        <w:rPr>
          <w:i/>
          <w:color w:val="1A1A1A"/>
        </w:rPr>
        <w:t xml:space="preserve"> / Discussion</w:t>
      </w:r>
    </w:p>
    <w:p w14:paraId="64E5C6BB" w14:textId="77777777" w:rsidR="008E5318" w:rsidRPr="0059233B" w:rsidRDefault="00000000">
      <w:pPr>
        <w:pBdr>
          <w:left w:val="single" w:sz="24" w:space="6" w:color="A5281A"/>
        </w:pBdr>
        <w:shd w:val="clear" w:color="auto" w:fill="EEF3EF"/>
        <w:tabs>
          <w:tab w:val="left" w:pos="1474"/>
        </w:tabs>
        <w:spacing w:before="80"/>
        <w:ind w:left="1474" w:hanging="1474"/>
        <w:rPr>
          <w:bCs/>
          <w:i/>
          <w:color w:val="2A5E33"/>
          <w:lang w:val="bg-BG"/>
        </w:rPr>
      </w:pPr>
      <w:r w:rsidRPr="0059233B">
        <w:rPr>
          <w:b/>
          <w:color w:val="2A5E33"/>
        </w:rPr>
        <w:t>11:</w:t>
      </w:r>
      <w:r w:rsidR="0083323D" w:rsidRPr="0059233B">
        <w:rPr>
          <w:b/>
          <w:color w:val="2A5E33"/>
          <w:lang w:val="bg-BG"/>
        </w:rPr>
        <w:t>15</w:t>
      </w:r>
      <w:r w:rsidRPr="0059233B">
        <w:rPr>
          <w:b/>
          <w:color w:val="2A5E33"/>
        </w:rPr>
        <w:t xml:space="preserve"> – 11:</w:t>
      </w:r>
      <w:r w:rsidR="0083323D" w:rsidRPr="0059233B">
        <w:rPr>
          <w:b/>
          <w:color w:val="2A5E33"/>
          <w:lang w:val="bg-BG"/>
        </w:rPr>
        <w:t>45</w:t>
      </w:r>
      <w:r w:rsidRPr="0059233B">
        <w:rPr>
          <w:b/>
          <w:color w:val="2A5E33"/>
        </w:rPr>
        <w:tab/>
      </w:r>
      <w:proofErr w:type="spellStart"/>
      <w:r w:rsidRPr="0059233B">
        <w:rPr>
          <w:bCs/>
          <w:i/>
          <w:color w:val="2A5E33"/>
        </w:rPr>
        <w:t>Кафе</w:t>
      </w:r>
      <w:proofErr w:type="spellEnd"/>
      <w:r w:rsidRPr="0059233B">
        <w:rPr>
          <w:bCs/>
          <w:i/>
          <w:color w:val="2A5E33"/>
        </w:rPr>
        <w:t xml:space="preserve"> </w:t>
      </w:r>
      <w:proofErr w:type="spellStart"/>
      <w:r w:rsidRPr="0059233B">
        <w:rPr>
          <w:bCs/>
          <w:i/>
          <w:color w:val="2A5E33"/>
        </w:rPr>
        <w:t>пауза</w:t>
      </w:r>
      <w:proofErr w:type="spellEnd"/>
      <w:r w:rsidRPr="0059233B">
        <w:rPr>
          <w:bCs/>
          <w:i/>
          <w:color w:val="2A5E33"/>
        </w:rPr>
        <w:t xml:space="preserve"> / Coffee break</w:t>
      </w:r>
    </w:p>
    <w:p w14:paraId="5E05DC62" w14:textId="77777777" w:rsidR="008E5318" w:rsidRPr="0059233B" w:rsidRDefault="00000000">
      <w:pPr>
        <w:keepNext/>
        <w:pBdr>
          <w:top w:val="single" w:sz="18" w:space="4" w:color="A5281A"/>
        </w:pBdr>
        <w:spacing w:before="320" w:after="40"/>
        <w:jc w:val="center"/>
        <w:rPr>
          <w:smallCaps/>
          <w:sz w:val="28"/>
          <w:szCs w:val="28"/>
          <w:lang w:val="bg-BG"/>
        </w:rPr>
      </w:pPr>
      <w:r>
        <w:rPr>
          <w:b/>
          <w:smallCaps/>
          <w:color w:val="FFFFFF"/>
          <w:sz w:val="28"/>
          <w:szCs w:val="28"/>
        </w:rPr>
        <w:lastRenderedPageBreak/>
        <w:t>СЕКЦИЯ „</w:t>
      </w:r>
      <w:proofErr w:type="spellStart"/>
      <w:r>
        <w:rPr>
          <w:b/>
          <w:smallCaps/>
          <w:color w:val="FFFFFF"/>
          <w:sz w:val="28"/>
          <w:szCs w:val="28"/>
        </w:rPr>
        <w:t>Бесарабия</w:t>
      </w:r>
      <w:proofErr w:type="spellEnd"/>
      <w:r>
        <w:rPr>
          <w:b/>
          <w:smallCaps/>
          <w:color w:val="FFFFFF"/>
          <w:sz w:val="28"/>
          <w:szCs w:val="28"/>
        </w:rPr>
        <w:t xml:space="preserve"> и </w:t>
      </w:r>
      <w:proofErr w:type="spellStart"/>
      <w:r>
        <w:rPr>
          <w:b/>
          <w:smallCaps/>
          <w:color w:val="FFFFFF"/>
          <w:sz w:val="28"/>
          <w:szCs w:val="28"/>
        </w:rPr>
        <w:t>Банат</w:t>
      </w:r>
      <w:proofErr w:type="spellEnd"/>
      <w:r>
        <w:rPr>
          <w:b/>
          <w:smallCaps/>
          <w:color w:val="FFFFFF"/>
          <w:sz w:val="28"/>
          <w:szCs w:val="28"/>
        </w:rPr>
        <w:t xml:space="preserve">: </w:t>
      </w:r>
      <w:proofErr w:type="spellStart"/>
      <w:r>
        <w:rPr>
          <w:b/>
          <w:smallCaps/>
          <w:color w:val="FFFFFF"/>
          <w:sz w:val="28"/>
          <w:szCs w:val="28"/>
        </w:rPr>
        <w:t>миграция</w:t>
      </w:r>
      <w:proofErr w:type="spellEnd"/>
      <w:r>
        <w:rPr>
          <w:b/>
          <w:smallCaps/>
          <w:color w:val="FFFFFF"/>
          <w:sz w:val="28"/>
          <w:szCs w:val="28"/>
        </w:rPr>
        <w:t xml:space="preserve"> и </w:t>
      </w:r>
      <w:proofErr w:type="spellStart"/>
      <w:r>
        <w:rPr>
          <w:b/>
          <w:smallCaps/>
          <w:color w:val="FFFFFF"/>
          <w:sz w:val="28"/>
          <w:szCs w:val="28"/>
        </w:rPr>
        <w:t>общностна</w:t>
      </w:r>
      <w:proofErr w:type="spellEnd"/>
      <w:r>
        <w:rPr>
          <w:b/>
          <w:smallCaps/>
          <w:color w:val="FFFFFF"/>
          <w:sz w:val="28"/>
          <w:szCs w:val="28"/>
        </w:rPr>
        <w:t xml:space="preserve"> </w:t>
      </w:r>
      <w:proofErr w:type="spellStart"/>
      <w:proofErr w:type="gramStart"/>
      <w:r>
        <w:rPr>
          <w:b/>
          <w:smallCaps/>
          <w:color w:val="FFFFFF"/>
          <w:sz w:val="28"/>
          <w:szCs w:val="28"/>
        </w:rPr>
        <w:t>идентичност</w:t>
      </w:r>
      <w:proofErr w:type="spellEnd"/>
      <w:r>
        <w:rPr>
          <w:b/>
          <w:smallCaps/>
          <w:color w:val="FFFFFF"/>
          <w:sz w:val="28"/>
          <w:szCs w:val="28"/>
        </w:rPr>
        <w:t>“</w:t>
      </w:r>
      <w:proofErr w:type="gramEnd"/>
      <w:r>
        <w:rPr>
          <w:noProof/>
        </w:rPr>
        <w:drawing>
          <wp:anchor distT="0" distB="0" distL="0" distR="0" simplePos="0" relativeHeight="251657728" behindDoc="1" locked="0" layoutInCell="1" allowOverlap="1" wp14:anchorId="690AA826" wp14:editId="58E19F2E">
            <wp:simplePos x="0" y="0"/>
            <wp:positionH relativeFrom="page">
              <wp:posOffset>774700</wp:posOffset>
            </wp:positionH>
            <wp:positionV relativeFrom="paragraph">
              <wp:posOffset>27940</wp:posOffset>
            </wp:positionV>
            <wp:extent cx="6014720" cy="1161896"/>
            <wp:effectExtent l="0" t="0" r="0" b="0"/>
            <wp:wrapNone/>
            <wp:docPr id="703" name="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_g.jpg"/>
                    <pic:cNvPicPr/>
                  </pic:nvPicPr>
                  <pic:blipFill>
                    <a:blip r:embed="rId17"/>
                    <a:stretch>
                      <a:fillRect/>
                    </a:stretch>
                  </pic:blipFill>
                  <pic:spPr>
                    <a:xfrm>
                      <a:off x="0" y="0"/>
                      <a:ext cx="6014720" cy="580948"/>
                    </a:xfrm>
                    <a:prstGeom prst="rect">
                      <a:avLst/>
                    </a:prstGeom>
                  </pic:spPr>
                </pic:pic>
              </a:graphicData>
            </a:graphic>
          </wp:anchor>
        </w:drawing>
      </w:r>
    </w:p>
    <w:p w14:paraId="21E47D63" w14:textId="77777777" w:rsidR="008E5318" w:rsidRPr="0059233B" w:rsidRDefault="00000000">
      <w:pPr>
        <w:keepNext/>
        <w:pBdr>
          <w:bottom w:val="single" w:sz="18" w:space="4" w:color="A5281A"/>
        </w:pBdr>
        <w:spacing w:after="40"/>
        <w:jc w:val="center"/>
        <w:rPr>
          <w:smallCaps/>
          <w:sz w:val="28"/>
          <w:szCs w:val="28"/>
          <w:lang w:val="bg-BG"/>
        </w:rPr>
      </w:pPr>
      <w:r>
        <w:rPr>
          <w:b/>
          <w:smallCaps/>
          <w:color w:val="FFFFFF"/>
          <w:sz w:val="28"/>
          <w:szCs w:val="28"/>
        </w:rPr>
        <w:t xml:space="preserve">SECTION „Bessarabia and Banat: Migration and Community </w:t>
      </w:r>
      <w:proofErr w:type="gramStart"/>
      <w:r>
        <w:rPr>
          <w:b/>
          <w:smallCaps/>
          <w:color w:val="FFFFFF"/>
          <w:sz w:val="28"/>
          <w:szCs w:val="28"/>
        </w:rPr>
        <w:t>Identity“</w:t>
      </w:r>
      <w:proofErr w:type="gramEnd"/>
    </w:p>
    <w:p w14:paraId="55AAF403" w14:textId="58B659CF" w:rsidR="006128FF" w:rsidRPr="0059233B" w:rsidRDefault="006128FF">
      <w:pPr>
        <w:keepNext/>
        <w:spacing w:after="160"/>
        <w:jc w:val="center"/>
        <w:rPr>
          <w:i/>
          <w:smallCaps/>
          <w:color w:val="1A1A1A"/>
          <w:sz w:val="20"/>
          <w:lang w:val="bg-BG"/>
        </w:rPr>
      </w:pPr>
      <w:r>
        <w:rPr>
          <w:i/>
          <w:color w:val="1A1A1A"/>
          <w:sz w:val="20"/>
        </w:rPr>
        <w:t xml:space="preserve">11:45 – 12:45  </w:t>
      </w:r>
    </w:p>
    <w:p w14:paraId="1A600802" w14:textId="77777777" w:rsidR="008E5318" w:rsidRPr="0059233B" w:rsidRDefault="00000000">
      <w:pPr>
        <w:keepNext/>
        <w:pBdr>
          <w:left w:val="single" w:sz="24" w:space="6" w:color="2E7D5B"/>
        </w:pBdr>
        <w:shd w:val="clear" w:color="auto" w:fill="E3EFE7"/>
        <w:jc w:val="center"/>
        <w:rPr>
          <w:color w:val="1A1A1A"/>
        </w:rPr>
      </w:pPr>
      <w:proofErr w:type="spellStart"/>
      <w:r>
        <w:rPr>
          <w:color w:val="1A1A1A"/>
        </w:rPr>
        <w:t>Модератор</w:t>
      </w:r>
      <w:proofErr w:type="spellEnd"/>
      <w:r>
        <w:rPr>
          <w:color w:val="1A1A1A"/>
        </w:rPr>
        <w:t xml:space="preserve">: д-р </w:t>
      </w:r>
      <w:proofErr w:type="spellStart"/>
      <w:r>
        <w:rPr>
          <w:color w:val="1A1A1A"/>
        </w:rPr>
        <w:t>Светлана</w:t>
      </w:r>
      <w:proofErr w:type="spellEnd"/>
      <w:r>
        <w:rPr>
          <w:color w:val="1A1A1A"/>
        </w:rPr>
        <w:t xml:space="preserve"> </w:t>
      </w:r>
      <w:proofErr w:type="spellStart"/>
      <w:r>
        <w:rPr>
          <w:color w:val="1A1A1A"/>
        </w:rPr>
        <w:t>Караджова</w:t>
      </w:r>
      <w:proofErr w:type="spellEnd"/>
      <w:r>
        <w:rPr>
          <w:color w:val="1A1A1A"/>
        </w:rPr>
        <w:t xml:space="preserve"> / Moderator: Dr. Svetlana Karadzhova</w:t>
      </w:r>
    </w:p>
    <w:p w14:paraId="7120044C" w14:textId="004152BC" w:rsidR="002748B0" w:rsidRDefault="00143BD7" w:rsidP="00DC5E4C">
      <w:pPr>
        <w:pBdr>
          <w:bottom w:val="single" w:sz="4" w:space="3" w:color="C8D5CC"/>
        </w:pBdr>
        <w:tabs>
          <w:tab w:val="left" w:pos="1474"/>
        </w:tabs>
        <w:spacing w:after="220" w:line="259" w:lineRule="auto"/>
        <w:ind w:left="1474" w:hanging="1474"/>
        <w:jc w:val="both"/>
        <w:rPr>
          <w:color w:val="1A1A1A"/>
          <w:lang w:val="bg-BG"/>
        </w:rPr>
      </w:pPr>
      <w:r>
        <w:rPr>
          <w:b/>
          <w:color w:val="A5281A"/>
        </w:rPr>
        <w:t>11:45 – 12:00</w:t>
      </w:r>
      <w:r>
        <w:rPr>
          <w:b/>
          <w:color w:val="1A1A1A"/>
        </w:rPr>
        <w:tab/>
        <w:t>IANCU-CONSTANTIN BERCEANU</w:t>
      </w:r>
      <w:r>
        <w:rPr>
          <w:i/>
          <w:color w:val="555555"/>
        </w:rPr>
        <w:t xml:space="preserve"> (The Association for Banat Culture, </w:t>
      </w:r>
      <w:r w:rsidR="00C94FE4" w:rsidRPr="00C94FE4">
        <w:rPr>
          <w:i/>
          <w:color w:val="555555"/>
        </w:rPr>
        <w:t>Romania</w:t>
      </w:r>
      <w:r>
        <w:rPr>
          <w:i/>
          <w:color w:val="555555"/>
        </w:rPr>
        <w:t>)</w:t>
      </w:r>
      <w:r>
        <w:rPr>
          <w:color w:val="1A1A1A"/>
        </w:rPr>
        <w:t xml:space="preserve"> – </w:t>
      </w:r>
      <w:r w:rsidR="002748B0" w:rsidRPr="002748B0">
        <w:rPr>
          <w:color w:val="1A1A1A"/>
        </w:rPr>
        <w:t>Topophilia and Identity Preservation - Case Study of Catholic Bulgarians from Banat</w:t>
      </w:r>
      <w:r w:rsidR="002748B0">
        <w:rPr>
          <w:color w:val="1A1A1A"/>
          <w:lang w:val="bg-BG"/>
        </w:rPr>
        <w:t xml:space="preserve"> / </w:t>
      </w:r>
      <w:proofErr w:type="spellStart"/>
      <w:r>
        <w:rPr>
          <w:color w:val="1A1A1A"/>
        </w:rPr>
        <w:t>Топофилия</w:t>
      </w:r>
      <w:proofErr w:type="spellEnd"/>
      <w:r>
        <w:rPr>
          <w:color w:val="1A1A1A"/>
        </w:rPr>
        <w:t xml:space="preserve"> и </w:t>
      </w:r>
      <w:proofErr w:type="spellStart"/>
      <w:r>
        <w:rPr>
          <w:color w:val="1A1A1A"/>
        </w:rPr>
        <w:t>съхраняване</w:t>
      </w:r>
      <w:proofErr w:type="spellEnd"/>
      <w:r>
        <w:rPr>
          <w:color w:val="1A1A1A"/>
        </w:rPr>
        <w:t xml:space="preserve"> </w:t>
      </w:r>
      <w:proofErr w:type="spellStart"/>
      <w:r>
        <w:rPr>
          <w:color w:val="1A1A1A"/>
        </w:rPr>
        <w:t>на</w:t>
      </w:r>
      <w:proofErr w:type="spellEnd"/>
      <w:r>
        <w:rPr>
          <w:color w:val="1A1A1A"/>
        </w:rPr>
        <w:t xml:space="preserve"> </w:t>
      </w:r>
      <w:proofErr w:type="spellStart"/>
      <w:r>
        <w:rPr>
          <w:color w:val="1A1A1A"/>
        </w:rPr>
        <w:t>идентичността</w:t>
      </w:r>
      <w:proofErr w:type="spellEnd"/>
      <w:r>
        <w:rPr>
          <w:color w:val="1A1A1A"/>
        </w:rPr>
        <w:t xml:space="preserve"> – </w:t>
      </w:r>
      <w:proofErr w:type="spellStart"/>
      <w:r>
        <w:rPr>
          <w:color w:val="1A1A1A"/>
        </w:rPr>
        <w:t>казус</w:t>
      </w:r>
      <w:proofErr w:type="spellEnd"/>
      <w:r>
        <w:rPr>
          <w:color w:val="1A1A1A"/>
        </w:rPr>
        <w:t xml:space="preserve"> </w:t>
      </w:r>
      <w:proofErr w:type="spellStart"/>
      <w:r>
        <w:rPr>
          <w:color w:val="1A1A1A"/>
        </w:rPr>
        <w:t>на</w:t>
      </w:r>
      <w:proofErr w:type="spellEnd"/>
      <w:r>
        <w:rPr>
          <w:color w:val="1A1A1A"/>
        </w:rPr>
        <w:t xml:space="preserve"> </w:t>
      </w:r>
      <w:proofErr w:type="spellStart"/>
      <w:r>
        <w:rPr>
          <w:color w:val="1A1A1A"/>
        </w:rPr>
        <w:t>българите</w:t>
      </w:r>
      <w:proofErr w:type="spellEnd"/>
      <w:r>
        <w:rPr>
          <w:color w:val="1A1A1A"/>
        </w:rPr>
        <w:t xml:space="preserve"> </w:t>
      </w:r>
      <w:proofErr w:type="spellStart"/>
      <w:r>
        <w:rPr>
          <w:color w:val="1A1A1A"/>
        </w:rPr>
        <w:t>католици</w:t>
      </w:r>
      <w:proofErr w:type="spellEnd"/>
      <w:r>
        <w:rPr>
          <w:color w:val="1A1A1A"/>
        </w:rPr>
        <w:t xml:space="preserve"> </w:t>
      </w:r>
      <w:proofErr w:type="spellStart"/>
      <w:r>
        <w:rPr>
          <w:color w:val="1A1A1A"/>
        </w:rPr>
        <w:t>от</w:t>
      </w:r>
      <w:proofErr w:type="spellEnd"/>
      <w:r>
        <w:rPr>
          <w:color w:val="1A1A1A"/>
        </w:rPr>
        <w:t xml:space="preserve"> </w:t>
      </w:r>
      <w:proofErr w:type="spellStart"/>
      <w:r>
        <w:rPr>
          <w:color w:val="1A1A1A"/>
        </w:rPr>
        <w:t>Банат</w:t>
      </w:r>
      <w:proofErr w:type="spellEnd"/>
      <w:r>
        <w:rPr>
          <w:color w:val="1A1A1A"/>
        </w:rPr>
        <w:t xml:space="preserve"> </w:t>
      </w:r>
    </w:p>
    <w:p w14:paraId="6E92B5C0" w14:textId="77777777" w:rsidR="00310370" w:rsidRPr="000A4304" w:rsidRDefault="00143BD7" w:rsidP="00310370">
      <w:pPr>
        <w:pBdr>
          <w:bottom w:val="single" w:sz="4" w:space="3" w:color="C8D5CC"/>
        </w:pBdr>
        <w:tabs>
          <w:tab w:val="left" w:pos="1474"/>
        </w:tabs>
        <w:spacing w:after="220" w:line="259" w:lineRule="auto"/>
        <w:ind w:left="1474" w:hanging="1474"/>
        <w:jc w:val="both"/>
        <w:rPr>
          <w:color w:val="1A1A1A"/>
          <w:lang w:val="bg-BG"/>
        </w:rPr>
      </w:pPr>
      <w:r>
        <w:rPr>
          <w:b/>
          <w:color w:val="A5281A"/>
        </w:rPr>
        <w:t>12:00 – 12:15</w:t>
      </w:r>
      <w:r>
        <w:rPr>
          <w:b/>
          <w:color w:val="1A1A1A"/>
        </w:rPr>
        <w:tab/>
      </w:r>
      <w:bookmarkStart w:id="0" w:name="_Hlk242004303"/>
      <w:r w:rsidR="00310370" w:rsidRPr="000A4304">
        <w:rPr>
          <w:b/>
          <w:color w:val="1A1A1A"/>
        </w:rPr>
        <w:t>ЙОВКА ТИШЕВА, МАРИНА ДЖОНОВА</w:t>
      </w:r>
      <w:r w:rsidR="00310370" w:rsidRPr="000A4304">
        <w:rPr>
          <w:i/>
          <w:color w:val="1A1A1A"/>
        </w:rPr>
        <w:t xml:space="preserve"> (</w:t>
      </w:r>
      <w:r w:rsidR="00310370" w:rsidRPr="0059233B">
        <w:rPr>
          <w:i/>
          <w:color w:val="555555"/>
        </w:rPr>
        <w:t>С</w:t>
      </w:r>
      <w:proofErr w:type="spellStart"/>
      <w:r w:rsidR="00310370">
        <w:rPr>
          <w:i/>
          <w:color w:val="555555"/>
          <w:lang w:val="bg-BG"/>
        </w:rPr>
        <w:t>офийски</w:t>
      </w:r>
      <w:proofErr w:type="spellEnd"/>
      <w:r w:rsidR="00310370">
        <w:rPr>
          <w:i/>
          <w:color w:val="555555"/>
          <w:lang w:val="bg-BG"/>
        </w:rPr>
        <w:t xml:space="preserve"> университет</w:t>
      </w:r>
      <w:r w:rsidR="00310370" w:rsidRPr="0059233B">
        <w:rPr>
          <w:i/>
          <w:color w:val="555555"/>
        </w:rPr>
        <w:t xml:space="preserve"> „</w:t>
      </w:r>
      <w:proofErr w:type="spellStart"/>
      <w:r w:rsidR="00310370" w:rsidRPr="0059233B">
        <w:rPr>
          <w:i/>
          <w:color w:val="555555"/>
        </w:rPr>
        <w:t>Св</w:t>
      </w:r>
      <w:proofErr w:type="spellEnd"/>
      <w:r w:rsidR="00310370" w:rsidRPr="0059233B">
        <w:rPr>
          <w:i/>
          <w:color w:val="555555"/>
        </w:rPr>
        <w:t xml:space="preserve">. </w:t>
      </w:r>
      <w:proofErr w:type="spellStart"/>
      <w:r w:rsidR="00310370" w:rsidRPr="0059233B">
        <w:rPr>
          <w:i/>
          <w:color w:val="555555"/>
        </w:rPr>
        <w:t>Климент</w:t>
      </w:r>
      <w:proofErr w:type="spellEnd"/>
      <w:r w:rsidR="00310370" w:rsidRPr="0059233B">
        <w:rPr>
          <w:i/>
          <w:color w:val="555555"/>
        </w:rPr>
        <w:t xml:space="preserve"> </w:t>
      </w:r>
      <w:proofErr w:type="gramStart"/>
      <w:r w:rsidR="00310370" w:rsidRPr="0059233B">
        <w:rPr>
          <w:i/>
          <w:color w:val="555555"/>
        </w:rPr>
        <w:t>Охридски“</w:t>
      </w:r>
      <w:proofErr w:type="gramEnd"/>
      <w:r w:rsidR="00310370" w:rsidRPr="0059233B">
        <w:rPr>
          <w:i/>
          <w:color w:val="555555"/>
        </w:rPr>
        <w:t>)</w:t>
      </w:r>
      <w:r w:rsidR="00310370" w:rsidRPr="0059233B">
        <w:rPr>
          <w:color w:val="1A1A1A"/>
        </w:rPr>
        <w:t xml:space="preserve"> </w:t>
      </w:r>
      <w:r w:rsidR="00310370" w:rsidRPr="000A4304">
        <w:rPr>
          <w:color w:val="1A1A1A"/>
        </w:rPr>
        <w:t xml:space="preserve">– </w:t>
      </w:r>
      <w:proofErr w:type="spellStart"/>
      <w:r w:rsidR="00310370" w:rsidRPr="000A4304">
        <w:rPr>
          <w:color w:val="1A1A1A"/>
        </w:rPr>
        <w:t>Българският</w:t>
      </w:r>
      <w:proofErr w:type="spellEnd"/>
      <w:r w:rsidR="00310370" w:rsidRPr="000A4304">
        <w:rPr>
          <w:color w:val="1A1A1A"/>
        </w:rPr>
        <w:t xml:space="preserve"> </w:t>
      </w:r>
      <w:proofErr w:type="spellStart"/>
      <w:r w:rsidR="00310370" w:rsidRPr="000A4304">
        <w:rPr>
          <w:color w:val="1A1A1A"/>
        </w:rPr>
        <w:t>езиков</w:t>
      </w:r>
      <w:proofErr w:type="spellEnd"/>
      <w:r w:rsidR="00310370" w:rsidRPr="000A4304">
        <w:rPr>
          <w:color w:val="1A1A1A"/>
        </w:rPr>
        <w:t xml:space="preserve"> </w:t>
      </w:r>
      <w:proofErr w:type="spellStart"/>
      <w:r w:rsidR="00310370" w:rsidRPr="000A4304">
        <w:rPr>
          <w:color w:val="1A1A1A"/>
        </w:rPr>
        <w:t>остров</w:t>
      </w:r>
      <w:proofErr w:type="spellEnd"/>
      <w:r w:rsidR="00310370" w:rsidRPr="000A4304">
        <w:rPr>
          <w:color w:val="1A1A1A"/>
        </w:rPr>
        <w:t xml:space="preserve"> в </w:t>
      </w:r>
      <w:proofErr w:type="spellStart"/>
      <w:r w:rsidR="00310370" w:rsidRPr="000A4304">
        <w:rPr>
          <w:color w:val="1A1A1A"/>
        </w:rPr>
        <w:t>Сръбски</w:t>
      </w:r>
      <w:proofErr w:type="spellEnd"/>
      <w:r w:rsidR="00310370" w:rsidRPr="000A4304">
        <w:rPr>
          <w:color w:val="1A1A1A"/>
        </w:rPr>
        <w:t xml:space="preserve"> </w:t>
      </w:r>
      <w:proofErr w:type="spellStart"/>
      <w:r w:rsidR="00310370" w:rsidRPr="000A4304">
        <w:rPr>
          <w:color w:val="1A1A1A"/>
        </w:rPr>
        <w:t>Банат</w:t>
      </w:r>
      <w:proofErr w:type="spellEnd"/>
      <w:r w:rsidR="00310370" w:rsidRPr="000A4304">
        <w:rPr>
          <w:color w:val="1A1A1A"/>
        </w:rPr>
        <w:t xml:space="preserve"> – </w:t>
      </w:r>
      <w:proofErr w:type="spellStart"/>
      <w:r w:rsidR="00310370" w:rsidRPr="000A4304">
        <w:rPr>
          <w:color w:val="1A1A1A"/>
        </w:rPr>
        <w:t>устойчивост</w:t>
      </w:r>
      <w:proofErr w:type="spellEnd"/>
      <w:r w:rsidR="00310370" w:rsidRPr="000A4304">
        <w:rPr>
          <w:color w:val="1A1A1A"/>
        </w:rPr>
        <w:t xml:space="preserve"> и </w:t>
      </w:r>
      <w:proofErr w:type="spellStart"/>
      <w:r w:rsidR="00310370" w:rsidRPr="000A4304">
        <w:rPr>
          <w:color w:val="1A1A1A"/>
        </w:rPr>
        <w:t>езикови</w:t>
      </w:r>
      <w:proofErr w:type="spellEnd"/>
      <w:r w:rsidR="00310370" w:rsidRPr="000A4304">
        <w:rPr>
          <w:color w:val="1A1A1A"/>
        </w:rPr>
        <w:t xml:space="preserve"> </w:t>
      </w:r>
      <w:proofErr w:type="spellStart"/>
      <w:r w:rsidR="00310370" w:rsidRPr="000A4304">
        <w:rPr>
          <w:color w:val="1A1A1A"/>
        </w:rPr>
        <w:t>иновации</w:t>
      </w:r>
      <w:proofErr w:type="spellEnd"/>
      <w:r w:rsidR="00310370" w:rsidRPr="000A4304">
        <w:rPr>
          <w:color w:val="1A1A1A"/>
        </w:rPr>
        <w:t xml:space="preserve"> / Bulgarian Language Island in Serbian Banat – Sustainability and Linguistic Innovations</w:t>
      </w:r>
    </w:p>
    <w:bookmarkEnd w:id="0"/>
    <w:p w14:paraId="02415EC8" w14:textId="77777777" w:rsidR="0044752F" w:rsidRPr="00C67AB4" w:rsidRDefault="00143BD7" w:rsidP="0044752F">
      <w:pPr>
        <w:pBdr>
          <w:bottom w:val="single" w:sz="4" w:space="3" w:color="C8D5CC"/>
        </w:pBdr>
        <w:tabs>
          <w:tab w:val="left" w:pos="1474"/>
        </w:tabs>
        <w:spacing w:after="220" w:line="259" w:lineRule="auto"/>
        <w:ind w:left="1474" w:hanging="1474"/>
        <w:jc w:val="both"/>
        <w:rPr>
          <w:lang w:val="bg-BG"/>
        </w:rPr>
      </w:pPr>
      <w:r>
        <w:rPr>
          <w:b/>
          <w:color w:val="A5281A"/>
        </w:rPr>
        <w:t>12:15 – 12:30</w:t>
      </w:r>
      <w:r>
        <w:rPr>
          <w:b/>
          <w:color w:val="1A1A1A"/>
        </w:rPr>
        <w:tab/>
      </w:r>
      <w:r w:rsidR="0044752F">
        <w:rPr>
          <w:b/>
          <w:color w:val="1A1A1A"/>
        </w:rPr>
        <w:t>АЛЛА РОМАНЧЕНКО, ДАРИНА СТОЯНОВА</w:t>
      </w:r>
      <w:r w:rsidR="0044752F">
        <w:rPr>
          <w:i/>
          <w:color w:val="555555"/>
        </w:rPr>
        <w:t xml:space="preserve"> (</w:t>
      </w:r>
      <w:proofErr w:type="spellStart"/>
      <w:r w:rsidR="0044752F">
        <w:rPr>
          <w:i/>
          <w:color w:val="555555"/>
        </w:rPr>
        <w:t>Одески</w:t>
      </w:r>
      <w:proofErr w:type="spellEnd"/>
      <w:r w:rsidR="0044752F">
        <w:rPr>
          <w:i/>
          <w:color w:val="555555"/>
        </w:rPr>
        <w:t xml:space="preserve"> </w:t>
      </w:r>
      <w:proofErr w:type="spellStart"/>
      <w:r w:rsidR="0044752F">
        <w:rPr>
          <w:i/>
          <w:color w:val="555555"/>
        </w:rPr>
        <w:t>нац</w:t>
      </w:r>
      <w:r w:rsidR="00C67AB4">
        <w:rPr>
          <w:i/>
          <w:color w:val="555555"/>
          <w:lang w:val="bg-BG"/>
        </w:rPr>
        <w:t>ионален</w:t>
      </w:r>
      <w:proofErr w:type="spellEnd"/>
      <w:r w:rsidR="00C67AB4">
        <w:rPr>
          <w:i/>
          <w:color w:val="555555"/>
          <w:lang w:val="bg-BG"/>
        </w:rPr>
        <w:t xml:space="preserve"> </w:t>
      </w:r>
      <w:proofErr w:type="spellStart"/>
      <w:r w:rsidR="0044752F">
        <w:rPr>
          <w:i/>
          <w:color w:val="555555"/>
        </w:rPr>
        <w:t>унив</w:t>
      </w:r>
      <w:r w:rsidR="00C67AB4">
        <w:rPr>
          <w:i/>
          <w:color w:val="555555"/>
          <w:lang w:val="bg-BG"/>
        </w:rPr>
        <w:t>ерситет</w:t>
      </w:r>
      <w:proofErr w:type="spellEnd"/>
      <w:r w:rsidR="0044752F">
        <w:rPr>
          <w:i/>
          <w:color w:val="555555"/>
        </w:rPr>
        <w:t xml:space="preserve"> „И. И. </w:t>
      </w:r>
      <w:proofErr w:type="spellStart"/>
      <w:proofErr w:type="gramStart"/>
      <w:r w:rsidR="0044752F">
        <w:rPr>
          <w:i/>
          <w:color w:val="555555"/>
        </w:rPr>
        <w:t>Мечников</w:t>
      </w:r>
      <w:proofErr w:type="spellEnd"/>
      <w:r w:rsidR="0044752F">
        <w:rPr>
          <w:i/>
          <w:color w:val="555555"/>
        </w:rPr>
        <w:t>“</w:t>
      </w:r>
      <w:proofErr w:type="gramEnd"/>
      <w:r w:rsidR="0044752F">
        <w:rPr>
          <w:i/>
          <w:color w:val="555555"/>
        </w:rPr>
        <w:t xml:space="preserve">, </w:t>
      </w:r>
      <w:proofErr w:type="spellStart"/>
      <w:r w:rsidR="0044752F">
        <w:rPr>
          <w:i/>
          <w:color w:val="555555"/>
        </w:rPr>
        <w:t>Украйна</w:t>
      </w:r>
      <w:proofErr w:type="spellEnd"/>
      <w:r w:rsidR="0044752F">
        <w:rPr>
          <w:i/>
          <w:color w:val="555555"/>
        </w:rPr>
        <w:t>)</w:t>
      </w:r>
      <w:r w:rsidR="0044752F">
        <w:rPr>
          <w:color w:val="1A1A1A"/>
        </w:rPr>
        <w:t xml:space="preserve"> – </w:t>
      </w:r>
      <w:proofErr w:type="spellStart"/>
      <w:r w:rsidR="0044752F">
        <w:rPr>
          <w:color w:val="1A1A1A"/>
        </w:rPr>
        <w:t>Мова</w:t>
      </w:r>
      <w:proofErr w:type="spellEnd"/>
      <w:r w:rsidR="0044752F">
        <w:rPr>
          <w:color w:val="1A1A1A"/>
        </w:rPr>
        <w:t xml:space="preserve"> </w:t>
      </w:r>
      <w:proofErr w:type="spellStart"/>
      <w:r w:rsidR="0044752F">
        <w:rPr>
          <w:color w:val="1A1A1A"/>
        </w:rPr>
        <w:t>як</w:t>
      </w:r>
      <w:proofErr w:type="spellEnd"/>
      <w:r w:rsidR="0044752F">
        <w:rPr>
          <w:color w:val="1A1A1A"/>
        </w:rPr>
        <w:t xml:space="preserve"> </w:t>
      </w:r>
      <w:proofErr w:type="spellStart"/>
      <w:r w:rsidR="0044752F">
        <w:rPr>
          <w:color w:val="1A1A1A"/>
        </w:rPr>
        <w:t>маркер</w:t>
      </w:r>
      <w:proofErr w:type="spellEnd"/>
      <w:r w:rsidR="0044752F">
        <w:rPr>
          <w:color w:val="1A1A1A"/>
        </w:rPr>
        <w:t xml:space="preserve"> </w:t>
      </w:r>
      <w:proofErr w:type="spellStart"/>
      <w:r w:rsidR="0044752F">
        <w:rPr>
          <w:color w:val="1A1A1A"/>
        </w:rPr>
        <w:t>етнічної</w:t>
      </w:r>
      <w:proofErr w:type="spellEnd"/>
      <w:r w:rsidR="0044752F">
        <w:rPr>
          <w:color w:val="1A1A1A"/>
        </w:rPr>
        <w:t xml:space="preserve"> </w:t>
      </w:r>
      <w:proofErr w:type="spellStart"/>
      <w:r w:rsidR="0044752F">
        <w:rPr>
          <w:color w:val="1A1A1A"/>
        </w:rPr>
        <w:t>ідентичності</w:t>
      </w:r>
      <w:proofErr w:type="spellEnd"/>
      <w:r w:rsidR="0044752F">
        <w:rPr>
          <w:color w:val="1A1A1A"/>
        </w:rPr>
        <w:t xml:space="preserve">: </w:t>
      </w:r>
      <w:proofErr w:type="spellStart"/>
      <w:r w:rsidR="0044752F">
        <w:rPr>
          <w:color w:val="1A1A1A"/>
        </w:rPr>
        <w:t>лінгводидактичні</w:t>
      </w:r>
      <w:proofErr w:type="spellEnd"/>
      <w:r w:rsidR="0044752F">
        <w:rPr>
          <w:color w:val="1A1A1A"/>
        </w:rPr>
        <w:t xml:space="preserve"> </w:t>
      </w:r>
      <w:proofErr w:type="spellStart"/>
      <w:r w:rsidR="0044752F">
        <w:rPr>
          <w:color w:val="1A1A1A"/>
        </w:rPr>
        <w:t>механізми</w:t>
      </w:r>
      <w:proofErr w:type="spellEnd"/>
      <w:r w:rsidR="0044752F">
        <w:rPr>
          <w:color w:val="1A1A1A"/>
        </w:rPr>
        <w:t xml:space="preserve"> </w:t>
      </w:r>
      <w:proofErr w:type="spellStart"/>
      <w:r w:rsidR="0044752F">
        <w:rPr>
          <w:color w:val="1A1A1A"/>
        </w:rPr>
        <w:t>збереження</w:t>
      </w:r>
      <w:proofErr w:type="spellEnd"/>
      <w:r w:rsidR="0044752F">
        <w:rPr>
          <w:color w:val="1A1A1A"/>
        </w:rPr>
        <w:t xml:space="preserve"> </w:t>
      </w:r>
      <w:proofErr w:type="spellStart"/>
      <w:r w:rsidR="0044752F">
        <w:rPr>
          <w:color w:val="1A1A1A"/>
        </w:rPr>
        <w:t>спадкоємності</w:t>
      </w:r>
      <w:proofErr w:type="spellEnd"/>
      <w:r w:rsidR="0044752F">
        <w:rPr>
          <w:color w:val="1A1A1A"/>
        </w:rPr>
        <w:t xml:space="preserve"> в </w:t>
      </w:r>
      <w:proofErr w:type="spellStart"/>
      <w:r w:rsidR="0044752F">
        <w:rPr>
          <w:color w:val="1A1A1A"/>
        </w:rPr>
        <w:t>умовах</w:t>
      </w:r>
      <w:proofErr w:type="spellEnd"/>
      <w:r w:rsidR="0044752F">
        <w:rPr>
          <w:color w:val="1A1A1A"/>
        </w:rPr>
        <w:t xml:space="preserve"> </w:t>
      </w:r>
      <w:proofErr w:type="spellStart"/>
      <w:r w:rsidR="0044752F">
        <w:rPr>
          <w:color w:val="1A1A1A"/>
        </w:rPr>
        <w:t>діаспори</w:t>
      </w:r>
      <w:proofErr w:type="spellEnd"/>
      <w:r w:rsidR="00C67AB4">
        <w:rPr>
          <w:color w:val="1A1A1A"/>
          <w:lang w:val="bg-BG"/>
        </w:rPr>
        <w:t xml:space="preserve"> / </w:t>
      </w:r>
      <w:proofErr w:type="spellStart"/>
      <w:r w:rsidR="00C67AB4" w:rsidRPr="00C67AB4">
        <w:rPr>
          <w:color w:val="1A1A1A"/>
          <w:lang w:val="bg-BG"/>
        </w:rPr>
        <w:t>Language</w:t>
      </w:r>
      <w:proofErr w:type="spellEnd"/>
      <w:r w:rsidR="00C67AB4" w:rsidRPr="00C67AB4">
        <w:rPr>
          <w:color w:val="1A1A1A"/>
          <w:lang w:val="bg-BG"/>
        </w:rPr>
        <w:t xml:space="preserve"> </w:t>
      </w:r>
      <w:proofErr w:type="spellStart"/>
      <w:r w:rsidR="00C67AB4" w:rsidRPr="00C67AB4">
        <w:rPr>
          <w:color w:val="1A1A1A"/>
          <w:lang w:val="bg-BG"/>
        </w:rPr>
        <w:t>as</w:t>
      </w:r>
      <w:proofErr w:type="spellEnd"/>
      <w:r w:rsidR="00C67AB4" w:rsidRPr="00C67AB4">
        <w:rPr>
          <w:color w:val="1A1A1A"/>
          <w:lang w:val="bg-BG"/>
        </w:rPr>
        <w:t xml:space="preserve"> a </w:t>
      </w:r>
      <w:proofErr w:type="spellStart"/>
      <w:r w:rsidR="00C67AB4" w:rsidRPr="00C67AB4">
        <w:rPr>
          <w:color w:val="1A1A1A"/>
          <w:lang w:val="bg-BG"/>
        </w:rPr>
        <w:t>Marker</w:t>
      </w:r>
      <w:proofErr w:type="spellEnd"/>
      <w:r w:rsidR="00C67AB4" w:rsidRPr="00C67AB4">
        <w:rPr>
          <w:color w:val="1A1A1A"/>
          <w:lang w:val="bg-BG"/>
        </w:rPr>
        <w:t xml:space="preserve"> </w:t>
      </w:r>
      <w:proofErr w:type="spellStart"/>
      <w:r w:rsidR="00C67AB4" w:rsidRPr="00C67AB4">
        <w:rPr>
          <w:color w:val="1A1A1A"/>
          <w:lang w:val="bg-BG"/>
        </w:rPr>
        <w:t>of</w:t>
      </w:r>
      <w:proofErr w:type="spellEnd"/>
      <w:r w:rsidR="00C67AB4" w:rsidRPr="00C67AB4">
        <w:rPr>
          <w:color w:val="1A1A1A"/>
          <w:lang w:val="bg-BG"/>
        </w:rPr>
        <w:t xml:space="preserve"> </w:t>
      </w:r>
      <w:proofErr w:type="spellStart"/>
      <w:r w:rsidR="00C67AB4" w:rsidRPr="00C67AB4">
        <w:rPr>
          <w:color w:val="1A1A1A"/>
          <w:lang w:val="bg-BG"/>
        </w:rPr>
        <w:t>Ethnic</w:t>
      </w:r>
      <w:proofErr w:type="spellEnd"/>
      <w:r w:rsidR="00C67AB4" w:rsidRPr="00C67AB4">
        <w:rPr>
          <w:color w:val="1A1A1A"/>
          <w:lang w:val="bg-BG"/>
        </w:rPr>
        <w:t xml:space="preserve"> </w:t>
      </w:r>
      <w:proofErr w:type="spellStart"/>
      <w:r w:rsidR="00C67AB4" w:rsidRPr="00C67AB4">
        <w:rPr>
          <w:color w:val="1A1A1A"/>
          <w:lang w:val="bg-BG"/>
        </w:rPr>
        <w:t>Identity</w:t>
      </w:r>
      <w:proofErr w:type="spellEnd"/>
      <w:r w:rsidR="00C67AB4" w:rsidRPr="00C67AB4">
        <w:rPr>
          <w:color w:val="1A1A1A"/>
          <w:lang w:val="bg-BG"/>
        </w:rPr>
        <w:t xml:space="preserve">: </w:t>
      </w:r>
      <w:proofErr w:type="spellStart"/>
      <w:r w:rsidR="00C67AB4" w:rsidRPr="00C67AB4">
        <w:rPr>
          <w:color w:val="1A1A1A"/>
          <w:lang w:val="bg-BG"/>
        </w:rPr>
        <w:t>Linguodidactic</w:t>
      </w:r>
      <w:proofErr w:type="spellEnd"/>
      <w:r w:rsidR="00C67AB4" w:rsidRPr="00C67AB4">
        <w:rPr>
          <w:color w:val="1A1A1A"/>
          <w:lang w:val="bg-BG"/>
        </w:rPr>
        <w:t xml:space="preserve"> </w:t>
      </w:r>
      <w:proofErr w:type="spellStart"/>
      <w:r w:rsidR="00C67AB4" w:rsidRPr="00C67AB4">
        <w:rPr>
          <w:color w:val="1A1A1A"/>
          <w:lang w:val="bg-BG"/>
        </w:rPr>
        <w:t>Mechanisms</w:t>
      </w:r>
      <w:proofErr w:type="spellEnd"/>
      <w:r w:rsidR="00C67AB4" w:rsidRPr="00C67AB4">
        <w:rPr>
          <w:color w:val="1A1A1A"/>
          <w:lang w:val="bg-BG"/>
        </w:rPr>
        <w:t xml:space="preserve"> </w:t>
      </w:r>
      <w:proofErr w:type="spellStart"/>
      <w:r w:rsidR="00C67AB4" w:rsidRPr="00C67AB4">
        <w:rPr>
          <w:color w:val="1A1A1A"/>
          <w:lang w:val="bg-BG"/>
        </w:rPr>
        <w:t>for</w:t>
      </w:r>
      <w:proofErr w:type="spellEnd"/>
      <w:r w:rsidR="00C67AB4" w:rsidRPr="00C67AB4">
        <w:rPr>
          <w:color w:val="1A1A1A"/>
          <w:lang w:val="bg-BG"/>
        </w:rPr>
        <w:t xml:space="preserve"> </w:t>
      </w:r>
      <w:proofErr w:type="spellStart"/>
      <w:r w:rsidR="00C67AB4" w:rsidRPr="00C67AB4">
        <w:rPr>
          <w:color w:val="1A1A1A"/>
          <w:lang w:val="bg-BG"/>
        </w:rPr>
        <w:t>Preserving</w:t>
      </w:r>
      <w:proofErr w:type="spellEnd"/>
      <w:r w:rsidR="00C67AB4" w:rsidRPr="00C67AB4">
        <w:rPr>
          <w:color w:val="1A1A1A"/>
          <w:lang w:val="bg-BG"/>
        </w:rPr>
        <w:t xml:space="preserve"> </w:t>
      </w:r>
      <w:proofErr w:type="spellStart"/>
      <w:r w:rsidR="00C67AB4" w:rsidRPr="00C67AB4">
        <w:rPr>
          <w:color w:val="1A1A1A"/>
          <w:lang w:val="bg-BG"/>
        </w:rPr>
        <w:t>Continuity</w:t>
      </w:r>
      <w:proofErr w:type="spellEnd"/>
      <w:r w:rsidR="00C67AB4" w:rsidRPr="00C67AB4">
        <w:rPr>
          <w:color w:val="1A1A1A"/>
          <w:lang w:val="bg-BG"/>
        </w:rPr>
        <w:t xml:space="preserve"> </w:t>
      </w:r>
      <w:proofErr w:type="spellStart"/>
      <w:r w:rsidR="00C67AB4" w:rsidRPr="00C67AB4">
        <w:rPr>
          <w:color w:val="1A1A1A"/>
          <w:lang w:val="bg-BG"/>
        </w:rPr>
        <w:t>in</w:t>
      </w:r>
      <w:proofErr w:type="spellEnd"/>
      <w:r w:rsidR="00C67AB4" w:rsidRPr="00C67AB4">
        <w:rPr>
          <w:color w:val="1A1A1A"/>
          <w:lang w:val="bg-BG"/>
        </w:rPr>
        <w:t xml:space="preserve"> </w:t>
      </w:r>
      <w:proofErr w:type="spellStart"/>
      <w:r w:rsidR="00C67AB4" w:rsidRPr="00C67AB4">
        <w:rPr>
          <w:color w:val="1A1A1A"/>
          <w:lang w:val="bg-BG"/>
        </w:rPr>
        <w:t>the</w:t>
      </w:r>
      <w:proofErr w:type="spellEnd"/>
      <w:r w:rsidR="00C67AB4" w:rsidRPr="00C67AB4">
        <w:rPr>
          <w:color w:val="1A1A1A"/>
          <w:lang w:val="bg-BG"/>
        </w:rPr>
        <w:t xml:space="preserve"> </w:t>
      </w:r>
      <w:proofErr w:type="spellStart"/>
      <w:r w:rsidR="00C67AB4" w:rsidRPr="00C67AB4">
        <w:rPr>
          <w:color w:val="1A1A1A"/>
          <w:lang w:val="bg-BG"/>
        </w:rPr>
        <w:t>Conditions</w:t>
      </w:r>
      <w:proofErr w:type="spellEnd"/>
      <w:r w:rsidR="00C67AB4" w:rsidRPr="00C67AB4">
        <w:rPr>
          <w:color w:val="1A1A1A"/>
          <w:lang w:val="bg-BG"/>
        </w:rPr>
        <w:t xml:space="preserve"> </w:t>
      </w:r>
      <w:proofErr w:type="spellStart"/>
      <w:r w:rsidR="00C67AB4" w:rsidRPr="00C67AB4">
        <w:rPr>
          <w:color w:val="1A1A1A"/>
          <w:lang w:val="bg-BG"/>
        </w:rPr>
        <w:t>of</w:t>
      </w:r>
      <w:proofErr w:type="spellEnd"/>
      <w:r w:rsidR="00C67AB4" w:rsidRPr="00C67AB4">
        <w:rPr>
          <w:color w:val="1A1A1A"/>
          <w:lang w:val="bg-BG"/>
        </w:rPr>
        <w:t xml:space="preserve"> </w:t>
      </w:r>
      <w:proofErr w:type="spellStart"/>
      <w:r w:rsidR="00C67AB4" w:rsidRPr="00C67AB4">
        <w:rPr>
          <w:color w:val="1A1A1A"/>
          <w:lang w:val="bg-BG"/>
        </w:rPr>
        <w:t>Diaspora</w:t>
      </w:r>
      <w:proofErr w:type="spellEnd"/>
    </w:p>
    <w:p w14:paraId="20DDC09A" w14:textId="77777777" w:rsidR="00143BD7" w:rsidRPr="0059233B" w:rsidRDefault="00143BD7" w:rsidP="00DC5E4C">
      <w:pPr>
        <w:pBdr>
          <w:bottom w:val="single" w:sz="4" w:space="3" w:color="C8D5CC"/>
        </w:pBdr>
        <w:tabs>
          <w:tab w:val="left" w:pos="1474"/>
        </w:tabs>
        <w:spacing w:after="220" w:line="259" w:lineRule="auto"/>
        <w:ind w:left="1474" w:hanging="1474"/>
        <w:jc w:val="both"/>
        <w:rPr>
          <w:lang w:val="bg-BG"/>
        </w:rPr>
      </w:pPr>
      <w:r>
        <w:rPr>
          <w:b/>
          <w:color w:val="A5281A"/>
        </w:rPr>
        <w:t>12:30 – 12:45</w:t>
      </w:r>
      <w:r>
        <w:rPr>
          <w:b/>
          <w:color w:val="1A1A1A"/>
        </w:rPr>
        <w:tab/>
        <w:t>BONO CUCALAN</w:t>
      </w:r>
      <w:r>
        <w:rPr>
          <w:i/>
          <w:color w:val="555555"/>
        </w:rPr>
        <w:t xml:space="preserve"> (</w:t>
      </w:r>
      <w:r w:rsidR="00C67AB4" w:rsidRPr="00C67AB4">
        <w:rPr>
          <w:i/>
          <w:color w:val="555555"/>
        </w:rPr>
        <w:t xml:space="preserve">Primaria </w:t>
      </w:r>
      <w:proofErr w:type="spellStart"/>
      <w:r w:rsidR="00C67AB4" w:rsidRPr="00C67AB4">
        <w:rPr>
          <w:i/>
          <w:color w:val="555555"/>
        </w:rPr>
        <w:t>Dudestii</w:t>
      </w:r>
      <w:proofErr w:type="spellEnd"/>
      <w:r w:rsidR="00C67AB4" w:rsidRPr="00C67AB4">
        <w:rPr>
          <w:i/>
          <w:color w:val="555555"/>
        </w:rPr>
        <w:t xml:space="preserve"> </w:t>
      </w:r>
      <w:proofErr w:type="spellStart"/>
      <w:r w:rsidR="00C67AB4" w:rsidRPr="00C67AB4">
        <w:rPr>
          <w:i/>
          <w:color w:val="555555"/>
        </w:rPr>
        <w:t>Vechi</w:t>
      </w:r>
      <w:proofErr w:type="spellEnd"/>
      <w:r w:rsidR="00C67AB4">
        <w:rPr>
          <w:i/>
          <w:color w:val="555555"/>
          <w:lang w:val="bg-BG"/>
        </w:rPr>
        <w:t xml:space="preserve"> / </w:t>
      </w:r>
      <w:proofErr w:type="spellStart"/>
      <w:r>
        <w:rPr>
          <w:i/>
          <w:color w:val="555555"/>
        </w:rPr>
        <w:t>кмет</w:t>
      </w:r>
      <w:proofErr w:type="spellEnd"/>
      <w:r>
        <w:rPr>
          <w:i/>
          <w:color w:val="555555"/>
        </w:rPr>
        <w:t xml:space="preserve"> </w:t>
      </w:r>
      <w:proofErr w:type="spellStart"/>
      <w:r>
        <w:rPr>
          <w:i/>
          <w:color w:val="555555"/>
        </w:rPr>
        <w:t>на</w:t>
      </w:r>
      <w:proofErr w:type="spellEnd"/>
      <w:r>
        <w:rPr>
          <w:i/>
          <w:color w:val="555555"/>
        </w:rPr>
        <w:t xml:space="preserve"> </w:t>
      </w:r>
      <w:proofErr w:type="spellStart"/>
      <w:r>
        <w:rPr>
          <w:i/>
          <w:color w:val="555555"/>
        </w:rPr>
        <w:t>община</w:t>
      </w:r>
      <w:proofErr w:type="spellEnd"/>
      <w:r>
        <w:rPr>
          <w:i/>
          <w:color w:val="555555"/>
        </w:rPr>
        <w:t xml:space="preserve"> </w:t>
      </w:r>
      <w:proofErr w:type="spellStart"/>
      <w:r>
        <w:rPr>
          <w:i/>
          <w:color w:val="555555"/>
        </w:rPr>
        <w:t>Дудещи</w:t>
      </w:r>
      <w:proofErr w:type="spellEnd"/>
      <w:r>
        <w:rPr>
          <w:i/>
          <w:color w:val="555555"/>
        </w:rPr>
        <w:t xml:space="preserve"> Веки, </w:t>
      </w:r>
      <w:proofErr w:type="spellStart"/>
      <w:r>
        <w:rPr>
          <w:i/>
          <w:color w:val="555555"/>
        </w:rPr>
        <w:t>Румъния</w:t>
      </w:r>
      <w:proofErr w:type="spellEnd"/>
      <w:r>
        <w:rPr>
          <w:i/>
          <w:color w:val="555555"/>
        </w:rPr>
        <w:t>)</w:t>
      </w:r>
      <w:r>
        <w:rPr>
          <w:color w:val="1A1A1A"/>
        </w:rPr>
        <w:t xml:space="preserve"> – </w:t>
      </w:r>
      <w:proofErr w:type="spellStart"/>
      <w:r>
        <w:rPr>
          <w:color w:val="1A1A1A"/>
        </w:rPr>
        <w:t>Устойчиво</w:t>
      </w:r>
      <w:proofErr w:type="spellEnd"/>
      <w:r>
        <w:rPr>
          <w:color w:val="1A1A1A"/>
        </w:rPr>
        <w:t xml:space="preserve"> </w:t>
      </w:r>
      <w:proofErr w:type="spellStart"/>
      <w:r>
        <w:rPr>
          <w:color w:val="1A1A1A"/>
        </w:rPr>
        <w:t>развитие</w:t>
      </w:r>
      <w:proofErr w:type="spellEnd"/>
      <w:r>
        <w:rPr>
          <w:color w:val="1A1A1A"/>
        </w:rPr>
        <w:t xml:space="preserve"> и </w:t>
      </w:r>
      <w:proofErr w:type="spellStart"/>
      <w:r>
        <w:rPr>
          <w:color w:val="1A1A1A"/>
        </w:rPr>
        <w:t>съхранение</w:t>
      </w:r>
      <w:proofErr w:type="spellEnd"/>
      <w:r>
        <w:rPr>
          <w:color w:val="1A1A1A"/>
        </w:rPr>
        <w:t xml:space="preserve"> </w:t>
      </w:r>
      <w:proofErr w:type="spellStart"/>
      <w:r>
        <w:rPr>
          <w:color w:val="1A1A1A"/>
        </w:rPr>
        <w:t>на</w:t>
      </w:r>
      <w:proofErr w:type="spellEnd"/>
      <w:r>
        <w:rPr>
          <w:color w:val="1A1A1A"/>
        </w:rPr>
        <w:t xml:space="preserve"> </w:t>
      </w:r>
      <w:proofErr w:type="spellStart"/>
      <w:r>
        <w:rPr>
          <w:color w:val="1A1A1A"/>
        </w:rPr>
        <w:t>идентичността</w:t>
      </w:r>
      <w:proofErr w:type="spellEnd"/>
      <w:r>
        <w:rPr>
          <w:color w:val="1A1A1A"/>
        </w:rPr>
        <w:t xml:space="preserve"> в </w:t>
      </w:r>
      <w:proofErr w:type="spellStart"/>
      <w:r>
        <w:rPr>
          <w:color w:val="1A1A1A"/>
        </w:rPr>
        <w:t>глобалния</w:t>
      </w:r>
      <w:proofErr w:type="spellEnd"/>
      <w:r>
        <w:rPr>
          <w:color w:val="1A1A1A"/>
        </w:rPr>
        <w:t xml:space="preserve"> </w:t>
      </w:r>
      <w:proofErr w:type="spellStart"/>
      <w:r>
        <w:rPr>
          <w:color w:val="1A1A1A"/>
        </w:rPr>
        <w:t>свят</w:t>
      </w:r>
      <w:proofErr w:type="spellEnd"/>
      <w:r>
        <w:rPr>
          <w:color w:val="1A1A1A"/>
        </w:rPr>
        <w:t xml:space="preserve">: </w:t>
      </w:r>
      <w:proofErr w:type="spellStart"/>
      <w:r>
        <w:rPr>
          <w:color w:val="1A1A1A"/>
        </w:rPr>
        <w:t>икономически</w:t>
      </w:r>
      <w:proofErr w:type="spellEnd"/>
      <w:r>
        <w:rPr>
          <w:color w:val="1A1A1A"/>
        </w:rPr>
        <w:t xml:space="preserve"> </w:t>
      </w:r>
      <w:proofErr w:type="spellStart"/>
      <w:r>
        <w:rPr>
          <w:color w:val="1A1A1A"/>
        </w:rPr>
        <w:t>нововъведения</w:t>
      </w:r>
      <w:proofErr w:type="spellEnd"/>
      <w:r>
        <w:rPr>
          <w:color w:val="1A1A1A"/>
        </w:rPr>
        <w:t xml:space="preserve"> и </w:t>
      </w:r>
      <w:proofErr w:type="spellStart"/>
      <w:r>
        <w:rPr>
          <w:color w:val="1A1A1A"/>
        </w:rPr>
        <w:t>европейски</w:t>
      </w:r>
      <w:proofErr w:type="spellEnd"/>
      <w:r>
        <w:rPr>
          <w:color w:val="1A1A1A"/>
        </w:rPr>
        <w:t xml:space="preserve"> </w:t>
      </w:r>
      <w:proofErr w:type="spellStart"/>
      <w:r>
        <w:rPr>
          <w:color w:val="1A1A1A"/>
        </w:rPr>
        <w:t>проекти</w:t>
      </w:r>
      <w:proofErr w:type="spellEnd"/>
      <w:r>
        <w:rPr>
          <w:color w:val="1A1A1A"/>
        </w:rPr>
        <w:t xml:space="preserve"> в </w:t>
      </w:r>
      <w:proofErr w:type="spellStart"/>
      <w:r>
        <w:rPr>
          <w:color w:val="1A1A1A"/>
        </w:rPr>
        <w:t>Дудещи</w:t>
      </w:r>
      <w:proofErr w:type="spellEnd"/>
      <w:r>
        <w:rPr>
          <w:color w:val="1A1A1A"/>
        </w:rPr>
        <w:t xml:space="preserve"> </w:t>
      </w:r>
      <w:proofErr w:type="spellStart"/>
      <w:r>
        <w:rPr>
          <w:color w:val="1A1A1A"/>
        </w:rPr>
        <w:t>Веки</w:t>
      </w:r>
      <w:proofErr w:type="spellEnd"/>
      <w:r>
        <w:rPr>
          <w:color w:val="1A1A1A"/>
        </w:rPr>
        <w:t xml:space="preserve"> (</w:t>
      </w:r>
      <w:proofErr w:type="spellStart"/>
      <w:r>
        <w:rPr>
          <w:color w:val="1A1A1A"/>
        </w:rPr>
        <w:t>Румънски</w:t>
      </w:r>
      <w:proofErr w:type="spellEnd"/>
      <w:r>
        <w:rPr>
          <w:color w:val="1A1A1A"/>
        </w:rPr>
        <w:t xml:space="preserve"> </w:t>
      </w:r>
      <w:proofErr w:type="spellStart"/>
      <w:r>
        <w:rPr>
          <w:color w:val="1A1A1A"/>
        </w:rPr>
        <w:t>Банат</w:t>
      </w:r>
      <w:proofErr w:type="spellEnd"/>
      <w:r>
        <w:rPr>
          <w:color w:val="1A1A1A"/>
        </w:rPr>
        <w:t xml:space="preserve">) / Sustainable Development and Identity Preservation in a Globalized World: Economic Innovations and European Projects in </w:t>
      </w:r>
      <w:proofErr w:type="spellStart"/>
      <w:r>
        <w:rPr>
          <w:color w:val="1A1A1A"/>
        </w:rPr>
        <w:t>Dudeștii</w:t>
      </w:r>
      <w:proofErr w:type="spellEnd"/>
      <w:r>
        <w:rPr>
          <w:color w:val="1A1A1A"/>
        </w:rPr>
        <w:t xml:space="preserve"> </w:t>
      </w:r>
      <w:proofErr w:type="spellStart"/>
      <w:r>
        <w:rPr>
          <w:color w:val="1A1A1A"/>
        </w:rPr>
        <w:t>Vechi</w:t>
      </w:r>
      <w:proofErr w:type="spellEnd"/>
      <w:r>
        <w:rPr>
          <w:color w:val="1A1A1A"/>
        </w:rPr>
        <w:t xml:space="preserve"> (Romanian Banat)</w:t>
      </w:r>
    </w:p>
    <w:p w14:paraId="76329249" w14:textId="77777777" w:rsidR="008E5318" w:rsidRPr="0059233B" w:rsidRDefault="00000000" w:rsidP="00B614E7">
      <w:pPr>
        <w:pBdr>
          <w:left w:val="single" w:sz="24" w:space="6" w:color="2E7D5B"/>
        </w:pBdr>
        <w:tabs>
          <w:tab w:val="left" w:pos="1474"/>
        </w:tabs>
        <w:spacing w:after="220" w:line="259" w:lineRule="auto"/>
        <w:ind w:left="1474" w:hanging="1474"/>
        <w:jc w:val="both"/>
      </w:pPr>
      <w:r w:rsidRPr="00016D89">
        <w:rPr>
          <w:b/>
          <w:bCs/>
          <w:i/>
          <w:color w:val="C00000"/>
        </w:rPr>
        <w:t>12:45 – 13:00</w:t>
      </w:r>
      <w:r w:rsidRPr="00016D89">
        <w:rPr>
          <w:i/>
          <w:color w:val="C00000"/>
        </w:rPr>
        <w:t xml:space="preserve">   </w:t>
      </w:r>
      <w:proofErr w:type="spellStart"/>
      <w:r>
        <w:rPr>
          <w:i/>
          <w:color w:val="1A1A1A"/>
        </w:rPr>
        <w:t>Дискусия</w:t>
      </w:r>
      <w:proofErr w:type="spellEnd"/>
      <w:r>
        <w:rPr>
          <w:i/>
          <w:color w:val="1A1A1A"/>
        </w:rPr>
        <w:t xml:space="preserve"> / Discussion</w:t>
      </w:r>
    </w:p>
    <w:p w14:paraId="0D22F029" w14:textId="77777777" w:rsidR="008E5318" w:rsidRPr="0059233B" w:rsidRDefault="00000000">
      <w:pPr>
        <w:pBdr>
          <w:left w:val="single" w:sz="24" w:space="6" w:color="A5281A"/>
        </w:pBdr>
        <w:shd w:val="clear" w:color="auto" w:fill="EEF3EF"/>
        <w:tabs>
          <w:tab w:val="left" w:pos="1474"/>
        </w:tabs>
        <w:spacing w:before="80"/>
        <w:ind w:left="1474" w:hanging="1474"/>
        <w:rPr>
          <w:bCs/>
          <w:i/>
          <w:color w:val="2A5E33"/>
          <w:lang w:val="bg-BG"/>
        </w:rPr>
      </w:pPr>
      <w:r>
        <w:rPr>
          <w:b/>
          <w:color w:val="2A5E33"/>
        </w:rPr>
        <w:t>13:00 – 14:00</w:t>
      </w:r>
      <w:r>
        <w:rPr>
          <w:b/>
          <w:color w:val="2A5E33"/>
        </w:rPr>
        <w:tab/>
      </w:r>
      <w:proofErr w:type="spellStart"/>
      <w:r>
        <w:rPr>
          <w:bCs/>
          <w:i/>
          <w:color w:val="2A5E33"/>
        </w:rPr>
        <w:t>Обедна</w:t>
      </w:r>
      <w:proofErr w:type="spellEnd"/>
      <w:r>
        <w:rPr>
          <w:bCs/>
          <w:i/>
          <w:color w:val="2A5E33"/>
        </w:rPr>
        <w:t xml:space="preserve"> </w:t>
      </w:r>
      <w:proofErr w:type="spellStart"/>
      <w:r>
        <w:rPr>
          <w:bCs/>
          <w:i/>
          <w:color w:val="2A5E33"/>
        </w:rPr>
        <w:t>почивка</w:t>
      </w:r>
      <w:proofErr w:type="spellEnd"/>
      <w:r>
        <w:rPr>
          <w:bCs/>
          <w:i/>
          <w:color w:val="2A5E33"/>
        </w:rPr>
        <w:t xml:space="preserve"> / Lunch break</w:t>
      </w:r>
    </w:p>
    <w:p w14:paraId="10640F44" w14:textId="42CA7AA7" w:rsidR="008E5318" w:rsidRPr="0059233B" w:rsidRDefault="00000000">
      <w:pPr>
        <w:keepNext/>
        <w:pBdr>
          <w:top w:val="single" w:sz="18" w:space="4" w:color="A5281A"/>
        </w:pBdr>
        <w:spacing w:before="320" w:after="40"/>
        <w:jc w:val="center"/>
        <w:rPr>
          <w:smallCaps/>
          <w:sz w:val="28"/>
          <w:szCs w:val="28"/>
          <w:lang w:val="bg-BG"/>
        </w:rPr>
      </w:pPr>
      <w:r>
        <w:rPr>
          <w:b/>
          <w:smallCaps/>
          <w:color w:val="FFFFFF"/>
          <w:sz w:val="28"/>
          <w:szCs w:val="28"/>
        </w:rPr>
        <w:t>СЕКЦИЯ „</w:t>
      </w:r>
      <w:proofErr w:type="spellStart"/>
      <w:r>
        <w:rPr>
          <w:b/>
          <w:smallCaps/>
          <w:color w:val="FFFFFF"/>
          <w:sz w:val="28"/>
          <w:szCs w:val="28"/>
        </w:rPr>
        <w:t>История</w:t>
      </w:r>
      <w:proofErr w:type="spellEnd"/>
      <w:r>
        <w:rPr>
          <w:b/>
          <w:smallCaps/>
          <w:color w:val="FFFFFF"/>
          <w:sz w:val="28"/>
          <w:szCs w:val="28"/>
        </w:rPr>
        <w:t xml:space="preserve">, </w:t>
      </w:r>
      <w:proofErr w:type="spellStart"/>
      <w:r>
        <w:rPr>
          <w:b/>
          <w:smallCaps/>
          <w:color w:val="FFFFFF"/>
          <w:sz w:val="28"/>
          <w:szCs w:val="28"/>
        </w:rPr>
        <w:t>книжнина</w:t>
      </w:r>
      <w:proofErr w:type="spellEnd"/>
      <w:r>
        <w:rPr>
          <w:b/>
          <w:smallCaps/>
          <w:color w:val="FFFFFF"/>
          <w:sz w:val="28"/>
          <w:szCs w:val="28"/>
        </w:rPr>
        <w:t xml:space="preserve"> и </w:t>
      </w:r>
      <w:proofErr w:type="spellStart"/>
      <w:r>
        <w:rPr>
          <w:b/>
          <w:smallCaps/>
          <w:color w:val="FFFFFF"/>
          <w:sz w:val="28"/>
          <w:szCs w:val="28"/>
        </w:rPr>
        <w:t>народна</w:t>
      </w:r>
      <w:proofErr w:type="spellEnd"/>
      <w:r>
        <w:rPr>
          <w:b/>
          <w:smallCaps/>
          <w:color w:val="FFFFFF"/>
          <w:sz w:val="28"/>
          <w:szCs w:val="28"/>
        </w:rPr>
        <w:t xml:space="preserve"> </w:t>
      </w:r>
      <w:proofErr w:type="spellStart"/>
      <w:r>
        <w:rPr>
          <w:b/>
          <w:smallCaps/>
          <w:color w:val="FFFFFF"/>
          <w:sz w:val="28"/>
          <w:szCs w:val="28"/>
        </w:rPr>
        <w:t>памет</w:t>
      </w:r>
      <w:proofErr w:type="spellEnd"/>
      <w:r>
        <w:rPr>
          <w:b/>
          <w:smallCaps/>
          <w:color w:val="FFFFFF"/>
          <w:sz w:val="28"/>
          <w:szCs w:val="28"/>
        </w:rPr>
        <w:t xml:space="preserve"> </w:t>
      </w:r>
      <w:proofErr w:type="spellStart"/>
      <w:r>
        <w:rPr>
          <w:b/>
          <w:smallCaps/>
          <w:color w:val="FFFFFF"/>
          <w:sz w:val="28"/>
          <w:szCs w:val="28"/>
        </w:rPr>
        <w:t>на</w:t>
      </w:r>
      <w:proofErr w:type="spellEnd"/>
      <w:r>
        <w:rPr>
          <w:b/>
          <w:smallCaps/>
          <w:color w:val="FFFFFF"/>
          <w:sz w:val="28"/>
          <w:szCs w:val="28"/>
        </w:rPr>
        <w:t xml:space="preserve"> </w:t>
      </w:r>
      <w:proofErr w:type="spellStart"/>
      <w:proofErr w:type="gramStart"/>
      <w:r>
        <w:rPr>
          <w:b/>
          <w:smallCaps/>
          <w:color w:val="FFFFFF"/>
          <w:sz w:val="28"/>
          <w:szCs w:val="28"/>
        </w:rPr>
        <w:t>българите</w:t>
      </w:r>
      <w:proofErr w:type="spellEnd"/>
      <w:r>
        <w:rPr>
          <w:b/>
          <w:smallCaps/>
          <w:color w:val="FFFFFF"/>
          <w:sz w:val="28"/>
          <w:szCs w:val="28"/>
        </w:rPr>
        <w:t>“</w:t>
      </w:r>
      <w:proofErr w:type="gramEnd"/>
      <w:r>
        <w:rPr>
          <w:noProof/>
        </w:rPr>
        <w:drawing>
          <wp:anchor distT="0" distB="0" distL="0" distR="0" simplePos="0" relativeHeight="251658752" behindDoc="1" locked="0" layoutInCell="1" allowOverlap="1" wp14:anchorId="62A49EB2" wp14:editId="6068FD96">
            <wp:simplePos x="0" y="0"/>
            <wp:positionH relativeFrom="page">
              <wp:posOffset>774700</wp:posOffset>
            </wp:positionH>
            <wp:positionV relativeFrom="paragraph">
              <wp:posOffset>106172</wp:posOffset>
            </wp:positionV>
            <wp:extent cx="6014720" cy="1642870"/>
            <wp:effectExtent l="0" t="0" r="0" b="0"/>
            <wp:wrapNone/>
            <wp:docPr id="704" name="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_g.jpg"/>
                    <pic:cNvPicPr/>
                  </pic:nvPicPr>
                  <pic:blipFill>
                    <a:blip r:embed="rId17"/>
                    <a:stretch>
                      <a:fillRect/>
                    </a:stretch>
                  </pic:blipFill>
                  <pic:spPr>
                    <a:xfrm>
                      <a:off x="0" y="0"/>
                      <a:ext cx="6014720" cy="821435"/>
                    </a:xfrm>
                    <a:prstGeom prst="rect">
                      <a:avLst/>
                    </a:prstGeom>
                  </pic:spPr>
                </pic:pic>
              </a:graphicData>
            </a:graphic>
          </wp:anchor>
        </w:drawing>
      </w:r>
    </w:p>
    <w:p w14:paraId="69AA6A49" w14:textId="11246EA9" w:rsidR="008E5318" w:rsidRPr="0059233B" w:rsidRDefault="00000000">
      <w:pPr>
        <w:keepNext/>
        <w:pBdr>
          <w:bottom w:val="single" w:sz="18" w:space="4" w:color="A5281A"/>
        </w:pBdr>
        <w:spacing w:after="40"/>
        <w:jc w:val="center"/>
        <w:rPr>
          <w:smallCaps/>
          <w:sz w:val="28"/>
          <w:szCs w:val="28"/>
          <w:lang w:val="bg-BG"/>
        </w:rPr>
      </w:pPr>
      <w:r>
        <w:rPr>
          <w:b/>
          <w:smallCaps/>
          <w:color w:val="FFFFFF"/>
          <w:sz w:val="28"/>
          <w:szCs w:val="28"/>
        </w:rPr>
        <w:t xml:space="preserve">SECTION „History, Written Heritage and Popular Memory of the </w:t>
      </w:r>
      <w:proofErr w:type="gramStart"/>
      <w:r>
        <w:rPr>
          <w:b/>
          <w:smallCaps/>
          <w:color w:val="FFFFFF"/>
          <w:sz w:val="28"/>
          <w:szCs w:val="28"/>
        </w:rPr>
        <w:t>Bulgarians“</w:t>
      </w:r>
      <w:proofErr w:type="gramEnd"/>
    </w:p>
    <w:p w14:paraId="49BC5068" w14:textId="23EAF0AF" w:rsidR="006128FF" w:rsidRPr="0059233B" w:rsidRDefault="006128FF">
      <w:pPr>
        <w:keepNext/>
        <w:spacing w:after="160"/>
        <w:jc w:val="center"/>
        <w:rPr>
          <w:i/>
          <w:smallCaps/>
          <w:color w:val="1A1A1A"/>
          <w:sz w:val="20"/>
          <w:lang w:val="bg-BG"/>
        </w:rPr>
      </w:pPr>
      <w:r>
        <w:rPr>
          <w:i/>
          <w:color w:val="1A1A1A"/>
          <w:sz w:val="20"/>
        </w:rPr>
        <w:t xml:space="preserve">14:00 – 14:45  </w:t>
      </w:r>
    </w:p>
    <w:p w14:paraId="5865701C" w14:textId="1B008CFE" w:rsidR="008E5318" w:rsidRPr="0059233B" w:rsidRDefault="00000000">
      <w:pPr>
        <w:keepNext/>
        <w:pBdr>
          <w:left w:val="single" w:sz="24" w:space="6" w:color="2E7D5B"/>
        </w:pBdr>
        <w:shd w:val="clear" w:color="auto" w:fill="E3EFE7"/>
        <w:jc w:val="center"/>
        <w:rPr>
          <w:color w:val="1A1A1A"/>
        </w:rPr>
      </w:pPr>
      <w:proofErr w:type="spellStart"/>
      <w:r>
        <w:rPr>
          <w:color w:val="1A1A1A"/>
        </w:rPr>
        <w:t>Модератор</w:t>
      </w:r>
      <w:proofErr w:type="spellEnd"/>
      <w:r>
        <w:rPr>
          <w:color w:val="1A1A1A"/>
        </w:rPr>
        <w:t xml:space="preserve">: </w:t>
      </w:r>
      <w:proofErr w:type="spellStart"/>
      <w:r>
        <w:rPr>
          <w:color w:val="1A1A1A"/>
        </w:rPr>
        <w:t>проф</w:t>
      </w:r>
      <w:proofErr w:type="spellEnd"/>
      <w:r>
        <w:rPr>
          <w:color w:val="1A1A1A"/>
        </w:rPr>
        <w:t xml:space="preserve">. </w:t>
      </w:r>
      <w:r w:rsidR="00310370">
        <w:rPr>
          <w:color w:val="1A1A1A"/>
          <w:lang w:val="bg-BG"/>
        </w:rPr>
        <w:t xml:space="preserve">д-р </w:t>
      </w:r>
      <w:proofErr w:type="spellStart"/>
      <w:r>
        <w:rPr>
          <w:color w:val="1A1A1A"/>
        </w:rPr>
        <w:t>Андрей</w:t>
      </w:r>
      <w:proofErr w:type="spellEnd"/>
      <w:r>
        <w:rPr>
          <w:color w:val="1A1A1A"/>
        </w:rPr>
        <w:t xml:space="preserve"> </w:t>
      </w:r>
      <w:proofErr w:type="spellStart"/>
      <w:r>
        <w:rPr>
          <w:color w:val="1A1A1A"/>
        </w:rPr>
        <w:t>Бояджиев</w:t>
      </w:r>
      <w:proofErr w:type="spellEnd"/>
      <w:r>
        <w:rPr>
          <w:color w:val="1A1A1A"/>
        </w:rPr>
        <w:t xml:space="preserve"> / Moderator: Prof. </w:t>
      </w:r>
      <w:r w:rsidR="00310370">
        <w:rPr>
          <w:color w:val="1A1A1A"/>
        </w:rPr>
        <w:t xml:space="preserve">Dr. </w:t>
      </w:r>
      <w:r>
        <w:rPr>
          <w:color w:val="1A1A1A"/>
        </w:rPr>
        <w:t>Andrey Boyadzhiev</w:t>
      </w:r>
    </w:p>
    <w:p w14:paraId="468AC334" w14:textId="77777777" w:rsidR="00031F9E" w:rsidRPr="00031F9E" w:rsidRDefault="00143BD7" w:rsidP="00FE5C7B">
      <w:pPr>
        <w:pBdr>
          <w:bottom w:val="single" w:sz="4" w:space="3" w:color="C8D5CC"/>
        </w:pBdr>
        <w:tabs>
          <w:tab w:val="left" w:pos="1474"/>
        </w:tabs>
        <w:spacing w:after="220" w:line="259" w:lineRule="auto"/>
        <w:ind w:left="1474" w:hanging="1474"/>
        <w:jc w:val="both"/>
        <w:rPr>
          <w:b/>
          <w:color w:val="1A1A1A"/>
          <w:lang w:val="bg-BG"/>
        </w:rPr>
      </w:pPr>
      <w:r>
        <w:rPr>
          <w:b/>
          <w:color w:val="A5281A"/>
        </w:rPr>
        <w:t>14:00 – 14:15</w:t>
      </w:r>
      <w:r>
        <w:rPr>
          <w:b/>
          <w:color w:val="1A1A1A"/>
        </w:rPr>
        <w:tab/>
      </w:r>
      <w:r w:rsidR="00923A08">
        <w:rPr>
          <w:b/>
          <w:color w:val="1A1A1A"/>
        </w:rPr>
        <w:t>НИКОЛЕТА ЧОКАНИ</w:t>
      </w:r>
      <w:r w:rsidR="00923A08">
        <w:rPr>
          <w:i/>
          <w:color w:val="555555"/>
        </w:rPr>
        <w:t xml:space="preserve"> (</w:t>
      </w:r>
      <w:proofErr w:type="spellStart"/>
      <w:r w:rsidR="00923A08">
        <w:rPr>
          <w:i/>
          <w:color w:val="555555"/>
        </w:rPr>
        <w:t>Радио</w:t>
      </w:r>
      <w:proofErr w:type="spellEnd"/>
      <w:r w:rsidR="00923A08">
        <w:rPr>
          <w:i/>
          <w:color w:val="555555"/>
        </w:rPr>
        <w:t xml:space="preserve"> </w:t>
      </w:r>
      <w:proofErr w:type="spellStart"/>
      <w:r w:rsidR="00923A08">
        <w:rPr>
          <w:i/>
          <w:color w:val="555555"/>
        </w:rPr>
        <w:t>Тимишоара</w:t>
      </w:r>
      <w:proofErr w:type="spellEnd"/>
      <w:r w:rsidR="00923A08">
        <w:rPr>
          <w:i/>
          <w:color w:val="555555"/>
        </w:rPr>
        <w:t xml:space="preserve">, </w:t>
      </w:r>
      <w:proofErr w:type="spellStart"/>
      <w:r w:rsidR="00923A08">
        <w:rPr>
          <w:i/>
          <w:color w:val="555555"/>
        </w:rPr>
        <w:t>Румъния</w:t>
      </w:r>
      <w:proofErr w:type="spellEnd"/>
      <w:r w:rsidR="00923A08">
        <w:rPr>
          <w:i/>
          <w:color w:val="555555"/>
        </w:rPr>
        <w:t>)</w:t>
      </w:r>
      <w:r w:rsidR="00923A08">
        <w:rPr>
          <w:color w:val="1A1A1A"/>
        </w:rPr>
        <w:t xml:space="preserve"> – </w:t>
      </w:r>
      <w:proofErr w:type="spellStart"/>
      <w:r w:rsidR="00923A08">
        <w:rPr>
          <w:color w:val="1A1A1A"/>
        </w:rPr>
        <w:t>Българската</w:t>
      </w:r>
      <w:proofErr w:type="spellEnd"/>
      <w:r w:rsidR="00923A08">
        <w:rPr>
          <w:color w:val="1A1A1A"/>
        </w:rPr>
        <w:t xml:space="preserve"> </w:t>
      </w:r>
      <w:proofErr w:type="spellStart"/>
      <w:r w:rsidR="00923A08">
        <w:rPr>
          <w:color w:val="1A1A1A"/>
        </w:rPr>
        <w:t>секция</w:t>
      </w:r>
      <w:proofErr w:type="spellEnd"/>
      <w:r w:rsidR="00923A08">
        <w:rPr>
          <w:color w:val="1A1A1A"/>
        </w:rPr>
        <w:t xml:space="preserve"> </w:t>
      </w:r>
      <w:proofErr w:type="spellStart"/>
      <w:r w:rsidR="00923A08">
        <w:rPr>
          <w:color w:val="1A1A1A"/>
        </w:rPr>
        <w:t>на</w:t>
      </w:r>
      <w:proofErr w:type="spellEnd"/>
      <w:r w:rsidR="00923A08">
        <w:rPr>
          <w:color w:val="1A1A1A"/>
        </w:rPr>
        <w:t xml:space="preserve"> </w:t>
      </w:r>
      <w:proofErr w:type="spellStart"/>
      <w:r w:rsidR="00923A08">
        <w:rPr>
          <w:color w:val="1A1A1A"/>
        </w:rPr>
        <w:t>Радио</w:t>
      </w:r>
      <w:proofErr w:type="spellEnd"/>
      <w:r w:rsidR="00923A08">
        <w:rPr>
          <w:color w:val="1A1A1A"/>
        </w:rPr>
        <w:t xml:space="preserve"> </w:t>
      </w:r>
      <w:proofErr w:type="spellStart"/>
      <w:r w:rsidR="00923A08">
        <w:rPr>
          <w:color w:val="1A1A1A"/>
        </w:rPr>
        <w:t>Тимишоара</w:t>
      </w:r>
      <w:proofErr w:type="spellEnd"/>
      <w:r w:rsidR="00923A08">
        <w:rPr>
          <w:color w:val="1A1A1A"/>
        </w:rPr>
        <w:t xml:space="preserve"> – </w:t>
      </w:r>
      <w:proofErr w:type="spellStart"/>
      <w:r w:rsidR="00923A08">
        <w:rPr>
          <w:color w:val="1A1A1A"/>
        </w:rPr>
        <w:t>пазител</w:t>
      </w:r>
      <w:proofErr w:type="spellEnd"/>
      <w:r w:rsidR="00923A08">
        <w:rPr>
          <w:color w:val="1A1A1A"/>
        </w:rPr>
        <w:t xml:space="preserve"> </w:t>
      </w:r>
      <w:proofErr w:type="spellStart"/>
      <w:r w:rsidR="00923A08">
        <w:rPr>
          <w:color w:val="1A1A1A"/>
        </w:rPr>
        <w:t>на</w:t>
      </w:r>
      <w:proofErr w:type="spellEnd"/>
      <w:r w:rsidR="00923A08">
        <w:rPr>
          <w:color w:val="1A1A1A"/>
        </w:rPr>
        <w:t xml:space="preserve"> </w:t>
      </w:r>
      <w:proofErr w:type="spellStart"/>
      <w:r w:rsidR="00923A08">
        <w:rPr>
          <w:color w:val="1A1A1A"/>
        </w:rPr>
        <w:t>общностната</w:t>
      </w:r>
      <w:proofErr w:type="spellEnd"/>
      <w:r w:rsidR="00923A08">
        <w:rPr>
          <w:color w:val="1A1A1A"/>
        </w:rPr>
        <w:t xml:space="preserve"> </w:t>
      </w:r>
      <w:proofErr w:type="spellStart"/>
      <w:r w:rsidR="00923A08">
        <w:rPr>
          <w:color w:val="1A1A1A"/>
        </w:rPr>
        <w:t>памет</w:t>
      </w:r>
      <w:proofErr w:type="spellEnd"/>
      <w:r w:rsidR="00923A08">
        <w:rPr>
          <w:color w:val="1A1A1A"/>
        </w:rPr>
        <w:t xml:space="preserve"> / The Bulgarian Section of Radio </w:t>
      </w:r>
      <w:proofErr w:type="spellStart"/>
      <w:r w:rsidR="00923A08">
        <w:rPr>
          <w:color w:val="1A1A1A"/>
        </w:rPr>
        <w:t>Timișoara</w:t>
      </w:r>
      <w:proofErr w:type="spellEnd"/>
      <w:r w:rsidR="00923A08">
        <w:rPr>
          <w:color w:val="1A1A1A"/>
        </w:rPr>
        <w:t xml:space="preserve"> – Guardian of Community Memory</w:t>
      </w:r>
    </w:p>
    <w:p w14:paraId="5DAA56D8" w14:textId="77777777" w:rsidR="00537FC9" w:rsidRDefault="00FE5C7B" w:rsidP="00537FC9">
      <w:pPr>
        <w:pBdr>
          <w:bottom w:val="single" w:sz="4" w:space="3" w:color="C8D5CC"/>
        </w:pBdr>
        <w:tabs>
          <w:tab w:val="left" w:pos="1474"/>
        </w:tabs>
        <w:spacing w:after="220" w:line="259" w:lineRule="auto"/>
        <w:ind w:left="1474" w:hanging="1474"/>
        <w:jc w:val="both"/>
        <w:rPr>
          <w:color w:val="1A1A1A"/>
          <w:lang w:val="bg-BG"/>
        </w:rPr>
      </w:pPr>
      <w:r>
        <w:rPr>
          <w:b/>
          <w:color w:val="A5281A"/>
        </w:rPr>
        <w:t>14:15 – 14:30</w:t>
      </w:r>
      <w:r>
        <w:rPr>
          <w:b/>
          <w:color w:val="1A1A1A"/>
        </w:rPr>
        <w:tab/>
      </w:r>
      <w:r w:rsidR="00537FC9">
        <w:rPr>
          <w:b/>
          <w:color w:val="1A1A1A"/>
        </w:rPr>
        <w:t>ЕЛЕНА ВОДИНЧАР</w:t>
      </w:r>
      <w:r w:rsidR="00537FC9">
        <w:rPr>
          <w:i/>
          <w:color w:val="555555"/>
        </w:rPr>
        <w:t xml:space="preserve"> (</w:t>
      </w:r>
      <w:proofErr w:type="spellStart"/>
      <w:r w:rsidR="00537FC9">
        <w:rPr>
          <w:i/>
          <w:color w:val="555555"/>
        </w:rPr>
        <w:t>Институт</w:t>
      </w:r>
      <w:proofErr w:type="spellEnd"/>
      <w:r w:rsidR="00537FC9">
        <w:rPr>
          <w:i/>
          <w:color w:val="555555"/>
        </w:rPr>
        <w:t xml:space="preserve"> </w:t>
      </w:r>
      <w:proofErr w:type="spellStart"/>
      <w:r w:rsidR="00537FC9">
        <w:rPr>
          <w:i/>
          <w:color w:val="555555"/>
        </w:rPr>
        <w:t>за</w:t>
      </w:r>
      <w:proofErr w:type="spellEnd"/>
      <w:r w:rsidR="00537FC9">
        <w:rPr>
          <w:i/>
          <w:color w:val="555555"/>
        </w:rPr>
        <w:t xml:space="preserve"> </w:t>
      </w:r>
      <w:proofErr w:type="spellStart"/>
      <w:r w:rsidR="00537FC9">
        <w:rPr>
          <w:i/>
          <w:color w:val="555555"/>
        </w:rPr>
        <w:t>етнология</w:t>
      </w:r>
      <w:proofErr w:type="spellEnd"/>
      <w:r w:rsidR="00537FC9">
        <w:rPr>
          <w:i/>
          <w:color w:val="555555"/>
        </w:rPr>
        <w:t xml:space="preserve"> и </w:t>
      </w:r>
      <w:proofErr w:type="spellStart"/>
      <w:r w:rsidR="00537FC9">
        <w:rPr>
          <w:i/>
          <w:color w:val="555555"/>
        </w:rPr>
        <w:t>фолклористика</w:t>
      </w:r>
      <w:proofErr w:type="spellEnd"/>
      <w:r w:rsidR="00537FC9">
        <w:rPr>
          <w:i/>
          <w:color w:val="555555"/>
        </w:rPr>
        <w:t xml:space="preserve"> с </w:t>
      </w:r>
      <w:proofErr w:type="spellStart"/>
      <w:r w:rsidR="00537FC9">
        <w:rPr>
          <w:i/>
          <w:color w:val="555555"/>
        </w:rPr>
        <w:t>Етнографски</w:t>
      </w:r>
      <w:proofErr w:type="spellEnd"/>
      <w:r w:rsidR="00537FC9">
        <w:rPr>
          <w:i/>
          <w:color w:val="555555"/>
        </w:rPr>
        <w:t xml:space="preserve"> </w:t>
      </w:r>
      <w:proofErr w:type="spellStart"/>
      <w:r w:rsidR="00537FC9">
        <w:rPr>
          <w:i/>
          <w:color w:val="555555"/>
        </w:rPr>
        <w:t>музей</w:t>
      </w:r>
      <w:proofErr w:type="spellEnd"/>
      <w:r w:rsidR="00537FC9">
        <w:rPr>
          <w:i/>
          <w:color w:val="555555"/>
        </w:rPr>
        <w:t xml:space="preserve"> – БАН)</w:t>
      </w:r>
      <w:r w:rsidR="00537FC9">
        <w:rPr>
          <w:color w:val="1A1A1A"/>
        </w:rPr>
        <w:t xml:space="preserve"> – </w:t>
      </w:r>
      <w:proofErr w:type="spellStart"/>
      <w:r w:rsidR="00537FC9">
        <w:rPr>
          <w:color w:val="1A1A1A"/>
        </w:rPr>
        <w:t>Минеят</w:t>
      </w:r>
      <w:proofErr w:type="spellEnd"/>
      <w:r w:rsidR="00537FC9">
        <w:rPr>
          <w:color w:val="1A1A1A"/>
        </w:rPr>
        <w:t xml:space="preserve"> </w:t>
      </w:r>
      <w:proofErr w:type="spellStart"/>
      <w:r w:rsidR="00537FC9">
        <w:rPr>
          <w:color w:val="1A1A1A"/>
        </w:rPr>
        <w:t>от</w:t>
      </w:r>
      <w:proofErr w:type="spellEnd"/>
      <w:r w:rsidR="00537FC9">
        <w:rPr>
          <w:color w:val="1A1A1A"/>
        </w:rPr>
        <w:t xml:space="preserve"> </w:t>
      </w:r>
      <w:proofErr w:type="spellStart"/>
      <w:r w:rsidR="00537FC9">
        <w:rPr>
          <w:color w:val="1A1A1A"/>
        </w:rPr>
        <w:t>Народно</w:t>
      </w:r>
      <w:proofErr w:type="spellEnd"/>
      <w:r w:rsidR="00537FC9">
        <w:rPr>
          <w:color w:val="1A1A1A"/>
        </w:rPr>
        <w:t xml:space="preserve"> </w:t>
      </w:r>
      <w:proofErr w:type="spellStart"/>
      <w:r w:rsidR="00537FC9">
        <w:rPr>
          <w:color w:val="1A1A1A"/>
        </w:rPr>
        <w:t>читалище</w:t>
      </w:r>
      <w:proofErr w:type="spellEnd"/>
      <w:r w:rsidR="00537FC9">
        <w:rPr>
          <w:color w:val="1A1A1A"/>
        </w:rPr>
        <w:t xml:space="preserve"> „</w:t>
      </w:r>
      <w:proofErr w:type="spellStart"/>
      <w:r w:rsidR="00537FC9">
        <w:rPr>
          <w:color w:val="1A1A1A"/>
        </w:rPr>
        <w:t>Отец</w:t>
      </w:r>
      <w:proofErr w:type="spellEnd"/>
      <w:r w:rsidR="00537FC9">
        <w:rPr>
          <w:color w:val="1A1A1A"/>
        </w:rPr>
        <w:t xml:space="preserve"> </w:t>
      </w:r>
      <w:proofErr w:type="spellStart"/>
      <w:r w:rsidR="00537FC9">
        <w:rPr>
          <w:color w:val="1A1A1A"/>
        </w:rPr>
        <w:t>Паисий</w:t>
      </w:r>
      <w:proofErr w:type="spellEnd"/>
      <w:r w:rsidR="00537FC9">
        <w:rPr>
          <w:color w:val="1A1A1A"/>
        </w:rPr>
        <w:t xml:space="preserve"> – </w:t>
      </w:r>
      <w:proofErr w:type="gramStart"/>
      <w:r w:rsidR="00537FC9">
        <w:rPr>
          <w:color w:val="1A1A1A"/>
        </w:rPr>
        <w:t>1876“ в</w:t>
      </w:r>
      <w:proofErr w:type="gramEnd"/>
      <w:r w:rsidR="00537FC9">
        <w:rPr>
          <w:color w:val="1A1A1A"/>
        </w:rPr>
        <w:t xml:space="preserve"> </w:t>
      </w:r>
      <w:proofErr w:type="spellStart"/>
      <w:r w:rsidR="00537FC9">
        <w:rPr>
          <w:color w:val="1A1A1A"/>
        </w:rPr>
        <w:t>гр</w:t>
      </w:r>
      <w:proofErr w:type="spellEnd"/>
      <w:r w:rsidR="00537FC9">
        <w:rPr>
          <w:color w:val="1A1A1A"/>
        </w:rPr>
        <w:t xml:space="preserve">. </w:t>
      </w:r>
      <w:proofErr w:type="spellStart"/>
      <w:r w:rsidR="00537FC9">
        <w:rPr>
          <w:color w:val="1A1A1A"/>
        </w:rPr>
        <w:t>Брезово</w:t>
      </w:r>
      <w:proofErr w:type="spellEnd"/>
      <w:r w:rsidR="00537FC9">
        <w:rPr>
          <w:color w:val="1A1A1A"/>
        </w:rPr>
        <w:t xml:space="preserve">: </w:t>
      </w:r>
      <w:proofErr w:type="spellStart"/>
      <w:r w:rsidR="00537FC9">
        <w:rPr>
          <w:color w:val="1A1A1A"/>
        </w:rPr>
        <w:t>културна</w:t>
      </w:r>
      <w:proofErr w:type="spellEnd"/>
      <w:r w:rsidR="00537FC9">
        <w:rPr>
          <w:color w:val="1A1A1A"/>
        </w:rPr>
        <w:t xml:space="preserve"> </w:t>
      </w:r>
      <w:proofErr w:type="spellStart"/>
      <w:r w:rsidR="00537FC9">
        <w:rPr>
          <w:color w:val="1A1A1A"/>
        </w:rPr>
        <w:t>ценност</w:t>
      </w:r>
      <w:proofErr w:type="spellEnd"/>
      <w:r w:rsidR="00537FC9">
        <w:rPr>
          <w:color w:val="1A1A1A"/>
        </w:rPr>
        <w:t xml:space="preserve"> и </w:t>
      </w:r>
      <w:proofErr w:type="spellStart"/>
      <w:r w:rsidR="00537FC9">
        <w:rPr>
          <w:color w:val="1A1A1A"/>
        </w:rPr>
        <w:t>памет</w:t>
      </w:r>
      <w:proofErr w:type="spellEnd"/>
      <w:r w:rsidR="00537FC9">
        <w:rPr>
          <w:color w:val="1A1A1A"/>
        </w:rPr>
        <w:t xml:space="preserve"> </w:t>
      </w:r>
      <w:proofErr w:type="spellStart"/>
      <w:r w:rsidR="00537FC9">
        <w:rPr>
          <w:color w:val="1A1A1A"/>
        </w:rPr>
        <w:t>за</w:t>
      </w:r>
      <w:proofErr w:type="spellEnd"/>
      <w:r w:rsidR="00537FC9">
        <w:rPr>
          <w:color w:val="1A1A1A"/>
        </w:rPr>
        <w:t xml:space="preserve"> </w:t>
      </w:r>
      <w:proofErr w:type="spellStart"/>
      <w:r w:rsidR="00537FC9">
        <w:rPr>
          <w:color w:val="1A1A1A"/>
        </w:rPr>
        <w:t>българите</w:t>
      </w:r>
      <w:proofErr w:type="spellEnd"/>
      <w:r w:rsidR="00537FC9">
        <w:rPr>
          <w:color w:val="1A1A1A"/>
        </w:rPr>
        <w:t xml:space="preserve"> в </w:t>
      </w:r>
      <w:proofErr w:type="spellStart"/>
      <w:r w:rsidR="00537FC9">
        <w:rPr>
          <w:color w:val="1A1A1A"/>
        </w:rPr>
        <w:t>Бесарабия</w:t>
      </w:r>
      <w:proofErr w:type="spellEnd"/>
      <w:r w:rsidR="00537FC9">
        <w:rPr>
          <w:color w:val="1A1A1A"/>
        </w:rPr>
        <w:t xml:space="preserve"> / The </w:t>
      </w:r>
      <w:proofErr w:type="spellStart"/>
      <w:r w:rsidR="00537FC9">
        <w:rPr>
          <w:color w:val="1A1A1A"/>
        </w:rPr>
        <w:t>Menaion</w:t>
      </w:r>
      <w:proofErr w:type="spellEnd"/>
      <w:r w:rsidR="00537FC9">
        <w:rPr>
          <w:color w:val="1A1A1A"/>
        </w:rPr>
        <w:t xml:space="preserve"> from the '</w:t>
      </w:r>
      <w:proofErr w:type="spellStart"/>
      <w:r w:rsidR="00537FC9">
        <w:rPr>
          <w:color w:val="1A1A1A"/>
        </w:rPr>
        <w:t>Otets</w:t>
      </w:r>
      <w:proofErr w:type="spellEnd"/>
      <w:r w:rsidR="00537FC9">
        <w:rPr>
          <w:color w:val="1A1A1A"/>
        </w:rPr>
        <w:t xml:space="preserve"> </w:t>
      </w:r>
      <w:proofErr w:type="spellStart"/>
      <w:r w:rsidR="00537FC9">
        <w:rPr>
          <w:color w:val="1A1A1A"/>
        </w:rPr>
        <w:t>Paisiy</w:t>
      </w:r>
      <w:proofErr w:type="spellEnd"/>
      <w:r w:rsidR="00537FC9">
        <w:rPr>
          <w:color w:val="1A1A1A"/>
        </w:rPr>
        <w:t xml:space="preserve"> – 1876' Community Cultural Center (</w:t>
      </w:r>
      <w:proofErr w:type="spellStart"/>
      <w:r w:rsidR="00537FC9">
        <w:rPr>
          <w:color w:val="1A1A1A"/>
        </w:rPr>
        <w:t>Chitalishte</w:t>
      </w:r>
      <w:proofErr w:type="spellEnd"/>
      <w:r w:rsidR="00537FC9">
        <w:rPr>
          <w:color w:val="1A1A1A"/>
        </w:rPr>
        <w:t xml:space="preserve">) in the Town of </w:t>
      </w:r>
      <w:proofErr w:type="spellStart"/>
      <w:r w:rsidR="00537FC9">
        <w:rPr>
          <w:color w:val="1A1A1A"/>
        </w:rPr>
        <w:t>Brezovo</w:t>
      </w:r>
      <w:proofErr w:type="spellEnd"/>
      <w:r w:rsidR="00537FC9">
        <w:rPr>
          <w:color w:val="1A1A1A"/>
        </w:rPr>
        <w:t>: Cultural Value and Memory of the Bulgarians in Bessarabia</w:t>
      </w:r>
    </w:p>
    <w:p w14:paraId="553517BB" w14:textId="7C813BEF" w:rsidR="0044752F" w:rsidRPr="00406563" w:rsidRDefault="00143BD7" w:rsidP="0044752F">
      <w:pPr>
        <w:pBdr>
          <w:bottom w:val="single" w:sz="4" w:space="3" w:color="C8D5CC"/>
        </w:pBdr>
        <w:tabs>
          <w:tab w:val="left" w:pos="1474"/>
        </w:tabs>
        <w:spacing w:after="220" w:line="259" w:lineRule="auto"/>
        <w:ind w:left="1474" w:hanging="1474"/>
        <w:jc w:val="both"/>
        <w:rPr>
          <w:color w:val="1A1A1A"/>
          <w:lang w:val="bg-BG"/>
        </w:rPr>
      </w:pPr>
      <w:r>
        <w:rPr>
          <w:b/>
          <w:color w:val="A5281A"/>
        </w:rPr>
        <w:lastRenderedPageBreak/>
        <w:t>14:30 – 14:45</w:t>
      </w:r>
      <w:r>
        <w:rPr>
          <w:b/>
          <w:color w:val="1A1A1A"/>
        </w:rPr>
        <w:tab/>
      </w:r>
      <w:r w:rsidR="00986E54">
        <w:rPr>
          <w:b/>
          <w:color w:val="1A1A1A"/>
        </w:rPr>
        <w:t>МАРИЯНА ЦИБРАНСКА-КОСТОВА, КАЛИНА МИЧЕВА-ПЕЙЧЕВА, MARCO SCARPA</w:t>
      </w:r>
      <w:r w:rsidR="00986E54">
        <w:rPr>
          <w:i/>
          <w:color w:val="555555"/>
        </w:rPr>
        <w:t xml:space="preserve"> (</w:t>
      </w:r>
      <w:proofErr w:type="spellStart"/>
      <w:r w:rsidR="00986E54">
        <w:rPr>
          <w:i/>
          <w:color w:val="555555"/>
        </w:rPr>
        <w:t>Институт</w:t>
      </w:r>
      <w:proofErr w:type="spellEnd"/>
      <w:r w:rsidR="00986E54">
        <w:rPr>
          <w:i/>
          <w:color w:val="555555"/>
        </w:rPr>
        <w:t xml:space="preserve"> </w:t>
      </w:r>
      <w:proofErr w:type="spellStart"/>
      <w:r w:rsidR="00986E54">
        <w:rPr>
          <w:i/>
          <w:color w:val="555555"/>
        </w:rPr>
        <w:t>за</w:t>
      </w:r>
      <w:proofErr w:type="spellEnd"/>
      <w:r w:rsidR="00986E54">
        <w:rPr>
          <w:i/>
          <w:color w:val="555555"/>
        </w:rPr>
        <w:t xml:space="preserve"> </w:t>
      </w:r>
      <w:proofErr w:type="spellStart"/>
      <w:r w:rsidR="00986E54">
        <w:rPr>
          <w:i/>
          <w:color w:val="555555"/>
        </w:rPr>
        <w:t>български</w:t>
      </w:r>
      <w:proofErr w:type="spellEnd"/>
      <w:r w:rsidR="00986E54">
        <w:rPr>
          <w:i/>
          <w:color w:val="555555"/>
        </w:rPr>
        <w:t xml:space="preserve"> </w:t>
      </w:r>
      <w:proofErr w:type="spellStart"/>
      <w:r w:rsidR="00986E54">
        <w:rPr>
          <w:i/>
          <w:color w:val="555555"/>
        </w:rPr>
        <w:t>език</w:t>
      </w:r>
      <w:proofErr w:type="spellEnd"/>
      <w:r w:rsidR="00986E54">
        <w:rPr>
          <w:i/>
          <w:color w:val="555555"/>
        </w:rPr>
        <w:t xml:space="preserve"> – БАН; University of Messina, </w:t>
      </w:r>
      <w:proofErr w:type="spellStart"/>
      <w:r w:rsidR="00986E54">
        <w:rPr>
          <w:i/>
          <w:color w:val="555555"/>
        </w:rPr>
        <w:t>Италия</w:t>
      </w:r>
      <w:proofErr w:type="spellEnd"/>
      <w:r w:rsidR="00986E54">
        <w:rPr>
          <w:i/>
          <w:color w:val="555555"/>
        </w:rPr>
        <w:t>)</w:t>
      </w:r>
      <w:r w:rsidR="00986E54">
        <w:rPr>
          <w:color w:val="1A1A1A"/>
        </w:rPr>
        <w:t xml:space="preserve"> – </w:t>
      </w:r>
      <w:proofErr w:type="spellStart"/>
      <w:r w:rsidR="00986E54">
        <w:rPr>
          <w:color w:val="1A1A1A"/>
        </w:rPr>
        <w:t>Католическите</w:t>
      </w:r>
      <w:proofErr w:type="spellEnd"/>
      <w:r w:rsidR="00986E54">
        <w:rPr>
          <w:color w:val="1A1A1A"/>
        </w:rPr>
        <w:t xml:space="preserve"> </w:t>
      </w:r>
      <w:proofErr w:type="spellStart"/>
      <w:r w:rsidR="00986E54">
        <w:rPr>
          <w:color w:val="1A1A1A"/>
        </w:rPr>
        <w:t>мисионери</w:t>
      </w:r>
      <w:proofErr w:type="spellEnd"/>
      <w:r w:rsidR="00986E54">
        <w:rPr>
          <w:color w:val="1A1A1A"/>
        </w:rPr>
        <w:t xml:space="preserve"> </w:t>
      </w:r>
      <w:proofErr w:type="spellStart"/>
      <w:r w:rsidR="00986E54">
        <w:rPr>
          <w:color w:val="1A1A1A"/>
        </w:rPr>
        <w:t>като</w:t>
      </w:r>
      <w:proofErr w:type="spellEnd"/>
      <w:r w:rsidR="00986E54">
        <w:rPr>
          <w:color w:val="1A1A1A"/>
        </w:rPr>
        <w:t xml:space="preserve"> </w:t>
      </w:r>
      <w:proofErr w:type="spellStart"/>
      <w:r w:rsidR="00986E54">
        <w:rPr>
          <w:color w:val="1A1A1A"/>
        </w:rPr>
        <w:t>лечители</w:t>
      </w:r>
      <w:proofErr w:type="spellEnd"/>
      <w:r w:rsidR="00986E54">
        <w:rPr>
          <w:color w:val="1A1A1A"/>
        </w:rPr>
        <w:t xml:space="preserve"> в </w:t>
      </w:r>
      <w:proofErr w:type="spellStart"/>
      <w:r w:rsidR="00986E54">
        <w:rPr>
          <w:color w:val="1A1A1A"/>
        </w:rPr>
        <w:t>българските</w:t>
      </w:r>
      <w:proofErr w:type="spellEnd"/>
      <w:r w:rsidR="00986E54">
        <w:rPr>
          <w:color w:val="1A1A1A"/>
        </w:rPr>
        <w:t xml:space="preserve"> </w:t>
      </w:r>
      <w:proofErr w:type="spellStart"/>
      <w:r w:rsidR="00986E54">
        <w:rPr>
          <w:color w:val="1A1A1A"/>
        </w:rPr>
        <w:t>земи</w:t>
      </w:r>
      <w:proofErr w:type="spellEnd"/>
      <w:r w:rsidR="00986E54">
        <w:rPr>
          <w:color w:val="1A1A1A"/>
        </w:rPr>
        <w:t xml:space="preserve"> </w:t>
      </w:r>
      <w:proofErr w:type="spellStart"/>
      <w:r w:rsidR="00986E54">
        <w:rPr>
          <w:color w:val="1A1A1A"/>
        </w:rPr>
        <w:t>под</w:t>
      </w:r>
      <w:proofErr w:type="spellEnd"/>
      <w:r w:rsidR="00986E54">
        <w:rPr>
          <w:color w:val="1A1A1A"/>
        </w:rPr>
        <w:t xml:space="preserve"> </w:t>
      </w:r>
      <w:proofErr w:type="spellStart"/>
      <w:r w:rsidR="00986E54">
        <w:rPr>
          <w:color w:val="1A1A1A"/>
        </w:rPr>
        <w:t>османска</w:t>
      </w:r>
      <w:proofErr w:type="spellEnd"/>
      <w:r w:rsidR="00986E54">
        <w:rPr>
          <w:color w:val="1A1A1A"/>
        </w:rPr>
        <w:t xml:space="preserve"> </w:t>
      </w:r>
      <w:proofErr w:type="spellStart"/>
      <w:r w:rsidR="00986E54">
        <w:rPr>
          <w:color w:val="1A1A1A"/>
        </w:rPr>
        <w:t>власт</w:t>
      </w:r>
      <w:proofErr w:type="spellEnd"/>
      <w:r w:rsidR="00986E54">
        <w:rPr>
          <w:color w:val="1A1A1A"/>
        </w:rPr>
        <w:t xml:space="preserve"> </w:t>
      </w:r>
      <w:proofErr w:type="spellStart"/>
      <w:r w:rsidR="00986E54">
        <w:rPr>
          <w:color w:val="1A1A1A"/>
        </w:rPr>
        <w:t>през</w:t>
      </w:r>
      <w:proofErr w:type="spellEnd"/>
      <w:r w:rsidR="00986E54">
        <w:rPr>
          <w:color w:val="1A1A1A"/>
        </w:rPr>
        <w:t xml:space="preserve"> </w:t>
      </w:r>
      <w:proofErr w:type="spellStart"/>
      <w:r w:rsidR="00986E54">
        <w:rPr>
          <w:color w:val="1A1A1A"/>
        </w:rPr>
        <w:t>първата</w:t>
      </w:r>
      <w:proofErr w:type="spellEnd"/>
      <w:r w:rsidR="00986E54">
        <w:rPr>
          <w:color w:val="1A1A1A"/>
        </w:rPr>
        <w:t xml:space="preserve"> </w:t>
      </w:r>
      <w:proofErr w:type="spellStart"/>
      <w:r w:rsidR="00986E54">
        <w:rPr>
          <w:color w:val="1A1A1A"/>
        </w:rPr>
        <w:t>половина</w:t>
      </w:r>
      <w:proofErr w:type="spellEnd"/>
      <w:r w:rsidR="00986E54">
        <w:rPr>
          <w:color w:val="1A1A1A"/>
        </w:rPr>
        <w:t xml:space="preserve"> </w:t>
      </w:r>
      <w:proofErr w:type="spellStart"/>
      <w:r w:rsidR="00986E54">
        <w:rPr>
          <w:color w:val="1A1A1A"/>
        </w:rPr>
        <w:t>на</w:t>
      </w:r>
      <w:proofErr w:type="spellEnd"/>
      <w:r w:rsidR="00986E54">
        <w:rPr>
          <w:color w:val="1A1A1A"/>
        </w:rPr>
        <w:t xml:space="preserve"> XIX </w:t>
      </w:r>
      <w:proofErr w:type="spellStart"/>
      <w:r w:rsidR="00986E54">
        <w:rPr>
          <w:color w:val="1A1A1A"/>
        </w:rPr>
        <w:t>век</w:t>
      </w:r>
      <w:proofErr w:type="spellEnd"/>
      <w:r w:rsidR="00986E54">
        <w:rPr>
          <w:color w:val="1A1A1A"/>
        </w:rPr>
        <w:t xml:space="preserve"> / Catholic Missionaries as Healers in the Bulgarian Lands under Ottoman Rule in the First Half of the 19th Century</w:t>
      </w:r>
    </w:p>
    <w:p w14:paraId="70DC531F" w14:textId="77777777" w:rsidR="008E5318" w:rsidRPr="0059233B" w:rsidRDefault="00000000" w:rsidP="00B614E7">
      <w:pPr>
        <w:pBdr>
          <w:left w:val="single" w:sz="24" w:space="6" w:color="2E7D5B"/>
        </w:pBdr>
        <w:tabs>
          <w:tab w:val="left" w:pos="1474"/>
        </w:tabs>
        <w:spacing w:after="60" w:line="259" w:lineRule="auto"/>
        <w:ind w:left="1474" w:hanging="1474"/>
        <w:jc w:val="both"/>
      </w:pPr>
      <w:r w:rsidRPr="00545CA7">
        <w:rPr>
          <w:b/>
          <w:bCs/>
          <w:i/>
          <w:color w:val="C00000"/>
        </w:rPr>
        <w:t>14:45 – 15:00</w:t>
      </w:r>
      <w:r>
        <w:rPr>
          <w:i/>
          <w:color w:val="1A1A1A"/>
        </w:rPr>
        <w:t xml:space="preserve">   </w:t>
      </w:r>
      <w:proofErr w:type="spellStart"/>
      <w:r>
        <w:rPr>
          <w:i/>
          <w:color w:val="1A1A1A"/>
        </w:rPr>
        <w:t>Дискусия</w:t>
      </w:r>
      <w:proofErr w:type="spellEnd"/>
      <w:r>
        <w:rPr>
          <w:i/>
          <w:color w:val="1A1A1A"/>
        </w:rPr>
        <w:t xml:space="preserve"> / Discussion</w:t>
      </w:r>
    </w:p>
    <w:p w14:paraId="4F6DC592" w14:textId="20624858" w:rsidR="008E5318" w:rsidRPr="0059233B" w:rsidRDefault="00000000">
      <w:pPr>
        <w:pBdr>
          <w:left w:val="single" w:sz="24" w:space="6" w:color="A5281A"/>
        </w:pBdr>
        <w:shd w:val="clear" w:color="auto" w:fill="EEF3EF"/>
        <w:tabs>
          <w:tab w:val="left" w:pos="1474"/>
        </w:tabs>
        <w:spacing w:before="80"/>
        <w:ind w:left="1474" w:hanging="1474"/>
        <w:rPr>
          <w:bCs/>
          <w:i/>
          <w:color w:val="2A5E33"/>
          <w:lang w:val="bg-BG"/>
        </w:rPr>
      </w:pPr>
      <w:r>
        <w:rPr>
          <w:b/>
          <w:color w:val="2A5E33"/>
        </w:rPr>
        <w:t>1</w:t>
      </w:r>
      <w:r w:rsidR="00C94FE4">
        <w:rPr>
          <w:b/>
          <w:color w:val="2A5E33"/>
          <w:lang w:val="bg-BG"/>
        </w:rPr>
        <w:t>5</w:t>
      </w:r>
      <w:r>
        <w:rPr>
          <w:b/>
          <w:color w:val="2A5E33"/>
        </w:rPr>
        <w:t>:</w:t>
      </w:r>
      <w:r w:rsidR="00C94FE4">
        <w:rPr>
          <w:b/>
          <w:color w:val="2A5E33"/>
          <w:lang w:val="bg-BG"/>
        </w:rPr>
        <w:t>00</w:t>
      </w:r>
      <w:r>
        <w:rPr>
          <w:b/>
          <w:color w:val="2A5E33"/>
        </w:rPr>
        <w:t xml:space="preserve"> – 15:20</w:t>
      </w:r>
      <w:r>
        <w:rPr>
          <w:b/>
          <w:color w:val="2A5E33"/>
        </w:rPr>
        <w:tab/>
      </w:r>
      <w:proofErr w:type="spellStart"/>
      <w:r>
        <w:rPr>
          <w:bCs/>
          <w:i/>
          <w:color w:val="2A5E33"/>
        </w:rPr>
        <w:t>Кафе</w:t>
      </w:r>
      <w:proofErr w:type="spellEnd"/>
      <w:r>
        <w:rPr>
          <w:bCs/>
          <w:i/>
          <w:color w:val="2A5E33"/>
        </w:rPr>
        <w:t xml:space="preserve"> </w:t>
      </w:r>
      <w:proofErr w:type="spellStart"/>
      <w:r>
        <w:rPr>
          <w:bCs/>
          <w:i/>
          <w:color w:val="2A5E33"/>
        </w:rPr>
        <w:t>пауза</w:t>
      </w:r>
      <w:proofErr w:type="spellEnd"/>
      <w:r>
        <w:rPr>
          <w:bCs/>
          <w:i/>
          <w:color w:val="2A5E33"/>
        </w:rPr>
        <w:t xml:space="preserve"> / Coffee break</w:t>
      </w:r>
    </w:p>
    <w:p w14:paraId="41414EE0" w14:textId="77777777" w:rsidR="008E5318" w:rsidRPr="0059233B" w:rsidRDefault="00000000">
      <w:pPr>
        <w:keepNext/>
        <w:pBdr>
          <w:top w:val="single" w:sz="18" w:space="4" w:color="A5281A"/>
        </w:pBdr>
        <w:spacing w:before="320" w:after="40"/>
        <w:jc w:val="center"/>
        <w:rPr>
          <w:smallCaps/>
          <w:sz w:val="28"/>
          <w:szCs w:val="28"/>
          <w:lang w:val="bg-BG"/>
        </w:rPr>
      </w:pPr>
      <w:r>
        <w:rPr>
          <w:b/>
          <w:smallCaps/>
          <w:color w:val="FFFFFF"/>
          <w:sz w:val="28"/>
          <w:szCs w:val="28"/>
        </w:rPr>
        <w:t>СЕКЦИЯ „</w:t>
      </w:r>
      <w:proofErr w:type="spellStart"/>
      <w:r>
        <w:rPr>
          <w:b/>
          <w:smallCaps/>
          <w:color w:val="FFFFFF"/>
          <w:sz w:val="28"/>
          <w:szCs w:val="28"/>
        </w:rPr>
        <w:t>Бесарабия</w:t>
      </w:r>
      <w:proofErr w:type="spellEnd"/>
      <w:r>
        <w:rPr>
          <w:b/>
          <w:smallCaps/>
          <w:color w:val="FFFFFF"/>
          <w:sz w:val="28"/>
          <w:szCs w:val="28"/>
        </w:rPr>
        <w:t xml:space="preserve">: </w:t>
      </w:r>
      <w:proofErr w:type="spellStart"/>
      <w:r>
        <w:rPr>
          <w:b/>
          <w:smallCaps/>
          <w:color w:val="FFFFFF"/>
          <w:sz w:val="28"/>
          <w:szCs w:val="28"/>
        </w:rPr>
        <w:t>идентичност</w:t>
      </w:r>
      <w:proofErr w:type="spellEnd"/>
      <w:r>
        <w:rPr>
          <w:b/>
          <w:smallCaps/>
          <w:color w:val="FFFFFF"/>
          <w:sz w:val="28"/>
          <w:szCs w:val="28"/>
        </w:rPr>
        <w:t xml:space="preserve">, </w:t>
      </w:r>
      <w:proofErr w:type="spellStart"/>
      <w:r>
        <w:rPr>
          <w:b/>
          <w:smallCaps/>
          <w:color w:val="FFFFFF"/>
          <w:sz w:val="28"/>
          <w:szCs w:val="28"/>
        </w:rPr>
        <w:t>демография</w:t>
      </w:r>
      <w:proofErr w:type="spellEnd"/>
      <w:r>
        <w:rPr>
          <w:b/>
          <w:smallCaps/>
          <w:color w:val="FFFFFF"/>
          <w:sz w:val="28"/>
          <w:szCs w:val="28"/>
        </w:rPr>
        <w:t xml:space="preserve"> и </w:t>
      </w:r>
      <w:proofErr w:type="spellStart"/>
      <w:r>
        <w:rPr>
          <w:b/>
          <w:smallCaps/>
          <w:color w:val="FFFFFF"/>
          <w:sz w:val="28"/>
          <w:szCs w:val="28"/>
        </w:rPr>
        <w:t>историческа</w:t>
      </w:r>
      <w:proofErr w:type="spellEnd"/>
      <w:r>
        <w:rPr>
          <w:b/>
          <w:smallCaps/>
          <w:color w:val="FFFFFF"/>
          <w:sz w:val="28"/>
          <w:szCs w:val="28"/>
        </w:rPr>
        <w:t xml:space="preserve"> </w:t>
      </w:r>
      <w:proofErr w:type="spellStart"/>
      <w:proofErr w:type="gramStart"/>
      <w:r>
        <w:rPr>
          <w:b/>
          <w:smallCaps/>
          <w:color w:val="FFFFFF"/>
          <w:sz w:val="28"/>
          <w:szCs w:val="28"/>
        </w:rPr>
        <w:t>памет</w:t>
      </w:r>
      <w:proofErr w:type="spellEnd"/>
      <w:r>
        <w:rPr>
          <w:b/>
          <w:smallCaps/>
          <w:color w:val="FFFFFF"/>
          <w:sz w:val="28"/>
          <w:szCs w:val="28"/>
        </w:rPr>
        <w:t>“</w:t>
      </w:r>
      <w:proofErr w:type="gramEnd"/>
      <w:r>
        <w:rPr>
          <w:noProof/>
        </w:rPr>
        <w:drawing>
          <wp:anchor distT="0" distB="0" distL="0" distR="0" simplePos="0" relativeHeight="251659776" behindDoc="1" locked="0" layoutInCell="1" allowOverlap="1" wp14:anchorId="36D5450D" wp14:editId="2EC6CA3B">
            <wp:simplePos x="0" y="0"/>
            <wp:positionH relativeFrom="page">
              <wp:posOffset>774700</wp:posOffset>
            </wp:positionH>
            <wp:positionV relativeFrom="paragraph">
              <wp:posOffset>105537</wp:posOffset>
            </wp:positionV>
            <wp:extent cx="6014720" cy="1161286"/>
            <wp:effectExtent l="0" t="0" r="0" b="0"/>
            <wp:wrapNone/>
            <wp:docPr id="705" name="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_g.jpg"/>
                    <pic:cNvPicPr/>
                  </pic:nvPicPr>
                  <pic:blipFill>
                    <a:blip r:embed="rId17"/>
                    <a:stretch>
                      <a:fillRect/>
                    </a:stretch>
                  </pic:blipFill>
                  <pic:spPr>
                    <a:xfrm>
                      <a:off x="0" y="0"/>
                      <a:ext cx="6014720" cy="580643"/>
                    </a:xfrm>
                    <a:prstGeom prst="rect">
                      <a:avLst/>
                    </a:prstGeom>
                  </pic:spPr>
                </pic:pic>
              </a:graphicData>
            </a:graphic>
          </wp:anchor>
        </w:drawing>
      </w:r>
    </w:p>
    <w:p w14:paraId="017BC33E" w14:textId="77777777" w:rsidR="008E5318" w:rsidRPr="0059233B" w:rsidRDefault="00000000">
      <w:pPr>
        <w:keepNext/>
        <w:pBdr>
          <w:bottom w:val="single" w:sz="18" w:space="4" w:color="A5281A"/>
        </w:pBdr>
        <w:spacing w:after="40"/>
        <w:jc w:val="center"/>
        <w:rPr>
          <w:smallCaps/>
          <w:sz w:val="28"/>
          <w:szCs w:val="28"/>
          <w:lang w:val="bg-BG"/>
        </w:rPr>
      </w:pPr>
      <w:r>
        <w:rPr>
          <w:b/>
          <w:smallCaps/>
          <w:color w:val="FFFFFF"/>
          <w:sz w:val="28"/>
          <w:szCs w:val="28"/>
        </w:rPr>
        <w:t xml:space="preserve">SECTION „Bessarabia: Identity, Demography and Historical </w:t>
      </w:r>
      <w:proofErr w:type="gramStart"/>
      <w:r>
        <w:rPr>
          <w:b/>
          <w:smallCaps/>
          <w:color w:val="FFFFFF"/>
          <w:sz w:val="28"/>
          <w:szCs w:val="28"/>
        </w:rPr>
        <w:t>Memory“</w:t>
      </w:r>
      <w:proofErr w:type="gramEnd"/>
    </w:p>
    <w:p w14:paraId="03FDC92A" w14:textId="6761FAC0" w:rsidR="006128FF" w:rsidRPr="00545CA7" w:rsidRDefault="006128FF">
      <w:pPr>
        <w:keepNext/>
        <w:spacing w:after="160"/>
        <w:jc w:val="center"/>
        <w:rPr>
          <w:i/>
          <w:smallCaps/>
          <w:color w:val="1A1A1A"/>
          <w:sz w:val="20"/>
          <w:lang w:val="bg-BG"/>
        </w:rPr>
      </w:pPr>
      <w:r>
        <w:rPr>
          <w:i/>
          <w:color w:val="1A1A1A"/>
          <w:sz w:val="20"/>
        </w:rPr>
        <w:t xml:space="preserve">15:20 – 16:05  </w:t>
      </w:r>
    </w:p>
    <w:p w14:paraId="3A1B071B" w14:textId="77777777" w:rsidR="008E5318" w:rsidRPr="0059233B" w:rsidRDefault="00000000">
      <w:pPr>
        <w:keepNext/>
        <w:pBdr>
          <w:left w:val="single" w:sz="24" w:space="6" w:color="2E7D5B"/>
        </w:pBdr>
        <w:shd w:val="clear" w:color="auto" w:fill="E3EFE7"/>
        <w:jc w:val="center"/>
        <w:rPr>
          <w:color w:val="1A1A1A"/>
        </w:rPr>
      </w:pPr>
      <w:proofErr w:type="spellStart"/>
      <w:r>
        <w:rPr>
          <w:color w:val="1A1A1A"/>
        </w:rPr>
        <w:t>Модератор</w:t>
      </w:r>
      <w:proofErr w:type="spellEnd"/>
      <w:r>
        <w:rPr>
          <w:color w:val="1A1A1A"/>
        </w:rPr>
        <w:t xml:space="preserve">: </w:t>
      </w:r>
      <w:r w:rsidR="00814F4A">
        <w:rPr>
          <w:color w:val="1A1A1A"/>
          <w:lang w:val="bg-BG"/>
        </w:rPr>
        <w:t>д-р Николай Марков</w:t>
      </w:r>
      <w:r>
        <w:rPr>
          <w:color w:val="1A1A1A"/>
        </w:rPr>
        <w:t xml:space="preserve"> / Moderator: </w:t>
      </w:r>
      <w:r w:rsidR="00814F4A">
        <w:rPr>
          <w:rStyle w:val="rynqvb"/>
          <w:lang w:val="en"/>
        </w:rPr>
        <w:t>Dr. Nikolay Markov</w:t>
      </w:r>
    </w:p>
    <w:p w14:paraId="39EC7AA6" w14:textId="77777777" w:rsidR="00143BD7" w:rsidRPr="0091100A" w:rsidRDefault="00143BD7" w:rsidP="00DC5E4C">
      <w:pPr>
        <w:pBdr>
          <w:bottom w:val="single" w:sz="4" w:space="3" w:color="C8D5CC"/>
        </w:pBdr>
        <w:tabs>
          <w:tab w:val="left" w:pos="1474"/>
        </w:tabs>
        <w:spacing w:after="220" w:line="259" w:lineRule="auto"/>
        <w:ind w:left="1474" w:hanging="1474"/>
        <w:rPr>
          <w:lang w:val="bg-BG"/>
        </w:rPr>
      </w:pPr>
      <w:r>
        <w:rPr>
          <w:b/>
          <w:color w:val="A5281A"/>
        </w:rPr>
        <w:t>15:20 – 15:35</w:t>
      </w:r>
      <w:r>
        <w:rPr>
          <w:b/>
          <w:color w:val="1A1A1A"/>
        </w:rPr>
        <w:tab/>
        <w:t>СВЕТЛАНА КОЧ, ЮЛІЯ УЗУН</w:t>
      </w:r>
      <w:r>
        <w:rPr>
          <w:i/>
          <w:color w:val="555555"/>
        </w:rPr>
        <w:t xml:space="preserve"> (</w:t>
      </w:r>
      <w:r w:rsidR="0091100A" w:rsidRPr="0091100A">
        <w:rPr>
          <w:i/>
          <w:color w:val="555555"/>
        </w:rPr>
        <w:t>Odesa National University</w:t>
      </w:r>
      <w:r w:rsidR="0091100A">
        <w:rPr>
          <w:i/>
          <w:color w:val="555555"/>
          <w:lang w:val="bg-BG"/>
        </w:rPr>
        <w:t xml:space="preserve">, </w:t>
      </w:r>
      <w:proofErr w:type="spellStart"/>
      <w:r>
        <w:rPr>
          <w:i/>
          <w:color w:val="555555"/>
        </w:rPr>
        <w:t>Украйна</w:t>
      </w:r>
      <w:proofErr w:type="spellEnd"/>
      <w:r>
        <w:rPr>
          <w:i/>
          <w:color w:val="555555"/>
        </w:rPr>
        <w:t>)</w:t>
      </w:r>
      <w:r>
        <w:rPr>
          <w:color w:val="1A1A1A"/>
        </w:rPr>
        <w:t xml:space="preserve"> – The Identity of the </w:t>
      </w:r>
      <w:proofErr w:type="spellStart"/>
      <w:r>
        <w:rPr>
          <w:color w:val="1A1A1A"/>
        </w:rPr>
        <w:t>Bessarabian</w:t>
      </w:r>
      <w:proofErr w:type="spellEnd"/>
      <w:r>
        <w:rPr>
          <w:color w:val="1A1A1A"/>
        </w:rPr>
        <w:t xml:space="preserve"> Bulgarian Diaspora in the Context of Security Challenges and the Securitization of Border Space</w:t>
      </w:r>
      <w:r w:rsidR="0091100A">
        <w:rPr>
          <w:color w:val="1A1A1A"/>
          <w:lang w:val="bg-BG"/>
        </w:rPr>
        <w:t xml:space="preserve"> / </w:t>
      </w:r>
      <w:r w:rsidR="0091100A" w:rsidRPr="0091100A">
        <w:rPr>
          <w:color w:val="1A1A1A"/>
          <w:lang w:val="bg-BG"/>
        </w:rPr>
        <w:t>Идентичността на бесарабската българска диаспора в контекста на предизвикателствата пред сигурността и секюритизацията на граничното пространство</w:t>
      </w:r>
    </w:p>
    <w:p w14:paraId="4029F2BE" w14:textId="20CCAA85" w:rsidR="00143BD7" w:rsidRPr="0059233B" w:rsidRDefault="00143BD7" w:rsidP="00DC5E4C">
      <w:pPr>
        <w:pBdr>
          <w:bottom w:val="single" w:sz="4" w:space="3" w:color="C8D5CC"/>
        </w:pBdr>
        <w:tabs>
          <w:tab w:val="left" w:pos="1474"/>
        </w:tabs>
        <w:spacing w:after="220" w:line="259" w:lineRule="auto"/>
        <w:ind w:left="1474" w:hanging="1474"/>
        <w:jc w:val="both"/>
        <w:rPr>
          <w:lang w:val="bg-BG"/>
        </w:rPr>
      </w:pPr>
      <w:r>
        <w:rPr>
          <w:b/>
          <w:color w:val="A5281A"/>
        </w:rPr>
        <w:t>15:35 – 15:50</w:t>
      </w:r>
      <w:r>
        <w:rPr>
          <w:b/>
          <w:color w:val="1A1A1A"/>
        </w:rPr>
        <w:tab/>
        <w:t>АЛЕКСАНДЪР ГАНЧЕВ</w:t>
      </w:r>
      <w:r>
        <w:rPr>
          <w:i/>
          <w:color w:val="555555"/>
        </w:rPr>
        <w:t xml:space="preserve"> (</w:t>
      </w:r>
      <w:proofErr w:type="spellStart"/>
      <w:r w:rsidR="0091100A" w:rsidRPr="0091100A">
        <w:rPr>
          <w:i/>
          <w:color w:val="555555"/>
        </w:rPr>
        <w:t>Державний</w:t>
      </w:r>
      <w:proofErr w:type="spellEnd"/>
      <w:r w:rsidR="0091100A" w:rsidRPr="0091100A">
        <w:rPr>
          <w:i/>
          <w:color w:val="555555"/>
        </w:rPr>
        <w:t xml:space="preserve"> </w:t>
      </w:r>
      <w:proofErr w:type="spellStart"/>
      <w:r w:rsidR="0091100A" w:rsidRPr="0091100A">
        <w:rPr>
          <w:i/>
          <w:color w:val="555555"/>
        </w:rPr>
        <w:t>університет</w:t>
      </w:r>
      <w:proofErr w:type="spellEnd"/>
      <w:r w:rsidR="0091100A" w:rsidRPr="0091100A">
        <w:rPr>
          <w:i/>
          <w:color w:val="555555"/>
        </w:rPr>
        <w:t xml:space="preserve"> </w:t>
      </w:r>
      <w:proofErr w:type="spellStart"/>
      <w:r w:rsidR="0091100A" w:rsidRPr="0091100A">
        <w:rPr>
          <w:i/>
          <w:color w:val="555555"/>
        </w:rPr>
        <w:t>інтелектуальних</w:t>
      </w:r>
      <w:proofErr w:type="spellEnd"/>
      <w:r w:rsidR="0091100A" w:rsidRPr="0091100A">
        <w:rPr>
          <w:i/>
          <w:color w:val="555555"/>
        </w:rPr>
        <w:t xml:space="preserve"> </w:t>
      </w:r>
      <w:proofErr w:type="spellStart"/>
      <w:r w:rsidR="0091100A" w:rsidRPr="0091100A">
        <w:rPr>
          <w:i/>
          <w:color w:val="555555"/>
        </w:rPr>
        <w:t>технологій</w:t>
      </w:r>
      <w:proofErr w:type="spellEnd"/>
      <w:r w:rsidR="0091100A" w:rsidRPr="0091100A">
        <w:rPr>
          <w:i/>
          <w:color w:val="555555"/>
        </w:rPr>
        <w:t xml:space="preserve"> і </w:t>
      </w:r>
      <w:proofErr w:type="spellStart"/>
      <w:r w:rsidR="0091100A" w:rsidRPr="0091100A">
        <w:rPr>
          <w:i/>
          <w:color w:val="555555"/>
        </w:rPr>
        <w:t>зв'язку</w:t>
      </w:r>
      <w:proofErr w:type="spellEnd"/>
      <w:r w:rsidR="0091100A" w:rsidRPr="0091100A">
        <w:rPr>
          <w:i/>
          <w:color w:val="555555"/>
        </w:rPr>
        <w:t xml:space="preserve">, </w:t>
      </w:r>
      <w:proofErr w:type="spellStart"/>
      <w:r w:rsidR="0091100A" w:rsidRPr="0091100A">
        <w:rPr>
          <w:i/>
          <w:color w:val="555555"/>
        </w:rPr>
        <w:t>Одеса</w:t>
      </w:r>
      <w:proofErr w:type="spellEnd"/>
      <w:r w:rsidR="0091100A" w:rsidRPr="0091100A">
        <w:rPr>
          <w:i/>
          <w:color w:val="555555"/>
        </w:rPr>
        <w:t xml:space="preserve">, </w:t>
      </w:r>
      <w:proofErr w:type="spellStart"/>
      <w:r w:rsidR="0091100A" w:rsidRPr="0091100A">
        <w:rPr>
          <w:i/>
          <w:color w:val="555555"/>
        </w:rPr>
        <w:t>Укра</w:t>
      </w:r>
      <w:proofErr w:type="spellEnd"/>
      <w:r w:rsidR="00C94FE4">
        <w:rPr>
          <w:i/>
          <w:color w:val="555555"/>
          <w:lang w:val="bg-BG"/>
        </w:rPr>
        <w:t>й</w:t>
      </w:r>
      <w:proofErr w:type="spellStart"/>
      <w:r w:rsidR="0091100A" w:rsidRPr="0091100A">
        <w:rPr>
          <w:i/>
          <w:color w:val="555555"/>
        </w:rPr>
        <w:t>на</w:t>
      </w:r>
      <w:proofErr w:type="spellEnd"/>
      <w:r>
        <w:rPr>
          <w:i/>
          <w:color w:val="555555"/>
        </w:rPr>
        <w:t>)</w:t>
      </w:r>
      <w:r>
        <w:rPr>
          <w:color w:val="1A1A1A"/>
        </w:rPr>
        <w:t xml:space="preserve"> – </w:t>
      </w:r>
      <w:proofErr w:type="spellStart"/>
      <w:r>
        <w:rPr>
          <w:color w:val="1A1A1A"/>
        </w:rPr>
        <w:t>Средна</w:t>
      </w:r>
      <w:proofErr w:type="spellEnd"/>
      <w:r w:rsidR="009E582E">
        <w:rPr>
          <w:color w:val="1A1A1A"/>
          <w:lang w:val="bg-BG"/>
        </w:rPr>
        <w:t>та</w:t>
      </w:r>
      <w:r>
        <w:rPr>
          <w:color w:val="1A1A1A"/>
        </w:rPr>
        <w:t xml:space="preserve"> </w:t>
      </w:r>
      <w:proofErr w:type="spellStart"/>
      <w:r>
        <w:rPr>
          <w:color w:val="1A1A1A"/>
        </w:rPr>
        <w:t>брачна</w:t>
      </w:r>
      <w:proofErr w:type="spellEnd"/>
      <w:r>
        <w:rPr>
          <w:color w:val="1A1A1A"/>
        </w:rPr>
        <w:t xml:space="preserve"> </w:t>
      </w:r>
      <w:proofErr w:type="spellStart"/>
      <w:r>
        <w:rPr>
          <w:color w:val="1A1A1A"/>
        </w:rPr>
        <w:t>възраст</w:t>
      </w:r>
      <w:proofErr w:type="spellEnd"/>
      <w:r>
        <w:rPr>
          <w:color w:val="1A1A1A"/>
        </w:rPr>
        <w:t xml:space="preserve"> </w:t>
      </w:r>
      <w:proofErr w:type="spellStart"/>
      <w:r>
        <w:rPr>
          <w:color w:val="1A1A1A"/>
        </w:rPr>
        <w:t>при</w:t>
      </w:r>
      <w:proofErr w:type="spellEnd"/>
      <w:r>
        <w:rPr>
          <w:color w:val="1A1A1A"/>
        </w:rPr>
        <w:t xml:space="preserve"> </w:t>
      </w:r>
      <w:proofErr w:type="spellStart"/>
      <w:r>
        <w:rPr>
          <w:color w:val="1A1A1A"/>
        </w:rPr>
        <w:t>българите</w:t>
      </w:r>
      <w:proofErr w:type="spellEnd"/>
      <w:r>
        <w:rPr>
          <w:color w:val="1A1A1A"/>
        </w:rPr>
        <w:t xml:space="preserve"> в </w:t>
      </w:r>
      <w:proofErr w:type="spellStart"/>
      <w:r>
        <w:rPr>
          <w:color w:val="1A1A1A"/>
        </w:rPr>
        <w:t>Бесарабия</w:t>
      </w:r>
      <w:proofErr w:type="spellEnd"/>
      <w:r>
        <w:rPr>
          <w:color w:val="1A1A1A"/>
        </w:rPr>
        <w:t xml:space="preserve"> </w:t>
      </w:r>
      <w:proofErr w:type="spellStart"/>
      <w:r>
        <w:rPr>
          <w:color w:val="1A1A1A"/>
        </w:rPr>
        <w:t>през</w:t>
      </w:r>
      <w:proofErr w:type="spellEnd"/>
      <w:r>
        <w:rPr>
          <w:color w:val="1A1A1A"/>
        </w:rPr>
        <w:t xml:space="preserve"> XIX – </w:t>
      </w:r>
      <w:proofErr w:type="spellStart"/>
      <w:r>
        <w:rPr>
          <w:color w:val="1A1A1A"/>
        </w:rPr>
        <w:t>началото</w:t>
      </w:r>
      <w:proofErr w:type="spellEnd"/>
      <w:r>
        <w:rPr>
          <w:color w:val="1A1A1A"/>
        </w:rPr>
        <w:t xml:space="preserve"> </w:t>
      </w:r>
      <w:proofErr w:type="spellStart"/>
      <w:r>
        <w:rPr>
          <w:color w:val="1A1A1A"/>
        </w:rPr>
        <w:t>на</w:t>
      </w:r>
      <w:proofErr w:type="spellEnd"/>
      <w:r>
        <w:rPr>
          <w:color w:val="1A1A1A"/>
        </w:rPr>
        <w:t xml:space="preserve"> XXI </w:t>
      </w:r>
      <w:proofErr w:type="spellStart"/>
      <w:r>
        <w:rPr>
          <w:color w:val="1A1A1A"/>
        </w:rPr>
        <w:t>век</w:t>
      </w:r>
      <w:proofErr w:type="spellEnd"/>
      <w:r>
        <w:rPr>
          <w:color w:val="1A1A1A"/>
        </w:rPr>
        <w:t xml:space="preserve">: </w:t>
      </w:r>
      <w:proofErr w:type="spellStart"/>
      <w:r>
        <w:rPr>
          <w:color w:val="1A1A1A"/>
        </w:rPr>
        <w:t>устойчивост</w:t>
      </w:r>
      <w:proofErr w:type="spellEnd"/>
      <w:r>
        <w:rPr>
          <w:color w:val="1A1A1A"/>
        </w:rPr>
        <w:t xml:space="preserve"> </w:t>
      </w:r>
      <w:r w:rsidR="0091100A">
        <w:rPr>
          <w:color w:val="1A1A1A"/>
          <w:lang w:val="bg-BG"/>
        </w:rPr>
        <w:t>и</w:t>
      </w:r>
      <w:r>
        <w:rPr>
          <w:color w:val="1A1A1A"/>
        </w:rPr>
        <w:t xml:space="preserve"> </w:t>
      </w:r>
      <w:proofErr w:type="spellStart"/>
      <w:r>
        <w:rPr>
          <w:color w:val="1A1A1A"/>
        </w:rPr>
        <w:t>промяна</w:t>
      </w:r>
      <w:proofErr w:type="spellEnd"/>
      <w:r>
        <w:rPr>
          <w:color w:val="1A1A1A"/>
        </w:rPr>
        <w:t xml:space="preserve"> / Average Marriage Age Among the Bulgarians in Bessarabia from the 19th to the Early 21st Century: Stability </w:t>
      </w:r>
      <w:r w:rsidR="0091100A">
        <w:rPr>
          <w:color w:val="1A1A1A"/>
        </w:rPr>
        <w:t>and</w:t>
      </w:r>
      <w:r>
        <w:rPr>
          <w:color w:val="1A1A1A"/>
        </w:rPr>
        <w:t xml:space="preserve"> Change</w:t>
      </w:r>
    </w:p>
    <w:p w14:paraId="245244F5" w14:textId="77777777" w:rsidR="001816FA" w:rsidRPr="004116F6" w:rsidRDefault="00143BD7" w:rsidP="001816FA">
      <w:pPr>
        <w:pBdr>
          <w:bottom w:val="single" w:sz="4" w:space="3" w:color="C8D5CC"/>
        </w:pBdr>
        <w:tabs>
          <w:tab w:val="left" w:pos="1474"/>
        </w:tabs>
        <w:spacing w:after="220" w:line="259" w:lineRule="auto"/>
        <w:ind w:left="1474" w:hanging="1474"/>
        <w:jc w:val="both"/>
        <w:rPr>
          <w:iCs/>
          <w:lang w:val="bg-BG"/>
        </w:rPr>
      </w:pPr>
      <w:r>
        <w:rPr>
          <w:b/>
          <w:color w:val="A5281A"/>
        </w:rPr>
        <w:t>15:50 – 16:05</w:t>
      </w:r>
      <w:r>
        <w:rPr>
          <w:b/>
          <w:color w:val="1A1A1A"/>
        </w:rPr>
        <w:tab/>
        <w:t>КАЛИНА КУНЕВА, БОЖИДАРА ДИМОВА, АНДРЕЙ БОЯДЖИЕВ</w:t>
      </w:r>
      <w:r>
        <w:rPr>
          <w:i/>
          <w:color w:val="555555"/>
        </w:rPr>
        <w:t xml:space="preserve"> (</w:t>
      </w:r>
      <w:proofErr w:type="spellStart"/>
      <w:r w:rsidR="0091100A" w:rsidRPr="0091100A">
        <w:rPr>
          <w:i/>
          <w:color w:val="555555"/>
        </w:rPr>
        <w:t>Софийски</w:t>
      </w:r>
      <w:proofErr w:type="spellEnd"/>
      <w:r w:rsidR="0091100A" w:rsidRPr="0091100A">
        <w:rPr>
          <w:i/>
          <w:color w:val="555555"/>
        </w:rPr>
        <w:t xml:space="preserve"> </w:t>
      </w:r>
      <w:proofErr w:type="spellStart"/>
      <w:r w:rsidR="0091100A" w:rsidRPr="0091100A">
        <w:rPr>
          <w:i/>
          <w:color w:val="555555"/>
        </w:rPr>
        <w:t>университет</w:t>
      </w:r>
      <w:proofErr w:type="spellEnd"/>
      <w:r w:rsidR="0091100A" w:rsidRPr="0091100A">
        <w:rPr>
          <w:i/>
          <w:color w:val="555555"/>
        </w:rPr>
        <w:t xml:space="preserve"> „</w:t>
      </w:r>
      <w:proofErr w:type="spellStart"/>
      <w:r w:rsidR="0091100A" w:rsidRPr="0091100A">
        <w:rPr>
          <w:i/>
          <w:color w:val="555555"/>
        </w:rPr>
        <w:t>Св</w:t>
      </w:r>
      <w:proofErr w:type="spellEnd"/>
      <w:r w:rsidR="0091100A" w:rsidRPr="0091100A">
        <w:rPr>
          <w:i/>
          <w:color w:val="555555"/>
        </w:rPr>
        <w:t xml:space="preserve">. </w:t>
      </w:r>
      <w:proofErr w:type="spellStart"/>
      <w:r w:rsidR="0091100A" w:rsidRPr="0091100A">
        <w:rPr>
          <w:i/>
          <w:color w:val="555555"/>
        </w:rPr>
        <w:t>Климент</w:t>
      </w:r>
      <w:proofErr w:type="spellEnd"/>
      <w:r w:rsidR="0091100A" w:rsidRPr="0091100A">
        <w:rPr>
          <w:i/>
          <w:color w:val="555555"/>
        </w:rPr>
        <w:t xml:space="preserve"> </w:t>
      </w:r>
      <w:proofErr w:type="gramStart"/>
      <w:r w:rsidR="0091100A" w:rsidRPr="0091100A">
        <w:rPr>
          <w:i/>
          <w:color w:val="555555"/>
        </w:rPr>
        <w:t>Охридски“</w:t>
      </w:r>
      <w:proofErr w:type="gramEnd"/>
      <w:r w:rsidR="0091100A">
        <w:rPr>
          <w:i/>
          <w:color w:val="555555"/>
          <w:lang w:val="bg-BG"/>
        </w:rPr>
        <w:t xml:space="preserve">) </w:t>
      </w:r>
      <w:r>
        <w:rPr>
          <w:i/>
          <w:color w:val="555555"/>
        </w:rPr>
        <w:t xml:space="preserve">– </w:t>
      </w:r>
      <w:proofErr w:type="spellStart"/>
      <w:r w:rsidRPr="004116F6">
        <w:rPr>
          <w:iCs/>
          <w:color w:val="555555"/>
        </w:rPr>
        <w:t>Гласник</w:t>
      </w:r>
      <w:proofErr w:type="spellEnd"/>
      <w:r w:rsidRPr="004116F6">
        <w:rPr>
          <w:iCs/>
          <w:color w:val="555555"/>
        </w:rPr>
        <w:t xml:space="preserve">: </w:t>
      </w:r>
      <w:proofErr w:type="spellStart"/>
      <w:r w:rsidRPr="004116F6">
        <w:rPr>
          <w:iCs/>
          <w:color w:val="555555"/>
        </w:rPr>
        <w:t>изследователски</w:t>
      </w:r>
      <w:proofErr w:type="spellEnd"/>
      <w:r w:rsidRPr="004116F6">
        <w:rPr>
          <w:iCs/>
          <w:color w:val="555555"/>
        </w:rPr>
        <w:t xml:space="preserve"> </w:t>
      </w:r>
      <w:proofErr w:type="spellStart"/>
      <w:r w:rsidRPr="004116F6">
        <w:rPr>
          <w:iCs/>
          <w:color w:val="555555"/>
        </w:rPr>
        <w:t>сайт</w:t>
      </w:r>
      <w:proofErr w:type="spellEnd"/>
      <w:r w:rsidRPr="004116F6">
        <w:rPr>
          <w:iCs/>
          <w:color w:val="555555"/>
        </w:rPr>
        <w:t xml:space="preserve"> </w:t>
      </w:r>
      <w:proofErr w:type="spellStart"/>
      <w:r w:rsidRPr="004116F6">
        <w:rPr>
          <w:iCs/>
          <w:color w:val="555555"/>
        </w:rPr>
        <w:t>за</w:t>
      </w:r>
      <w:proofErr w:type="spellEnd"/>
      <w:r w:rsidRPr="004116F6">
        <w:rPr>
          <w:iCs/>
          <w:color w:val="555555"/>
        </w:rPr>
        <w:t xml:space="preserve"> </w:t>
      </w:r>
      <w:proofErr w:type="spellStart"/>
      <w:r w:rsidRPr="004116F6">
        <w:rPr>
          <w:iCs/>
          <w:color w:val="555555"/>
        </w:rPr>
        <w:t>Банат</w:t>
      </w:r>
      <w:proofErr w:type="spellEnd"/>
      <w:r w:rsidRPr="004116F6">
        <w:rPr>
          <w:iCs/>
          <w:color w:val="555555"/>
        </w:rPr>
        <w:t xml:space="preserve"> и </w:t>
      </w:r>
      <w:proofErr w:type="spellStart"/>
      <w:r w:rsidRPr="004116F6">
        <w:rPr>
          <w:iCs/>
          <w:color w:val="555555"/>
        </w:rPr>
        <w:t>Бесарабия</w:t>
      </w:r>
      <w:proofErr w:type="spellEnd"/>
      <w:r w:rsidRPr="004116F6">
        <w:rPr>
          <w:iCs/>
          <w:color w:val="555555"/>
        </w:rPr>
        <w:t xml:space="preserve"> / </w:t>
      </w:r>
      <w:proofErr w:type="spellStart"/>
      <w:r w:rsidRPr="004116F6">
        <w:rPr>
          <w:iCs/>
          <w:color w:val="555555"/>
        </w:rPr>
        <w:t>Glasnik</w:t>
      </w:r>
      <w:proofErr w:type="spellEnd"/>
      <w:r w:rsidRPr="004116F6">
        <w:rPr>
          <w:iCs/>
          <w:color w:val="555555"/>
        </w:rPr>
        <w:t>: A Website with Research Data on Banat and Bessarabia</w:t>
      </w:r>
    </w:p>
    <w:p w14:paraId="032C2DFE" w14:textId="77777777" w:rsidR="008E5318" w:rsidRPr="0059233B" w:rsidRDefault="00000000" w:rsidP="00B614E7">
      <w:pPr>
        <w:pBdr>
          <w:left w:val="single" w:sz="24" w:space="6" w:color="2E7D5B"/>
        </w:pBdr>
        <w:tabs>
          <w:tab w:val="left" w:pos="1474"/>
        </w:tabs>
        <w:spacing w:after="220" w:line="259" w:lineRule="auto"/>
        <w:ind w:left="1474" w:hanging="1474"/>
        <w:jc w:val="both"/>
      </w:pPr>
      <w:r w:rsidRPr="00A71C7F">
        <w:rPr>
          <w:b/>
          <w:bCs/>
          <w:i/>
          <w:color w:val="C00000"/>
        </w:rPr>
        <w:t>16:05 – 16:20</w:t>
      </w:r>
      <w:r w:rsidRPr="00A71C7F">
        <w:rPr>
          <w:i/>
          <w:color w:val="C00000"/>
        </w:rPr>
        <w:t xml:space="preserve">   </w:t>
      </w:r>
      <w:proofErr w:type="spellStart"/>
      <w:r>
        <w:rPr>
          <w:i/>
          <w:color w:val="1A1A1A"/>
        </w:rPr>
        <w:t>Дискусия</w:t>
      </w:r>
      <w:proofErr w:type="spellEnd"/>
      <w:r>
        <w:rPr>
          <w:i/>
          <w:color w:val="1A1A1A"/>
        </w:rPr>
        <w:t xml:space="preserve"> / Discussion</w:t>
      </w:r>
    </w:p>
    <w:p w14:paraId="50ED2B96" w14:textId="772C7B4F" w:rsidR="0044752F" w:rsidRPr="007B29C7" w:rsidRDefault="00000000" w:rsidP="002B7E9B">
      <w:pPr>
        <w:shd w:val="clear" w:color="auto" w:fill="2A5E33"/>
        <w:tabs>
          <w:tab w:val="left" w:pos="1474"/>
        </w:tabs>
        <w:spacing w:before="80"/>
        <w:ind w:left="1474" w:hanging="1474"/>
        <w:jc w:val="both"/>
        <w:rPr>
          <w:b/>
          <w:i/>
          <w:iCs/>
          <w:color w:val="FFFFFF"/>
          <w:lang w:val="bg-BG"/>
        </w:rPr>
      </w:pPr>
      <w:r>
        <w:rPr>
          <w:b/>
          <w:color w:val="FFFFFF"/>
        </w:rPr>
        <w:t>16:30 – 17:30</w:t>
      </w:r>
      <w:r>
        <w:rPr>
          <w:b/>
          <w:color w:val="FFFFFF"/>
        </w:rPr>
        <w:tab/>
      </w:r>
      <w:proofErr w:type="spellStart"/>
      <w:r>
        <w:rPr>
          <w:b/>
          <w:color w:val="FFFFFF"/>
        </w:rPr>
        <w:t>Представяне</w:t>
      </w:r>
      <w:proofErr w:type="spellEnd"/>
      <w:r>
        <w:rPr>
          <w:b/>
          <w:color w:val="FFFFFF"/>
        </w:rPr>
        <w:t xml:space="preserve"> </w:t>
      </w:r>
      <w:proofErr w:type="spellStart"/>
      <w:r>
        <w:rPr>
          <w:b/>
          <w:color w:val="FFFFFF"/>
        </w:rPr>
        <w:t>на</w:t>
      </w:r>
      <w:proofErr w:type="spellEnd"/>
      <w:r>
        <w:rPr>
          <w:b/>
          <w:color w:val="FFFFFF"/>
        </w:rPr>
        <w:t xml:space="preserve"> </w:t>
      </w:r>
      <w:proofErr w:type="spellStart"/>
      <w:r>
        <w:rPr>
          <w:b/>
          <w:color w:val="FFFFFF"/>
        </w:rPr>
        <w:t>монография</w:t>
      </w:r>
      <w:proofErr w:type="spellEnd"/>
      <w:r>
        <w:rPr>
          <w:b/>
          <w:color w:val="FFFFFF"/>
        </w:rPr>
        <w:t xml:space="preserve">. </w:t>
      </w:r>
      <w:proofErr w:type="spellStart"/>
      <w:r>
        <w:rPr>
          <w:b/>
          <w:color w:val="FFFFFF"/>
        </w:rPr>
        <w:t>Татяна</w:t>
      </w:r>
      <w:proofErr w:type="spellEnd"/>
      <w:r>
        <w:rPr>
          <w:b/>
          <w:color w:val="FFFFFF"/>
        </w:rPr>
        <w:t xml:space="preserve"> </w:t>
      </w:r>
      <w:proofErr w:type="spellStart"/>
      <w:r>
        <w:rPr>
          <w:b/>
          <w:color w:val="FFFFFF"/>
        </w:rPr>
        <w:t>Брага</w:t>
      </w:r>
      <w:proofErr w:type="spellEnd"/>
      <w:r>
        <w:rPr>
          <w:b/>
          <w:color w:val="FFFFFF"/>
        </w:rPr>
        <w:t xml:space="preserve"> </w:t>
      </w:r>
      <w:r w:rsidRPr="0044752F">
        <w:rPr>
          <w:b/>
          <w:i/>
          <w:iCs/>
          <w:color w:val="FFFFFF"/>
        </w:rPr>
        <w:t>„</w:t>
      </w:r>
      <w:proofErr w:type="spellStart"/>
      <w:r w:rsidRPr="0044752F">
        <w:rPr>
          <w:b/>
          <w:i/>
          <w:iCs/>
          <w:color w:val="FFFFFF"/>
        </w:rPr>
        <w:t>Имената</w:t>
      </w:r>
      <w:proofErr w:type="spellEnd"/>
      <w:r w:rsidRPr="0044752F">
        <w:rPr>
          <w:b/>
          <w:i/>
          <w:iCs/>
          <w:color w:val="FFFFFF"/>
        </w:rPr>
        <w:t xml:space="preserve"> </w:t>
      </w:r>
      <w:proofErr w:type="spellStart"/>
      <w:r w:rsidRPr="0044752F">
        <w:rPr>
          <w:b/>
          <w:i/>
          <w:iCs/>
          <w:color w:val="FFFFFF"/>
        </w:rPr>
        <w:t>на</w:t>
      </w:r>
      <w:proofErr w:type="spellEnd"/>
      <w:r w:rsidRPr="0044752F">
        <w:rPr>
          <w:b/>
          <w:i/>
          <w:iCs/>
          <w:color w:val="FFFFFF"/>
        </w:rPr>
        <w:t xml:space="preserve"> </w:t>
      </w:r>
      <w:proofErr w:type="spellStart"/>
      <w:r w:rsidRPr="0044752F">
        <w:rPr>
          <w:b/>
          <w:i/>
          <w:iCs/>
          <w:color w:val="FFFFFF"/>
        </w:rPr>
        <w:t>българите</w:t>
      </w:r>
      <w:proofErr w:type="spellEnd"/>
      <w:r w:rsidRPr="0044752F">
        <w:rPr>
          <w:b/>
          <w:i/>
          <w:iCs/>
          <w:color w:val="FFFFFF"/>
        </w:rPr>
        <w:t xml:space="preserve"> в </w:t>
      </w:r>
      <w:proofErr w:type="spellStart"/>
      <w:r w:rsidRPr="0044752F">
        <w:rPr>
          <w:b/>
          <w:i/>
          <w:iCs/>
          <w:color w:val="FFFFFF"/>
        </w:rPr>
        <w:t>Болградско</w:t>
      </w:r>
      <w:proofErr w:type="spellEnd"/>
      <w:r w:rsidRPr="0044752F">
        <w:rPr>
          <w:b/>
          <w:i/>
          <w:iCs/>
          <w:color w:val="FFFFFF"/>
        </w:rPr>
        <w:t xml:space="preserve"> (</w:t>
      </w:r>
      <w:proofErr w:type="spellStart"/>
      <w:r w:rsidRPr="0044752F">
        <w:rPr>
          <w:b/>
          <w:i/>
          <w:iCs/>
          <w:color w:val="FFFFFF"/>
        </w:rPr>
        <w:t>Южна</w:t>
      </w:r>
      <w:proofErr w:type="spellEnd"/>
      <w:r w:rsidRPr="0044752F">
        <w:rPr>
          <w:b/>
          <w:i/>
          <w:iCs/>
          <w:color w:val="FFFFFF"/>
        </w:rPr>
        <w:t xml:space="preserve"> </w:t>
      </w:r>
      <w:proofErr w:type="spellStart"/>
      <w:r w:rsidRPr="0044752F">
        <w:rPr>
          <w:b/>
          <w:i/>
          <w:iCs/>
          <w:color w:val="FFFFFF"/>
        </w:rPr>
        <w:t>Бесарабия</w:t>
      </w:r>
      <w:proofErr w:type="spellEnd"/>
      <w:r w:rsidRPr="0044752F">
        <w:rPr>
          <w:b/>
          <w:i/>
          <w:iCs/>
          <w:color w:val="FFFFFF"/>
        </w:rPr>
        <w:t xml:space="preserve">). </w:t>
      </w:r>
      <w:proofErr w:type="spellStart"/>
      <w:r w:rsidRPr="0044752F">
        <w:rPr>
          <w:b/>
          <w:i/>
          <w:iCs/>
          <w:color w:val="FFFFFF"/>
        </w:rPr>
        <w:t>Част</w:t>
      </w:r>
      <w:proofErr w:type="spellEnd"/>
      <w:r w:rsidRPr="0044752F">
        <w:rPr>
          <w:b/>
          <w:i/>
          <w:iCs/>
          <w:color w:val="FFFFFF"/>
        </w:rPr>
        <w:t xml:space="preserve"> I. </w:t>
      </w:r>
      <w:proofErr w:type="spellStart"/>
      <w:r w:rsidRPr="0044752F">
        <w:rPr>
          <w:b/>
          <w:i/>
          <w:iCs/>
          <w:color w:val="FFFFFF"/>
        </w:rPr>
        <w:t>Идентичността</w:t>
      </w:r>
      <w:proofErr w:type="spellEnd"/>
      <w:r w:rsidRPr="0044752F">
        <w:rPr>
          <w:b/>
          <w:i/>
          <w:iCs/>
          <w:color w:val="FFFFFF"/>
        </w:rPr>
        <w:t xml:space="preserve"> </w:t>
      </w:r>
      <w:proofErr w:type="spellStart"/>
      <w:r w:rsidRPr="0044752F">
        <w:rPr>
          <w:b/>
          <w:i/>
          <w:iCs/>
          <w:color w:val="FFFFFF"/>
        </w:rPr>
        <w:t>на</w:t>
      </w:r>
      <w:proofErr w:type="spellEnd"/>
      <w:r w:rsidRPr="0044752F">
        <w:rPr>
          <w:b/>
          <w:i/>
          <w:iCs/>
          <w:color w:val="FFFFFF"/>
        </w:rPr>
        <w:t xml:space="preserve"> </w:t>
      </w:r>
      <w:proofErr w:type="spellStart"/>
      <w:r w:rsidRPr="0044752F">
        <w:rPr>
          <w:b/>
          <w:i/>
          <w:iCs/>
          <w:color w:val="FFFFFF"/>
        </w:rPr>
        <w:t>бесарабските</w:t>
      </w:r>
      <w:proofErr w:type="spellEnd"/>
      <w:r w:rsidRPr="0044752F">
        <w:rPr>
          <w:b/>
          <w:i/>
          <w:iCs/>
          <w:color w:val="FFFFFF"/>
        </w:rPr>
        <w:t xml:space="preserve"> </w:t>
      </w:r>
      <w:proofErr w:type="spellStart"/>
      <w:r w:rsidRPr="0044752F">
        <w:rPr>
          <w:b/>
          <w:i/>
          <w:iCs/>
          <w:color w:val="FFFFFF"/>
        </w:rPr>
        <w:t>българи</w:t>
      </w:r>
      <w:proofErr w:type="spellEnd"/>
      <w:r w:rsidRPr="0044752F">
        <w:rPr>
          <w:b/>
          <w:i/>
          <w:iCs/>
          <w:color w:val="FFFFFF"/>
        </w:rPr>
        <w:t xml:space="preserve"> </w:t>
      </w:r>
      <w:proofErr w:type="spellStart"/>
      <w:r w:rsidRPr="0044752F">
        <w:rPr>
          <w:b/>
          <w:i/>
          <w:iCs/>
          <w:color w:val="FFFFFF"/>
        </w:rPr>
        <w:t>между</w:t>
      </w:r>
      <w:proofErr w:type="spellEnd"/>
      <w:r w:rsidRPr="0044752F">
        <w:rPr>
          <w:b/>
          <w:i/>
          <w:iCs/>
          <w:color w:val="FFFFFF"/>
        </w:rPr>
        <w:t xml:space="preserve"> </w:t>
      </w:r>
      <w:proofErr w:type="spellStart"/>
      <w:r w:rsidRPr="0044752F">
        <w:rPr>
          <w:b/>
          <w:i/>
          <w:iCs/>
          <w:color w:val="FFFFFF"/>
        </w:rPr>
        <w:t>езика</w:t>
      </w:r>
      <w:proofErr w:type="spellEnd"/>
      <w:r w:rsidRPr="0044752F">
        <w:rPr>
          <w:b/>
          <w:i/>
          <w:iCs/>
          <w:color w:val="FFFFFF"/>
        </w:rPr>
        <w:t xml:space="preserve">, </w:t>
      </w:r>
      <w:proofErr w:type="spellStart"/>
      <w:r w:rsidRPr="0044752F">
        <w:rPr>
          <w:b/>
          <w:i/>
          <w:iCs/>
          <w:color w:val="FFFFFF"/>
        </w:rPr>
        <w:t>историята</w:t>
      </w:r>
      <w:proofErr w:type="spellEnd"/>
      <w:r w:rsidRPr="0044752F">
        <w:rPr>
          <w:b/>
          <w:i/>
          <w:iCs/>
          <w:color w:val="FFFFFF"/>
        </w:rPr>
        <w:t xml:space="preserve"> и </w:t>
      </w:r>
      <w:proofErr w:type="spellStart"/>
      <w:proofErr w:type="gramStart"/>
      <w:r w:rsidRPr="0044752F">
        <w:rPr>
          <w:b/>
          <w:i/>
          <w:iCs/>
          <w:color w:val="FFFFFF"/>
        </w:rPr>
        <w:t>миграцията</w:t>
      </w:r>
      <w:proofErr w:type="spellEnd"/>
      <w:r w:rsidRPr="0044752F">
        <w:rPr>
          <w:b/>
          <w:i/>
          <w:iCs/>
          <w:color w:val="FFFFFF"/>
        </w:rPr>
        <w:t>“</w:t>
      </w:r>
      <w:proofErr w:type="gramEnd"/>
      <w:r w:rsidRPr="0044752F">
        <w:rPr>
          <w:b/>
          <w:i/>
          <w:iCs/>
          <w:color w:val="FFFFFF"/>
        </w:rPr>
        <w:t xml:space="preserve">. </w:t>
      </w:r>
      <w:proofErr w:type="spellStart"/>
      <w:r w:rsidRPr="001928A6">
        <w:rPr>
          <w:bCs/>
          <w:i/>
          <w:iCs/>
          <w:color w:val="FFFFFF"/>
        </w:rPr>
        <w:t>Книгата</w:t>
      </w:r>
      <w:proofErr w:type="spellEnd"/>
      <w:r w:rsidRPr="001928A6">
        <w:rPr>
          <w:bCs/>
          <w:i/>
          <w:iCs/>
          <w:color w:val="FFFFFF"/>
        </w:rPr>
        <w:t xml:space="preserve"> е </w:t>
      </w:r>
      <w:proofErr w:type="spellStart"/>
      <w:r w:rsidRPr="001928A6">
        <w:rPr>
          <w:bCs/>
          <w:i/>
          <w:iCs/>
          <w:color w:val="FFFFFF"/>
        </w:rPr>
        <w:t>подкрепена</w:t>
      </w:r>
      <w:proofErr w:type="spellEnd"/>
      <w:r w:rsidRPr="001928A6">
        <w:rPr>
          <w:bCs/>
          <w:i/>
          <w:iCs/>
          <w:color w:val="FFFFFF"/>
        </w:rPr>
        <w:t xml:space="preserve"> </w:t>
      </w:r>
      <w:proofErr w:type="spellStart"/>
      <w:r w:rsidRPr="001928A6">
        <w:rPr>
          <w:bCs/>
          <w:i/>
          <w:iCs/>
          <w:color w:val="FFFFFF"/>
        </w:rPr>
        <w:t>от</w:t>
      </w:r>
      <w:proofErr w:type="spellEnd"/>
      <w:r w:rsidRPr="001928A6">
        <w:rPr>
          <w:bCs/>
          <w:i/>
          <w:iCs/>
          <w:color w:val="FFFFFF"/>
        </w:rPr>
        <w:t xml:space="preserve"> </w:t>
      </w:r>
      <w:proofErr w:type="spellStart"/>
      <w:r w:rsidRPr="001928A6">
        <w:rPr>
          <w:bCs/>
          <w:i/>
          <w:iCs/>
          <w:color w:val="FFFFFF"/>
        </w:rPr>
        <w:t>Съвета</w:t>
      </w:r>
      <w:proofErr w:type="spellEnd"/>
      <w:r w:rsidRPr="001928A6">
        <w:rPr>
          <w:bCs/>
          <w:i/>
          <w:iCs/>
          <w:color w:val="FFFFFF"/>
        </w:rPr>
        <w:t xml:space="preserve"> </w:t>
      </w:r>
      <w:proofErr w:type="spellStart"/>
      <w:r w:rsidRPr="001928A6">
        <w:rPr>
          <w:bCs/>
          <w:i/>
          <w:iCs/>
          <w:color w:val="FFFFFF"/>
        </w:rPr>
        <w:t>за</w:t>
      </w:r>
      <w:proofErr w:type="spellEnd"/>
      <w:r w:rsidRPr="001928A6">
        <w:rPr>
          <w:bCs/>
          <w:i/>
          <w:iCs/>
          <w:color w:val="FFFFFF"/>
        </w:rPr>
        <w:t xml:space="preserve"> </w:t>
      </w:r>
      <w:proofErr w:type="spellStart"/>
      <w:r w:rsidRPr="001928A6">
        <w:rPr>
          <w:bCs/>
          <w:i/>
          <w:iCs/>
          <w:color w:val="FFFFFF"/>
        </w:rPr>
        <w:t>издателска</w:t>
      </w:r>
      <w:proofErr w:type="spellEnd"/>
      <w:r w:rsidRPr="001928A6">
        <w:rPr>
          <w:bCs/>
          <w:i/>
          <w:iCs/>
          <w:color w:val="FFFFFF"/>
        </w:rPr>
        <w:t xml:space="preserve"> </w:t>
      </w:r>
      <w:proofErr w:type="spellStart"/>
      <w:r w:rsidRPr="001928A6">
        <w:rPr>
          <w:bCs/>
          <w:i/>
          <w:iCs/>
          <w:color w:val="FFFFFF"/>
        </w:rPr>
        <w:t>дейност</w:t>
      </w:r>
      <w:proofErr w:type="spellEnd"/>
      <w:r w:rsidRPr="001928A6">
        <w:rPr>
          <w:bCs/>
          <w:i/>
          <w:iCs/>
          <w:color w:val="FFFFFF"/>
        </w:rPr>
        <w:t xml:space="preserve"> </w:t>
      </w:r>
      <w:proofErr w:type="spellStart"/>
      <w:r w:rsidRPr="001928A6">
        <w:rPr>
          <w:bCs/>
          <w:i/>
          <w:iCs/>
          <w:color w:val="FFFFFF"/>
        </w:rPr>
        <w:t>към</w:t>
      </w:r>
      <w:proofErr w:type="spellEnd"/>
      <w:r w:rsidRPr="001928A6">
        <w:rPr>
          <w:bCs/>
          <w:i/>
          <w:iCs/>
          <w:color w:val="FFFFFF"/>
        </w:rPr>
        <w:t xml:space="preserve"> </w:t>
      </w:r>
      <w:proofErr w:type="spellStart"/>
      <w:r w:rsidRPr="001928A6">
        <w:rPr>
          <w:bCs/>
          <w:i/>
          <w:iCs/>
          <w:color w:val="FFFFFF"/>
        </w:rPr>
        <w:t>Управителния</w:t>
      </w:r>
      <w:proofErr w:type="spellEnd"/>
      <w:r w:rsidRPr="001928A6">
        <w:rPr>
          <w:bCs/>
          <w:i/>
          <w:iCs/>
          <w:color w:val="FFFFFF"/>
        </w:rPr>
        <w:t xml:space="preserve"> </w:t>
      </w:r>
      <w:proofErr w:type="spellStart"/>
      <w:r w:rsidRPr="001928A6">
        <w:rPr>
          <w:bCs/>
          <w:i/>
          <w:iCs/>
          <w:color w:val="FFFFFF"/>
        </w:rPr>
        <w:t>съвет</w:t>
      </w:r>
      <w:proofErr w:type="spellEnd"/>
      <w:r w:rsidRPr="001928A6">
        <w:rPr>
          <w:bCs/>
          <w:i/>
          <w:iCs/>
          <w:color w:val="FFFFFF"/>
        </w:rPr>
        <w:t xml:space="preserve"> </w:t>
      </w:r>
      <w:proofErr w:type="spellStart"/>
      <w:r w:rsidRPr="001928A6">
        <w:rPr>
          <w:bCs/>
          <w:i/>
          <w:iCs/>
          <w:color w:val="FFFFFF"/>
        </w:rPr>
        <w:t>на</w:t>
      </w:r>
      <w:proofErr w:type="spellEnd"/>
      <w:r w:rsidRPr="001928A6">
        <w:rPr>
          <w:bCs/>
          <w:i/>
          <w:iCs/>
          <w:color w:val="FFFFFF"/>
        </w:rPr>
        <w:t xml:space="preserve"> </w:t>
      </w:r>
      <w:proofErr w:type="spellStart"/>
      <w:r w:rsidRPr="001928A6">
        <w:rPr>
          <w:bCs/>
          <w:i/>
          <w:iCs/>
          <w:color w:val="FFFFFF"/>
        </w:rPr>
        <w:t>Българската</w:t>
      </w:r>
      <w:proofErr w:type="spellEnd"/>
      <w:r w:rsidRPr="001928A6">
        <w:rPr>
          <w:bCs/>
          <w:i/>
          <w:iCs/>
          <w:color w:val="FFFFFF"/>
        </w:rPr>
        <w:t xml:space="preserve"> </w:t>
      </w:r>
      <w:proofErr w:type="spellStart"/>
      <w:r w:rsidRPr="001928A6">
        <w:rPr>
          <w:bCs/>
          <w:i/>
          <w:iCs/>
          <w:color w:val="FFFFFF"/>
        </w:rPr>
        <w:t>академия</w:t>
      </w:r>
      <w:proofErr w:type="spellEnd"/>
      <w:r w:rsidRPr="001928A6">
        <w:rPr>
          <w:bCs/>
          <w:i/>
          <w:iCs/>
          <w:color w:val="FFFFFF"/>
        </w:rPr>
        <w:t xml:space="preserve"> </w:t>
      </w:r>
      <w:proofErr w:type="spellStart"/>
      <w:r w:rsidRPr="001928A6">
        <w:rPr>
          <w:bCs/>
          <w:i/>
          <w:iCs/>
          <w:color w:val="FFFFFF"/>
        </w:rPr>
        <w:t>на</w:t>
      </w:r>
      <w:proofErr w:type="spellEnd"/>
      <w:r w:rsidRPr="001928A6">
        <w:rPr>
          <w:bCs/>
          <w:i/>
          <w:iCs/>
          <w:color w:val="FFFFFF"/>
        </w:rPr>
        <w:t xml:space="preserve"> </w:t>
      </w:r>
      <w:proofErr w:type="spellStart"/>
      <w:r w:rsidRPr="001928A6">
        <w:rPr>
          <w:bCs/>
          <w:i/>
          <w:iCs/>
          <w:color w:val="FFFFFF"/>
        </w:rPr>
        <w:t>науките</w:t>
      </w:r>
      <w:proofErr w:type="spellEnd"/>
      <w:r w:rsidRPr="001928A6">
        <w:rPr>
          <w:bCs/>
          <w:i/>
          <w:iCs/>
          <w:color w:val="FFFFFF"/>
        </w:rPr>
        <w:t xml:space="preserve"> и </w:t>
      </w:r>
      <w:proofErr w:type="spellStart"/>
      <w:r w:rsidRPr="001928A6">
        <w:rPr>
          <w:bCs/>
          <w:i/>
          <w:iCs/>
          <w:color w:val="FFFFFF"/>
        </w:rPr>
        <w:t>финансирана</w:t>
      </w:r>
      <w:proofErr w:type="spellEnd"/>
      <w:r w:rsidRPr="001928A6">
        <w:rPr>
          <w:bCs/>
          <w:i/>
          <w:iCs/>
          <w:color w:val="FFFFFF"/>
        </w:rPr>
        <w:t xml:space="preserve"> </w:t>
      </w:r>
      <w:proofErr w:type="spellStart"/>
      <w:r w:rsidRPr="001928A6">
        <w:rPr>
          <w:bCs/>
          <w:i/>
          <w:iCs/>
          <w:color w:val="FFFFFF"/>
        </w:rPr>
        <w:t>по</w:t>
      </w:r>
      <w:proofErr w:type="spellEnd"/>
      <w:r w:rsidRPr="001928A6">
        <w:rPr>
          <w:bCs/>
          <w:i/>
          <w:iCs/>
          <w:color w:val="FFFFFF"/>
        </w:rPr>
        <w:t xml:space="preserve"> </w:t>
      </w:r>
      <w:proofErr w:type="spellStart"/>
      <w:r w:rsidRPr="001928A6">
        <w:rPr>
          <w:bCs/>
          <w:i/>
          <w:iCs/>
          <w:color w:val="FFFFFF"/>
        </w:rPr>
        <w:t>Програмата</w:t>
      </w:r>
      <w:proofErr w:type="spellEnd"/>
      <w:r w:rsidRPr="001928A6">
        <w:rPr>
          <w:bCs/>
          <w:i/>
          <w:iCs/>
          <w:color w:val="FFFFFF"/>
        </w:rPr>
        <w:t xml:space="preserve"> </w:t>
      </w:r>
      <w:proofErr w:type="spellStart"/>
      <w:r w:rsidRPr="001928A6">
        <w:rPr>
          <w:bCs/>
          <w:i/>
          <w:iCs/>
          <w:color w:val="FFFFFF"/>
        </w:rPr>
        <w:t>за</w:t>
      </w:r>
      <w:proofErr w:type="spellEnd"/>
      <w:r w:rsidRPr="001928A6">
        <w:rPr>
          <w:bCs/>
          <w:i/>
          <w:iCs/>
          <w:color w:val="FFFFFF"/>
        </w:rPr>
        <w:t xml:space="preserve"> </w:t>
      </w:r>
      <w:proofErr w:type="spellStart"/>
      <w:r w:rsidRPr="001928A6">
        <w:rPr>
          <w:bCs/>
          <w:i/>
          <w:iCs/>
          <w:color w:val="FFFFFF"/>
        </w:rPr>
        <w:t>изследване</w:t>
      </w:r>
      <w:proofErr w:type="spellEnd"/>
      <w:r w:rsidRPr="001928A6">
        <w:rPr>
          <w:bCs/>
          <w:i/>
          <w:iCs/>
          <w:color w:val="FFFFFF"/>
        </w:rPr>
        <w:t xml:space="preserve"> </w:t>
      </w:r>
      <w:proofErr w:type="spellStart"/>
      <w:r w:rsidRPr="001928A6">
        <w:rPr>
          <w:bCs/>
          <w:i/>
          <w:iCs/>
          <w:color w:val="FFFFFF"/>
        </w:rPr>
        <w:t>на</w:t>
      </w:r>
      <w:proofErr w:type="spellEnd"/>
      <w:r w:rsidRPr="001928A6">
        <w:rPr>
          <w:bCs/>
          <w:i/>
          <w:iCs/>
          <w:color w:val="FFFFFF"/>
        </w:rPr>
        <w:t xml:space="preserve"> </w:t>
      </w:r>
      <w:proofErr w:type="spellStart"/>
      <w:r w:rsidRPr="001928A6">
        <w:rPr>
          <w:bCs/>
          <w:i/>
          <w:iCs/>
          <w:color w:val="FFFFFF"/>
        </w:rPr>
        <w:t>българската</w:t>
      </w:r>
      <w:proofErr w:type="spellEnd"/>
      <w:r w:rsidRPr="001928A6">
        <w:rPr>
          <w:bCs/>
          <w:i/>
          <w:iCs/>
          <w:color w:val="FFFFFF"/>
        </w:rPr>
        <w:t xml:space="preserve"> </w:t>
      </w:r>
      <w:proofErr w:type="spellStart"/>
      <w:r w:rsidRPr="001928A6">
        <w:rPr>
          <w:bCs/>
          <w:i/>
          <w:iCs/>
          <w:color w:val="FFFFFF"/>
        </w:rPr>
        <w:t>диаспора</w:t>
      </w:r>
      <w:proofErr w:type="spellEnd"/>
      <w:r w:rsidRPr="001928A6">
        <w:rPr>
          <w:bCs/>
          <w:i/>
          <w:iCs/>
          <w:color w:val="FFFFFF"/>
        </w:rPr>
        <w:t xml:space="preserve"> </w:t>
      </w:r>
      <w:proofErr w:type="spellStart"/>
      <w:r w:rsidRPr="001928A6">
        <w:rPr>
          <w:bCs/>
          <w:i/>
          <w:iCs/>
          <w:color w:val="FFFFFF"/>
        </w:rPr>
        <w:t>извън</w:t>
      </w:r>
      <w:proofErr w:type="spellEnd"/>
      <w:r w:rsidRPr="001928A6">
        <w:rPr>
          <w:bCs/>
          <w:i/>
          <w:iCs/>
          <w:color w:val="FFFFFF"/>
        </w:rPr>
        <w:t xml:space="preserve"> </w:t>
      </w:r>
      <w:proofErr w:type="spellStart"/>
      <w:r w:rsidRPr="001928A6">
        <w:rPr>
          <w:bCs/>
          <w:i/>
          <w:iCs/>
          <w:color w:val="FFFFFF"/>
        </w:rPr>
        <w:t>страната</w:t>
      </w:r>
      <w:proofErr w:type="spellEnd"/>
    </w:p>
    <w:p w14:paraId="35ADE9D2" w14:textId="3E0A6A6F" w:rsidR="008E5318" w:rsidRDefault="00000000" w:rsidP="002B7E9B">
      <w:pPr>
        <w:shd w:val="clear" w:color="auto" w:fill="2A5E33"/>
        <w:tabs>
          <w:tab w:val="left" w:pos="1474"/>
        </w:tabs>
        <w:spacing w:before="80"/>
        <w:ind w:left="1474" w:hanging="1474"/>
        <w:jc w:val="both"/>
        <w:rPr>
          <w:bCs/>
          <w:i/>
          <w:iCs/>
          <w:color w:val="FFFFFF"/>
          <w:lang w:val="bg-BG"/>
        </w:rPr>
      </w:pPr>
      <w:r>
        <w:rPr>
          <w:b/>
          <w:color w:val="FFFFFF"/>
        </w:rPr>
        <w:t>Book Presentation. Tatyana Braga</w:t>
      </w:r>
      <w:r w:rsidRPr="0044752F">
        <w:rPr>
          <w:b/>
          <w:i/>
          <w:iCs/>
          <w:color w:val="FFFFFF"/>
        </w:rPr>
        <w:t xml:space="preserve">, The Names of the Bulgarians in the </w:t>
      </w:r>
      <w:proofErr w:type="spellStart"/>
      <w:r w:rsidRPr="0044752F">
        <w:rPr>
          <w:b/>
          <w:i/>
          <w:iCs/>
          <w:color w:val="FFFFFF"/>
        </w:rPr>
        <w:t>Bolgrad</w:t>
      </w:r>
      <w:proofErr w:type="spellEnd"/>
      <w:r w:rsidRPr="0044752F">
        <w:rPr>
          <w:b/>
          <w:i/>
          <w:iCs/>
          <w:color w:val="FFFFFF"/>
        </w:rPr>
        <w:t xml:space="preserve"> Region (Southern Bessarabia). Part I. The Identity of the </w:t>
      </w:r>
      <w:proofErr w:type="spellStart"/>
      <w:r w:rsidRPr="0044752F">
        <w:rPr>
          <w:b/>
          <w:i/>
          <w:iCs/>
          <w:color w:val="FFFFFF"/>
        </w:rPr>
        <w:t>Bessarabian</w:t>
      </w:r>
      <w:proofErr w:type="spellEnd"/>
      <w:r w:rsidRPr="0044752F">
        <w:rPr>
          <w:b/>
          <w:i/>
          <w:iCs/>
          <w:color w:val="FFFFFF"/>
        </w:rPr>
        <w:t xml:space="preserve"> Bulgarians Between Language, History, and Migration. </w:t>
      </w:r>
      <w:r w:rsidRPr="001928A6">
        <w:rPr>
          <w:bCs/>
          <w:i/>
          <w:iCs/>
          <w:color w:val="FFFFFF"/>
        </w:rPr>
        <w:t xml:space="preserve">The book is supported by the Publishing Activities Council under the Governing Board of the Bulgarian Academy of Sciences and funded under the </w:t>
      </w:r>
      <w:proofErr w:type="spellStart"/>
      <w:r w:rsidRPr="001928A6">
        <w:rPr>
          <w:bCs/>
          <w:i/>
          <w:iCs/>
          <w:color w:val="FFFFFF"/>
        </w:rPr>
        <w:t>Programme</w:t>
      </w:r>
      <w:proofErr w:type="spellEnd"/>
      <w:r w:rsidRPr="001928A6">
        <w:rPr>
          <w:bCs/>
          <w:i/>
          <w:iCs/>
          <w:color w:val="FFFFFF"/>
        </w:rPr>
        <w:t xml:space="preserve"> for the Study of the Bulgarian Diaspora Abroad</w:t>
      </w:r>
    </w:p>
    <w:p w14:paraId="53219199" w14:textId="77777777" w:rsidR="007B29C7" w:rsidRPr="007B29C7" w:rsidRDefault="007B29C7" w:rsidP="002B7E9B">
      <w:pPr>
        <w:shd w:val="clear" w:color="auto" w:fill="2A5E33"/>
        <w:tabs>
          <w:tab w:val="left" w:pos="1474"/>
        </w:tabs>
        <w:spacing w:before="80"/>
        <w:ind w:left="1474" w:hanging="1474"/>
        <w:jc w:val="both"/>
        <w:rPr>
          <w:bCs/>
          <w:i/>
          <w:iCs/>
          <w:color w:val="FFFFFF"/>
          <w:lang w:val="bg-BG"/>
        </w:rPr>
      </w:pPr>
    </w:p>
    <w:p w14:paraId="6BEFDCFA" w14:textId="77777777" w:rsidR="003F732D" w:rsidRPr="003F732D" w:rsidRDefault="003F732D" w:rsidP="002B7E9B">
      <w:pPr>
        <w:tabs>
          <w:tab w:val="left" w:pos="1474"/>
        </w:tabs>
        <w:spacing w:before="80"/>
        <w:ind w:left="1474" w:hanging="1474"/>
        <w:jc w:val="both"/>
        <w:rPr>
          <w:bCs/>
          <w:i/>
          <w:color w:val="2A5E33"/>
          <w:lang w:val="bg-BG"/>
        </w:rPr>
      </w:pPr>
    </w:p>
    <w:p w14:paraId="6A341033" w14:textId="77777777" w:rsidR="00A516F9" w:rsidRDefault="00A516F9" w:rsidP="003F732D">
      <w:pPr>
        <w:tabs>
          <w:tab w:val="left" w:pos="1474"/>
        </w:tabs>
        <w:spacing w:before="80" w:after="40"/>
        <w:ind w:left="1474" w:hanging="1474"/>
        <w:jc w:val="both"/>
        <w:rPr>
          <w:b/>
          <w:color w:val="FFFFFF"/>
          <w:lang w:val="bg-BG"/>
        </w:rPr>
      </w:pPr>
    </w:p>
    <w:p w14:paraId="7EF3687F" w14:textId="77777777" w:rsidR="004C54FC" w:rsidRDefault="004C54FC" w:rsidP="003F732D">
      <w:pPr>
        <w:shd w:val="clear" w:color="auto" w:fill="2A5E33"/>
        <w:tabs>
          <w:tab w:val="left" w:pos="1474"/>
        </w:tabs>
        <w:spacing w:before="80" w:after="40"/>
        <w:ind w:left="1474" w:hanging="1474"/>
        <w:jc w:val="both"/>
        <w:rPr>
          <w:b/>
          <w:color w:val="FFFFFF"/>
          <w:lang w:val="bg-BG"/>
        </w:rPr>
      </w:pPr>
    </w:p>
    <w:p w14:paraId="6BFD4BCB" w14:textId="63102F4C" w:rsidR="003F732D" w:rsidRPr="003F732D" w:rsidRDefault="00000000" w:rsidP="003F732D">
      <w:pPr>
        <w:shd w:val="clear" w:color="auto" w:fill="2A5E33"/>
        <w:tabs>
          <w:tab w:val="left" w:pos="1474"/>
        </w:tabs>
        <w:spacing w:before="80" w:after="40"/>
        <w:ind w:left="1474" w:hanging="1474"/>
        <w:jc w:val="both"/>
        <w:rPr>
          <w:b/>
          <w:i/>
          <w:color w:val="FFFFFF"/>
        </w:rPr>
      </w:pPr>
      <w:r>
        <w:rPr>
          <w:b/>
          <w:color w:val="FFFFFF"/>
        </w:rPr>
        <w:t>1</w:t>
      </w:r>
      <w:r w:rsidR="00F2173E">
        <w:rPr>
          <w:b/>
          <w:color w:val="FFFFFF"/>
          <w:lang w:val="bg-BG"/>
        </w:rPr>
        <w:t>8</w:t>
      </w:r>
      <w:r>
        <w:rPr>
          <w:b/>
          <w:color w:val="FFFFFF"/>
        </w:rPr>
        <w:t>:</w:t>
      </w:r>
      <w:r w:rsidR="00F2173E">
        <w:rPr>
          <w:b/>
          <w:color w:val="FFFFFF"/>
          <w:lang w:val="bg-BG"/>
        </w:rPr>
        <w:t>0</w:t>
      </w:r>
      <w:r>
        <w:rPr>
          <w:b/>
          <w:color w:val="FFFFFF"/>
        </w:rPr>
        <w:t>0 – 18</w:t>
      </w:r>
      <w:r w:rsidR="00F2173E">
        <w:rPr>
          <w:b/>
          <w:color w:val="FFFFFF"/>
          <w:lang w:val="bg-BG"/>
        </w:rPr>
        <w:t>:3</w:t>
      </w:r>
      <w:r>
        <w:rPr>
          <w:b/>
          <w:color w:val="FFFFFF"/>
        </w:rPr>
        <w:t>0</w:t>
      </w:r>
      <w:r>
        <w:rPr>
          <w:b/>
          <w:color w:val="FFFFFF"/>
        </w:rPr>
        <w:tab/>
      </w:r>
      <w:r w:rsidR="00306B32">
        <w:rPr>
          <w:b/>
          <w:color w:val="FFFFFF"/>
          <w:lang w:val="bg-BG"/>
        </w:rPr>
        <w:t xml:space="preserve">Откриване на </w:t>
      </w:r>
      <w:proofErr w:type="spellStart"/>
      <w:r>
        <w:rPr>
          <w:b/>
          <w:i/>
          <w:color w:val="FFFFFF"/>
        </w:rPr>
        <w:t>Изложба</w:t>
      </w:r>
      <w:proofErr w:type="spellEnd"/>
      <w:r w:rsidR="003F732D" w:rsidRPr="003F732D">
        <w:rPr>
          <w:b/>
          <w:i/>
          <w:color w:val="FFFFFF"/>
        </w:rPr>
        <w:t xml:space="preserve"> „</w:t>
      </w:r>
      <w:proofErr w:type="spellStart"/>
      <w:proofErr w:type="gramStart"/>
      <w:r w:rsidR="003F732D" w:rsidRPr="003F732D">
        <w:rPr>
          <w:b/>
          <w:i/>
          <w:color w:val="FFFFFF"/>
        </w:rPr>
        <w:t>Завръщане</w:t>
      </w:r>
      <w:proofErr w:type="spellEnd"/>
      <w:r w:rsidR="003F732D" w:rsidRPr="003F732D">
        <w:rPr>
          <w:b/>
          <w:i/>
          <w:color w:val="FFFFFF"/>
        </w:rPr>
        <w:t>“</w:t>
      </w:r>
      <w:r>
        <w:rPr>
          <w:b/>
          <w:i/>
          <w:color w:val="FFFFFF"/>
        </w:rPr>
        <w:t xml:space="preserve"> /</w:t>
      </w:r>
      <w:proofErr w:type="gramEnd"/>
      <w:r>
        <w:rPr>
          <w:b/>
          <w:i/>
          <w:color w:val="FFFFFF"/>
        </w:rPr>
        <w:t xml:space="preserve"> Opening of the Exhibition “</w:t>
      </w:r>
      <w:proofErr w:type="spellStart"/>
      <w:r>
        <w:rPr>
          <w:b/>
          <w:i/>
          <w:color w:val="FFFFFF"/>
        </w:rPr>
        <w:t>Zavrashtane</w:t>
      </w:r>
      <w:proofErr w:type="spellEnd"/>
      <w:r>
        <w:rPr>
          <w:b/>
          <w:i/>
          <w:color w:val="FFFFFF"/>
        </w:rPr>
        <w:t>” (Return)</w:t>
      </w:r>
    </w:p>
    <w:p w14:paraId="6F519704" w14:textId="7CF62F01" w:rsidR="003F732D" w:rsidRPr="001928A6" w:rsidRDefault="003F732D" w:rsidP="003F732D">
      <w:pPr>
        <w:shd w:val="clear" w:color="auto" w:fill="2A5E33"/>
        <w:tabs>
          <w:tab w:val="left" w:pos="1474"/>
        </w:tabs>
        <w:spacing w:before="80" w:after="40"/>
        <w:ind w:left="1474" w:hanging="1474"/>
        <w:jc w:val="both"/>
        <w:rPr>
          <w:b/>
          <w:color w:val="FFFFFF"/>
          <w:lang w:val="bg-BG"/>
        </w:rPr>
      </w:pPr>
      <w:proofErr w:type="spellStart"/>
      <w:r w:rsidRPr="003F732D">
        <w:rPr>
          <w:b/>
          <w:color w:val="FFFFFF"/>
        </w:rPr>
        <w:t>Темата</w:t>
      </w:r>
      <w:proofErr w:type="spellEnd"/>
      <w:r w:rsidRPr="003F732D">
        <w:rPr>
          <w:b/>
          <w:color w:val="FFFFFF"/>
        </w:rPr>
        <w:t xml:space="preserve"> </w:t>
      </w:r>
      <w:proofErr w:type="spellStart"/>
      <w:r w:rsidRPr="003F732D">
        <w:rPr>
          <w:b/>
          <w:color w:val="FFFFFF"/>
        </w:rPr>
        <w:t>на</w:t>
      </w:r>
      <w:proofErr w:type="spellEnd"/>
      <w:r w:rsidRPr="003F732D">
        <w:rPr>
          <w:b/>
          <w:color w:val="FFFFFF"/>
        </w:rPr>
        <w:t xml:space="preserve"> </w:t>
      </w:r>
      <w:proofErr w:type="spellStart"/>
      <w:r w:rsidRPr="003F732D">
        <w:rPr>
          <w:b/>
          <w:color w:val="FFFFFF"/>
        </w:rPr>
        <w:t>събитието</w:t>
      </w:r>
      <w:proofErr w:type="spellEnd"/>
      <w:r w:rsidRPr="003F732D">
        <w:rPr>
          <w:b/>
          <w:color w:val="FFFFFF"/>
        </w:rPr>
        <w:t xml:space="preserve"> „</w:t>
      </w:r>
      <w:proofErr w:type="spellStart"/>
      <w:proofErr w:type="gramStart"/>
      <w:r w:rsidRPr="003F732D">
        <w:rPr>
          <w:b/>
          <w:color w:val="FFFFFF"/>
        </w:rPr>
        <w:t>Завръщане</w:t>
      </w:r>
      <w:proofErr w:type="spellEnd"/>
      <w:r w:rsidRPr="003F732D">
        <w:rPr>
          <w:b/>
          <w:color w:val="FFFFFF"/>
        </w:rPr>
        <w:t xml:space="preserve">“ </w:t>
      </w:r>
      <w:proofErr w:type="spellStart"/>
      <w:r w:rsidRPr="003F732D">
        <w:rPr>
          <w:b/>
          <w:color w:val="FFFFFF"/>
        </w:rPr>
        <w:t>има</w:t>
      </w:r>
      <w:proofErr w:type="spellEnd"/>
      <w:proofErr w:type="gramEnd"/>
      <w:r w:rsidRPr="003F732D">
        <w:rPr>
          <w:b/>
          <w:color w:val="FFFFFF"/>
        </w:rPr>
        <w:t xml:space="preserve"> </w:t>
      </w:r>
      <w:proofErr w:type="spellStart"/>
      <w:r w:rsidRPr="003F732D">
        <w:rPr>
          <w:b/>
          <w:color w:val="FFFFFF"/>
        </w:rPr>
        <w:t>за</w:t>
      </w:r>
      <w:proofErr w:type="spellEnd"/>
      <w:r w:rsidRPr="003F732D">
        <w:rPr>
          <w:b/>
          <w:color w:val="FFFFFF"/>
        </w:rPr>
        <w:t xml:space="preserve"> </w:t>
      </w:r>
      <w:proofErr w:type="spellStart"/>
      <w:r w:rsidRPr="003F732D">
        <w:rPr>
          <w:b/>
          <w:color w:val="FFFFFF"/>
        </w:rPr>
        <w:t>цел</w:t>
      </w:r>
      <w:proofErr w:type="spellEnd"/>
      <w:r w:rsidRPr="003F732D">
        <w:rPr>
          <w:b/>
          <w:color w:val="FFFFFF"/>
        </w:rPr>
        <w:t xml:space="preserve"> </w:t>
      </w:r>
      <w:proofErr w:type="spellStart"/>
      <w:r w:rsidRPr="003F732D">
        <w:rPr>
          <w:b/>
          <w:color w:val="FFFFFF"/>
        </w:rPr>
        <w:t>да</w:t>
      </w:r>
      <w:proofErr w:type="spellEnd"/>
      <w:r w:rsidRPr="003F732D">
        <w:rPr>
          <w:b/>
          <w:color w:val="FFFFFF"/>
        </w:rPr>
        <w:t xml:space="preserve"> </w:t>
      </w:r>
      <w:proofErr w:type="spellStart"/>
      <w:r w:rsidRPr="003F732D">
        <w:rPr>
          <w:b/>
          <w:color w:val="FFFFFF"/>
        </w:rPr>
        <w:t>акцентира</w:t>
      </w:r>
      <w:proofErr w:type="spellEnd"/>
      <w:r w:rsidRPr="003F732D">
        <w:rPr>
          <w:b/>
          <w:color w:val="FFFFFF"/>
        </w:rPr>
        <w:t xml:space="preserve"> </w:t>
      </w:r>
      <w:proofErr w:type="spellStart"/>
      <w:r w:rsidRPr="003F732D">
        <w:rPr>
          <w:b/>
          <w:color w:val="FFFFFF"/>
        </w:rPr>
        <w:t>върху</w:t>
      </w:r>
      <w:proofErr w:type="spellEnd"/>
      <w:r w:rsidRPr="003F732D">
        <w:rPr>
          <w:b/>
          <w:color w:val="FFFFFF"/>
        </w:rPr>
        <w:t xml:space="preserve"> </w:t>
      </w:r>
      <w:proofErr w:type="spellStart"/>
      <w:r w:rsidRPr="003F732D">
        <w:rPr>
          <w:b/>
          <w:color w:val="FFFFFF"/>
        </w:rPr>
        <w:t>идеята</w:t>
      </w:r>
      <w:proofErr w:type="spellEnd"/>
      <w:r w:rsidRPr="003F732D">
        <w:rPr>
          <w:b/>
          <w:color w:val="FFFFFF"/>
        </w:rPr>
        <w:t xml:space="preserve"> </w:t>
      </w:r>
      <w:proofErr w:type="spellStart"/>
      <w:r w:rsidRPr="003F732D">
        <w:rPr>
          <w:b/>
          <w:color w:val="FFFFFF"/>
        </w:rPr>
        <w:t>за</w:t>
      </w:r>
      <w:proofErr w:type="spellEnd"/>
      <w:r w:rsidRPr="003F732D">
        <w:rPr>
          <w:b/>
          <w:color w:val="FFFFFF"/>
        </w:rPr>
        <w:t xml:space="preserve"> </w:t>
      </w:r>
      <w:proofErr w:type="spellStart"/>
      <w:r w:rsidRPr="003F732D">
        <w:rPr>
          <w:b/>
          <w:color w:val="FFFFFF"/>
        </w:rPr>
        <w:t>завръщане</w:t>
      </w:r>
      <w:proofErr w:type="spellEnd"/>
      <w:r w:rsidR="008F46A7">
        <w:rPr>
          <w:b/>
          <w:color w:val="FFFFFF"/>
          <w:lang w:val="bg-BG"/>
        </w:rPr>
        <w:t xml:space="preserve"> </w:t>
      </w:r>
      <w:proofErr w:type="spellStart"/>
      <w:r w:rsidRPr="003F732D">
        <w:rPr>
          <w:b/>
          <w:color w:val="FFFFFF"/>
        </w:rPr>
        <w:t>към</w:t>
      </w:r>
      <w:proofErr w:type="spellEnd"/>
      <w:r w:rsidRPr="003F732D">
        <w:rPr>
          <w:b/>
          <w:color w:val="FFFFFF"/>
        </w:rPr>
        <w:t xml:space="preserve"> </w:t>
      </w:r>
      <w:proofErr w:type="spellStart"/>
      <w:r w:rsidRPr="003F732D">
        <w:rPr>
          <w:b/>
          <w:color w:val="FFFFFF"/>
        </w:rPr>
        <w:t>корените</w:t>
      </w:r>
      <w:proofErr w:type="spellEnd"/>
      <w:r w:rsidRPr="003F732D">
        <w:rPr>
          <w:b/>
          <w:color w:val="FFFFFF"/>
        </w:rPr>
        <w:t xml:space="preserve">, </w:t>
      </w:r>
      <w:proofErr w:type="spellStart"/>
      <w:r w:rsidRPr="003F732D">
        <w:rPr>
          <w:b/>
          <w:color w:val="FFFFFF"/>
        </w:rPr>
        <w:t>както</w:t>
      </w:r>
      <w:proofErr w:type="spellEnd"/>
      <w:r w:rsidRPr="003F732D">
        <w:rPr>
          <w:b/>
          <w:color w:val="FFFFFF"/>
        </w:rPr>
        <w:t xml:space="preserve"> и </w:t>
      </w:r>
      <w:proofErr w:type="spellStart"/>
      <w:r w:rsidRPr="003F732D">
        <w:rPr>
          <w:b/>
          <w:color w:val="FFFFFF"/>
        </w:rPr>
        <w:t>преоткриване</w:t>
      </w:r>
      <w:proofErr w:type="spellEnd"/>
      <w:r w:rsidRPr="003F732D">
        <w:rPr>
          <w:b/>
          <w:color w:val="FFFFFF"/>
        </w:rPr>
        <w:t xml:space="preserve"> и </w:t>
      </w:r>
      <w:proofErr w:type="spellStart"/>
      <w:r w:rsidRPr="003F732D">
        <w:rPr>
          <w:b/>
          <w:color w:val="FFFFFF"/>
        </w:rPr>
        <w:t>затвърждаване</w:t>
      </w:r>
      <w:proofErr w:type="spellEnd"/>
      <w:r w:rsidRPr="003F732D">
        <w:rPr>
          <w:b/>
          <w:color w:val="FFFFFF"/>
        </w:rPr>
        <w:t xml:space="preserve"> </w:t>
      </w:r>
      <w:proofErr w:type="spellStart"/>
      <w:r w:rsidRPr="003F732D">
        <w:rPr>
          <w:b/>
          <w:color w:val="FFFFFF"/>
        </w:rPr>
        <w:t>на</w:t>
      </w:r>
      <w:proofErr w:type="spellEnd"/>
      <w:r w:rsidRPr="003F732D">
        <w:rPr>
          <w:b/>
          <w:color w:val="FFFFFF"/>
        </w:rPr>
        <w:t xml:space="preserve"> </w:t>
      </w:r>
      <w:proofErr w:type="spellStart"/>
      <w:r w:rsidRPr="003F732D">
        <w:rPr>
          <w:b/>
          <w:color w:val="FFFFFF"/>
        </w:rPr>
        <w:t>връзките</w:t>
      </w:r>
      <w:proofErr w:type="spellEnd"/>
      <w:r w:rsidRPr="003F732D">
        <w:rPr>
          <w:b/>
          <w:color w:val="FFFFFF"/>
        </w:rPr>
        <w:t xml:space="preserve"> </w:t>
      </w:r>
      <w:proofErr w:type="spellStart"/>
      <w:r w:rsidRPr="003F732D">
        <w:rPr>
          <w:b/>
          <w:color w:val="FFFFFF"/>
        </w:rPr>
        <w:t>между</w:t>
      </w:r>
      <w:proofErr w:type="spellEnd"/>
      <w:r w:rsidRPr="003F732D">
        <w:rPr>
          <w:b/>
          <w:color w:val="FFFFFF"/>
        </w:rPr>
        <w:t xml:space="preserve"> </w:t>
      </w:r>
      <w:proofErr w:type="spellStart"/>
      <w:r w:rsidRPr="003F732D">
        <w:rPr>
          <w:b/>
          <w:color w:val="FFFFFF"/>
        </w:rPr>
        <w:t>българите</w:t>
      </w:r>
      <w:proofErr w:type="spellEnd"/>
      <w:r w:rsidRPr="003F732D">
        <w:rPr>
          <w:b/>
          <w:color w:val="FFFFFF"/>
        </w:rPr>
        <w:t xml:space="preserve"> </w:t>
      </w:r>
      <w:proofErr w:type="spellStart"/>
      <w:r w:rsidRPr="003F732D">
        <w:rPr>
          <w:b/>
          <w:color w:val="FFFFFF"/>
        </w:rPr>
        <w:t>от</w:t>
      </w:r>
      <w:proofErr w:type="spellEnd"/>
      <w:r w:rsidRPr="003F732D">
        <w:rPr>
          <w:b/>
          <w:color w:val="FFFFFF"/>
        </w:rPr>
        <w:t xml:space="preserve"> </w:t>
      </w:r>
      <w:proofErr w:type="spellStart"/>
      <w:r w:rsidRPr="003F732D">
        <w:rPr>
          <w:b/>
          <w:color w:val="FFFFFF"/>
        </w:rPr>
        <w:t>Банат</w:t>
      </w:r>
      <w:proofErr w:type="spellEnd"/>
      <w:r w:rsidRPr="003F732D">
        <w:rPr>
          <w:b/>
          <w:color w:val="FFFFFF"/>
        </w:rPr>
        <w:t xml:space="preserve"> и </w:t>
      </w:r>
      <w:proofErr w:type="spellStart"/>
      <w:r w:rsidRPr="003F732D">
        <w:rPr>
          <w:b/>
          <w:color w:val="FFFFFF"/>
        </w:rPr>
        <w:t>българите</w:t>
      </w:r>
      <w:proofErr w:type="spellEnd"/>
      <w:r w:rsidRPr="003F732D">
        <w:rPr>
          <w:b/>
          <w:color w:val="FFFFFF"/>
        </w:rPr>
        <w:t xml:space="preserve"> </w:t>
      </w:r>
      <w:proofErr w:type="spellStart"/>
      <w:r w:rsidRPr="003F732D">
        <w:rPr>
          <w:b/>
          <w:color w:val="FFFFFF"/>
        </w:rPr>
        <w:t>от</w:t>
      </w:r>
      <w:proofErr w:type="spellEnd"/>
      <w:r w:rsidRPr="003F732D">
        <w:rPr>
          <w:b/>
          <w:color w:val="FFFFFF"/>
        </w:rPr>
        <w:t xml:space="preserve"> </w:t>
      </w:r>
      <w:proofErr w:type="spellStart"/>
      <w:r w:rsidRPr="003F732D">
        <w:rPr>
          <w:b/>
          <w:color w:val="FFFFFF"/>
        </w:rPr>
        <w:t>Бесарабия</w:t>
      </w:r>
      <w:proofErr w:type="spellEnd"/>
    </w:p>
    <w:p w14:paraId="608582C2" w14:textId="77777777" w:rsidR="001928A6" w:rsidRPr="001928A6" w:rsidRDefault="001928A6" w:rsidP="003F732D">
      <w:pPr>
        <w:shd w:val="clear" w:color="auto" w:fill="2A5E33"/>
        <w:tabs>
          <w:tab w:val="left" w:pos="1474"/>
        </w:tabs>
        <w:spacing w:before="80" w:after="40"/>
        <w:ind w:left="1474" w:hanging="1474"/>
        <w:jc w:val="both"/>
        <w:rPr>
          <w:b/>
          <w:i/>
          <w:color w:val="FFFFFF"/>
          <w:lang w:val="bg-BG"/>
        </w:rPr>
      </w:pPr>
    </w:p>
    <w:p w14:paraId="281B606D" w14:textId="0B763419" w:rsidR="003F732D" w:rsidRDefault="003F732D" w:rsidP="003F732D">
      <w:pPr>
        <w:shd w:val="clear" w:color="auto" w:fill="2A5E33"/>
        <w:tabs>
          <w:tab w:val="left" w:pos="1474"/>
        </w:tabs>
        <w:spacing w:before="80" w:after="40"/>
        <w:ind w:left="1474" w:hanging="1474"/>
        <w:jc w:val="both"/>
        <w:rPr>
          <w:b/>
          <w:color w:val="FFFFFF"/>
          <w:lang w:val="bg-BG"/>
        </w:rPr>
      </w:pPr>
      <w:r>
        <w:rPr>
          <w:b/>
          <w:color w:val="FFFFFF"/>
        </w:rPr>
        <w:t>The theme of the event “</w:t>
      </w:r>
      <w:proofErr w:type="spellStart"/>
      <w:r>
        <w:rPr>
          <w:b/>
          <w:color w:val="FFFFFF"/>
        </w:rPr>
        <w:t>Zavrashtane</w:t>
      </w:r>
      <w:proofErr w:type="spellEnd"/>
      <w:r>
        <w:rPr>
          <w:b/>
          <w:color w:val="FFFFFF"/>
        </w:rPr>
        <w:t>” (Return) aims to emphasize the idea of returning to one’s roots, as well as rediscovering and strengthening the ties between the Bulgarians of Banat and the Bulgarians of Bessarabia</w:t>
      </w:r>
    </w:p>
    <w:p w14:paraId="74485A71" w14:textId="77777777" w:rsidR="001928A6" w:rsidRPr="001928A6" w:rsidRDefault="001928A6" w:rsidP="003F732D">
      <w:pPr>
        <w:shd w:val="clear" w:color="auto" w:fill="2A5E33"/>
        <w:tabs>
          <w:tab w:val="left" w:pos="1474"/>
        </w:tabs>
        <w:spacing w:before="80" w:after="40"/>
        <w:ind w:left="1474" w:hanging="1474"/>
        <w:jc w:val="both"/>
        <w:rPr>
          <w:b/>
          <w:i/>
          <w:color w:val="FFFFFF"/>
          <w:lang w:val="bg-BG"/>
        </w:rPr>
      </w:pPr>
    </w:p>
    <w:p w14:paraId="3D4F05B2" w14:textId="06DFA38A" w:rsidR="003F732D" w:rsidRPr="003F732D" w:rsidRDefault="003F732D" w:rsidP="001928A6">
      <w:pPr>
        <w:shd w:val="clear" w:color="auto" w:fill="2A5E33"/>
        <w:tabs>
          <w:tab w:val="left" w:pos="1474"/>
        </w:tabs>
        <w:spacing w:after="0" w:line="360" w:lineRule="auto"/>
        <w:ind w:left="1474" w:hanging="1474"/>
        <w:jc w:val="center"/>
        <w:rPr>
          <w:b/>
          <w:i/>
          <w:color w:val="FFFFFF"/>
        </w:rPr>
      </w:pPr>
      <w:proofErr w:type="spellStart"/>
      <w:r w:rsidRPr="003F732D">
        <w:rPr>
          <w:b/>
          <w:i/>
          <w:color w:val="FFFFFF"/>
          <w:sz w:val="20"/>
        </w:rPr>
        <w:t>Иван</w:t>
      </w:r>
      <w:proofErr w:type="spellEnd"/>
      <w:r w:rsidRPr="003F732D">
        <w:rPr>
          <w:b/>
          <w:i/>
          <w:color w:val="FFFFFF"/>
          <w:sz w:val="20"/>
        </w:rPr>
        <w:t xml:space="preserve"> </w:t>
      </w:r>
      <w:proofErr w:type="spellStart"/>
      <w:r w:rsidRPr="003F732D">
        <w:rPr>
          <w:b/>
          <w:i/>
          <w:color w:val="FFFFFF"/>
          <w:sz w:val="20"/>
        </w:rPr>
        <w:t>Василчин</w:t>
      </w:r>
      <w:proofErr w:type="spellEnd"/>
      <w:r w:rsidRPr="003F732D">
        <w:rPr>
          <w:b/>
          <w:i/>
          <w:color w:val="FFFFFF"/>
          <w:sz w:val="20"/>
        </w:rPr>
        <w:t xml:space="preserve"> – Стар </w:t>
      </w:r>
      <w:proofErr w:type="spellStart"/>
      <w:proofErr w:type="gramStart"/>
      <w:r w:rsidRPr="003F732D">
        <w:rPr>
          <w:b/>
          <w:i/>
          <w:color w:val="FFFFFF"/>
          <w:sz w:val="20"/>
        </w:rPr>
        <w:t>Бешенов</w:t>
      </w:r>
      <w:proofErr w:type="spellEnd"/>
      <w:r w:rsidR="00C94FE4">
        <w:rPr>
          <w:b/>
          <w:i/>
          <w:color w:val="FFFFFF"/>
          <w:sz w:val="20"/>
          <w:lang w:val="bg-BG"/>
        </w:rPr>
        <w:t>,</w:t>
      </w:r>
      <w:r w:rsidRPr="003F732D">
        <w:rPr>
          <w:b/>
          <w:i/>
          <w:color w:val="FFFFFF"/>
          <w:sz w:val="20"/>
        </w:rPr>
        <w:t xml:space="preserve">  </w:t>
      </w:r>
      <w:proofErr w:type="spellStart"/>
      <w:r w:rsidRPr="003F732D">
        <w:rPr>
          <w:b/>
          <w:i/>
          <w:color w:val="FFFFFF"/>
          <w:sz w:val="20"/>
        </w:rPr>
        <w:t>Румъния</w:t>
      </w:r>
      <w:proofErr w:type="spellEnd"/>
      <w:proofErr w:type="gramEnd"/>
      <w:r>
        <w:rPr>
          <w:b/>
          <w:i/>
          <w:color w:val="FFFFFF"/>
          <w:sz w:val="20"/>
        </w:rPr>
        <w:t xml:space="preserve"> / Ivan </w:t>
      </w:r>
      <w:proofErr w:type="spellStart"/>
      <w:r>
        <w:rPr>
          <w:b/>
          <w:i/>
          <w:color w:val="FFFFFF"/>
          <w:sz w:val="20"/>
        </w:rPr>
        <w:t>Vasilchin</w:t>
      </w:r>
      <w:proofErr w:type="spellEnd"/>
      <w:r>
        <w:rPr>
          <w:b/>
          <w:i/>
          <w:color w:val="FFFFFF"/>
          <w:sz w:val="20"/>
        </w:rPr>
        <w:t xml:space="preserve"> – </w:t>
      </w:r>
      <w:proofErr w:type="spellStart"/>
      <w:r>
        <w:rPr>
          <w:b/>
          <w:i/>
          <w:color w:val="FFFFFF"/>
          <w:sz w:val="20"/>
        </w:rPr>
        <w:t>Dudeștii</w:t>
      </w:r>
      <w:proofErr w:type="spellEnd"/>
      <w:r>
        <w:rPr>
          <w:b/>
          <w:i/>
          <w:color w:val="FFFFFF"/>
          <w:sz w:val="20"/>
        </w:rPr>
        <w:t xml:space="preserve"> </w:t>
      </w:r>
      <w:proofErr w:type="spellStart"/>
      <w:r>
        <w:rPr>
          <w:b/>
          <w:i/>
          <w:color w:val="FFFFFF"/>
          <w:sz w:val="20"/>
        </w:rPr>
        <w:t>Vechi</w:t>
      </w:r>
      <w:proofErr w:type="spellEnd"/>
      <w:r>
        <w:rPr>
          <w:b/>
          <w:i/>
          <w:color w:val="FFFFFF"/>
          <w:sz w:val="20"/>
        </w:rPr>
        <w:t>, Romania</w:t>
      </w:r>
    </w:p>
    <w:p w14:paraId="1B9A5E2D" w14:textId="66397546" w:rsidR="003F732D" w:rsidRPr="003F732D" w:rsidRDefault="003F732D" w:rsidP="001928A6">
      <w:pPr>
        <w:shd w:val="clear" w:color="auto" w:fill="2A5E33"/>
        <w:tabs>
          <w:tab w:val="left" w:pos="1474"/>
        </w:tabs>
        <w:spacing w:after="0" w:line="360" w:lineRule="auto"/>
        <w:ind w:left="1474" w:hanging="1474"/>
        <w:jc w:val="center"/>
        <w:rPr>
          <w:b/>
          <w:i/>
          <w:color w:val="FFFFFF"/>
        </w:rPr>
      </w:pPr>
      <w:proofErr w:type="spellStart"/>
      <w:r w:rsidRPr="003F732D">
        <w:rPr>
          <w:b/>
          <w:i/>
          <w:color w:val="FFFFFF"/>
          <w:sz w:val="20"/>
        </w:rPr>
        <w:t>Мики</w:t>
      </w:r>
      <w:proofErr w:type="spellEnd"/>
      <w:r w:rsidRPr="003F732D">
        <w:rPr>
          <w:b/>
          <w:i/>
          <w:color w:val="FFFFFF"/>
          <w:sz w:val="20"/>
        </w:rPr>
        <w:t xml:space="preserve"> </w:t>
      </w:r>
      <w:proofErr w:type="spellStart"/>
      <w:r w:rsidRPr="003F732D">
        <w:rPr>
          <w:b/>
          <w:i/>
          <w:color w:val="FFFFFF"/>
          <w:sz w:val="20"/>
        </w:rPr>
        <w:t>Велчов</w:t>
      </w:r>
      <w:proofErr w:type="spellEnd"/>
      <w:r w:rsidRPr="003F732D">
        <w:rPr>
          <w:b/>
          <w:i/>
          <w:color w:val="FFFFFF"/>
          <w:sz w:val="20"/>
        </w:rPr>
        <w:t xml:space="preserve"> – </w:t>
      </w:r>
      <w:proofErr w:type="spellStart"/>
      <w:r w:rsidRPr="003F732D">
        <w:rPr>
          <w:b/>
          <w:i/>
          <w:color w:val="FFFFFF"/>
          <w:sz w:val="20"/>
        </w:rPr>
        <w:t>Тимишоара</w:t>
      </w:r>
      <w:proofErr w:type="spellEnd"/>
      <w:r w:rsidR="00C94FE4">
        <w:rPr>
          <w:b/>
          <w:i/>
          <w:color w:val="FFFFFF"/>
          <w:sz w:val="20"/>
          <w:lang w:val="bg-BG"/>
        </w:rPr>
        <w:t xml:space="preserve">, </w:t>
      </w:r>
      <w:proofErr w:type="spellStart"/>
      <w:r w:rsidRPr="003F732D">
        <w:rPr>
          <w:b/>
          <w:i/>
          <w:color w:val="FFFFFF"/>
          <w:sz w:val="20"/>
        </w:rPr>
        <w:t>Румъния</w:t>
      </w:r>
      <w:proofErr w:type="spellEnd"/>
      <w:r>
        <w:rPr>
          <w:b/>
          <w:i/>
          <w:color w:val="FFFFFF"/>
          <w:sz w:val="20"/>
        </w:rPr>
        <w:t xml:space="preserve"> / Miki </w:t>
      </w:r>
      <w:proofErr w:type="spellStart"/>
      <w:r>
        <w:rPr>
          <w:b/>
          <w:i/>
          <w:color w:val="FFFFFF"/>
          <w:sz w:val="20"/>
        </w:rPr>
        <w:t>Velchov</w:t>
      </w:r>
      <w:proofErr w:type="spellEnd"/>
      <w:r>
        <w:rPr>
          <w:b/>
          <w:i/>
          <w:color w:val="FFFFFF"/>
          <w:sz w:val="20"/>
        </w:rPr>
        <w:t xml:space="preserve"> – </w:t>
      </w:r>
      <w:proofErr w:type="spellStart"/>
      <w:r>
        <w:rPr>
          <w:b/>
          <w:i/>
          <w:color w:val="FFFFFF"/>
          <w:sz w:val="20"/>
        </w:rPr>
        <w:t>Timișoara</w:t>
      </w:r>
      <w:proofErr w:type="spellEnd"/>
      <w:r>
        <w:rPr>
          <w:b/>
          <w:i/>
          <w:color w:val="FFFFFF"/>
          <w:sz w:val="20"/>
        </w:rPr>
        <w:t>, Romania</w:t>
      </w:r>
    </w:p>
    <w:p w14:paraId="0C1B9607" w14:textId="4554F08C" w:rsidR="003F732D" w:rsidRPr="003F732D" w:rsidRDefault="003F732D" w:rsidP="001928A6">
      <w:pPr>
        <w:shd w:val="clear" w:color="auto" w:fill="2A5E33"/>
        <w:tabs>
          <w:tab w:val="left" w:pos="1474"/>
        </w:tabs>
        <w:spacing w:after="0" w:line="360" w:lineRule="auto"/>
        <w:ind w:left="1474" w:hanging="1474"/>
        <w:jc w:val="center"/>
        <w:rPr>
          <w:b/>
          <w:i/>
          <w:color w:val="FFFFFF"/>
        </w:rPr>
      </w:pPr>
      <w:proofErr w:type="spellStart"/>
      <w:r w:rsidRPr="003F732D">
        <w:rPr>
          <w:b/>
          <w:i/>
          <w:color w:val="FFFFFF"/>
          <w:sz w:val="20"/>
        </w:rPr>
        <w:t>Кирил</w:t>
      </w:r>
      <w:proofErr w:type="spellEnd"/>
      <w:r w:rsidRPr="003F732D">
        <w:rPr>
          <w:b/>
          <w:i/>
          <w:color w:val="FFFFFF"/>
          <w:sz w:val="20"/>
        </w:rPr>
        <w:t xml:space="preserve"> </w:t>
      </w:r>
      <w:proofErr w:type="spellStart"/>
      <w:r w:rsidRPr="003F732D">
        <w:rPr>
          <w:b/>
          <w:i/>
          <w:color w:val="FFFFFF"/>
          <w:sz w:val="20"/>
        </w:rPr>
        <w:t>Мескин</w:t>
      </w:r>
      <w:proofErr w:type="spellEnd"/>
      <w:r w:rsidRPr="003F732D">
        <w:rPr>
          <w:b/>
          <w:i/>
          <w:color w:val="FFFFFF"/>
          <w:sz w:val="20"/>
        </w:rPr>
        <w:t xml:space="preserve"> – </w:t>
      </w:r>
      <w:proofErr w:type="spellStart"/>
      <w:r w:rsidRPr="003F732D">
        <w:rPr>
          <w:b/>
          <w:i/>
          <w:color w:val="FFFFFF"/>
          <w:sz w:val="20"/>
        </w:rPr>
        <w:t>Плевен</w:t>
      </w:r>
      <w:proofErr w:type="spellEnd"/>
      <w:r w:rsidR="00C94FE4">
        <w:rPr>
          <w:b/>
          <w:i/>
          <w:color w:val="FFFFFF"/>
          <w:sz w:val="20"/>
          <w:lang w:val="bg-BG"/>
        </w:rPr>
        <w:t>,</w:t>
      </w:r>
      <w:r w:rsidRPr="003F732D">
        <w:rPr>
          <w:b/>
          <w:i/>
          <w:color w:val="FFFFFF"/>
          <w:sz w:val="20"/>
        </w:rPr>
        <w:t xml:space="preserve"> </w:t>
      </w:r>
      <w:proofErr w:type="spellStart"/>
      <w:r w:rsidRPr="003F732D">
        <w:rPr>
          <w:b/>
          <w:i/>
          <w:color w:val="FFFFFF"/>
          <w:sz w:val="20"/>
        </w:rPr>
        <w:t>България</w:t>
      </w:r>
      <w:proofErr w:type="spellEnd"/>
      <w:r>
        <w:rPr>
          <w:b/>
          <w:i/>
          <w:color w:val="FFFFFF"/>
          <w:sz w:val="20"/>
        </w:rPr>
        <w:t xml:space="preserve"> / Kiril Meskin – Pleven, Bulgaria</w:t>
      </w:r>
    </w:p>
    <w:p w14:paraId="19574E6E" w14:textId="669CF6D6" w:rsidR="003F732D" w:rsidRPr="003F732D" w:rsidRDefault="003F732D" w:rsidP="001928A6">
      <w:pPr>
        <w:shd w:val="clear" w:color="auto" w:fill="2A5E33"/>
        <w:tabs>
          <w:tab w:val="left" w:pos="1474"/>
        </w:tabs>
        <w:spacing w:after="0" w:line="360" w:lineRule="auto"/>
        <w:ind w:left="1474" w:hanging="1474"/>
        <w:jc w:val="center"/>
        <w:rPr>
          <w:b/>
          <w:i/>
          <w:color w:val="FFFFFF"/>
        </w:rPr>
      </w:pPr>
      <w:proofErr w:type="spellStart"/>
      <w:r w:rsidRPr="003F732D">
        <w:rPr>
          <w:b/>
          <w:i/>
          <w:color w:val="FFFFFF"/>
          <w:sz w:val="20"/>
        </w:rPr>
        <w:t>Милкана</w:t>
      </w:r>
      <w:proofErr w:type="spellEnd"/>
      <w:r w:rsidRPr="003F732D">
        <w:rPr>
          <w:b/>
          <w:i/>
          <w:color w:val="FFFFFF"/>
          <w:sz w:val="20"/>
        </w:rPr>
        <w:t xml:space="preserve"> </w:t>
      </w:r>
      <w:proofErr w:type="spellStart"/>
      <w:r w:rsidRPr="003F732D">
        <w:rPr>
          <w:b/>
          <w:i/>
          <w:color w:val="FFFFFF"/>
          <w:sz w:val="20"/>
        </w:rPr>
        <w:t>Мескин</w:t>
      </w:r>
      <w:proofErr w:type="spellEnd"/>
      <w:r w:rsidRPr="003F732D">
        <w:rPr>
          <w:b/>
          <w:i/>
          <w:color w:val="FFFFFF"/>
          <w:sz w:val="20"/>
        </w:rPr>
        <w:t xml:space="preserve"> – </w:t>
      </w:r>
      <w:proofErr w:type="spellStart"/>
      <w:r w:rsidRPr="003F732D">
        <w:rPr>
          <w:b/>
          <w:i/>
          <w:color w:val="FFFFFF"/>
          <w:sz w:val="20"/>
        </w:rPr>
        <w:t>Плевен</w:t>
      </w:r>
      <w:proofErr w:type="spellEnd"/>
      <w:r w:rsidR="00C94FE4">
        <w:rPr>
          <w:b/>
          <w:i/>
          <w:color w:val="FFFFFF"/>
          <w:sz w:val="20"/>
          <w:lang w:val="bg-BG"/>
        </w:rPr>
        <w:t>,</w:t>
      </w:r>
      <w:r w:rsidRPr="003F732D">
        <w:rPr>
          <w:b/>
          <w:i/>
          <w:color w:val="FFFFFF"/>
          <w:sz w:val="20"/>
        </w:rPr>
        <w:t xml:space="preserve"> </w:t>
      </w:r>
      <w:proofErr w:type="spellStart"/>
      <w:r w:rsidRPr="003F732D">
        <w:rPr>
          <w:b/>
          <w:i/>
          <w:color w:val="FFFFFF"/>
          <w:sz w:val="20"/>
        </w:rPr>
        <w:t>България</w:t>
      </w:r>
      <w:proofErr w:type="spellEnd"/>
      <w:r>
        <w:rPr>
          <w:b/>
          <w:i/>
          <w:color w:val="FFFFFF"/>
          <w:sz w:val="20"/>
        </w:rPr>
        <w:t xml:space="preserve"> / </w:t>
      </w:r>
      <w:proofErr w:type="spellStart"/>
      <w:r>
        <w:rPr>
          <w:b/>
          <w:i/>
          <w:color w:val="FFFFFF"/>
          <w:sz w:val="20"/>
        </w:rPr>
        <w:t>Milkana</w:t>
      </w:r>
      <w:proofErr w:type="spellEnd"/>
      <w:r>
        <w:rPr>
          <w:b/>
          <w:i/>
          <w:color w:val="FFFFFF"/>
          <w:sz w:val="20"/>
        </w:rPr>
        <w:t xml:space="preserve"> Meskin – Pleven, Bulgaria</w:t>
      </w:r>
    </w:p>
    <w:p w14:paraId="45689B2A" w14:textId="2EB650A0" w:rsidR="003F732D" w:rsidRPr="003F732D" w:rsidRDefault="003F732D" w:rsidP="001928A6">
      <w:pPr>
        <w:shd w:val="clear" w:color="auto" w:fill="2A5E33"/>
        <w:tabs>
          <w:tab w:val="left" w:pos="1474"/>
        </w:tabs>
        <w:spacing w:after="0" w:line="360" w:lineRule="auto"/>
        <w:ind w:left="1474" w:hanging="1474"/>
        <w:jc w:val="center"/>
        <w:rPr>
          <w:b/>
          <w:i/>
          <w:color w:val="FFFFFF"/>
        </w:rPr>
      </w:pPr>
      <w:proofErr w:type="spellStart"/>
      <w:r w:rsidRPr="003F732D">
        <w:rPr>
          <w:b/>
          <w:i/>
          <w:color w:val="FFFFFF"/>
          <w:sz w:val="20"/>
        </w:rPr>
        <w:t>Нина</w:t>
      </w:r>
      <w:proofErr w:type="spellEnd"/>
      <w:r w:rsidRPr="003F732D">
        <w:rPr>
          <w:b/>
          <w:i/>
          <w:color w:val="FFFFFF"/>
          <w:sz w:val="20"/>
        </w:rPr>
        <w:t xml:space="preserve"> </w:t>
      </w:r>
      <w:proofErr w:type="spellStart"/>
      <w:r w:rsidRPr="003F732D">
        <w:rPr>
          <w:b/>
          <w:i/>
          <w:color w:val="FFFFFF"/>
          <w:sz w:val="20"/>
        </w:rPr>
        <w:t>Радованова</w:t>
      </w:r>
      <w:proofErr w:type="spellEnd"/>
      <w:r w:rsidRPr="003F732D">
        <w:rPr>
          <w:b/>
          <w:i/>
          <w:color w:val="FFFFFF"/>
          <w:sz w:val="20"/>
        </w:rPr>
        <w:t xml:space="preserve"> – </w:t>
      </w:r>
      <w:proofErr w:type="spellStart"/>
      <w:r w:rsidRPr="003F732D">
        <w:rPr>
          <w:b/>
          <w:i/>
          <w:color w:val="FFFFFF"/>
          <w:sz w:val="20"/>
        </w:rPr>
        <w:t>София</w:t>
      </w:r>
      <w:proofErr w:type="spellEnd"/>
      <w:r w:rsidR="00C94FE4">
        <w:rPr>
          <w:b/>
          <w:i/>
          <w:color w:val="FFFFFF"/>
          <w:sz w:val="20"/>
          <w:lang w:val="bg-BG"/>
        </w:rPr>
        <w:t>,</w:t>
      </w:r>
      <w:r w:rsidRPr="003F732D">
        <w:rPr>
          <w:b/>
          <w:i/>
          <w:color w:val="FFFFFF"/>
          <w:sz w:val="20"/>
        </w:rPr>
        <w:t xml:space="preserve"> </w:t>
      </w:r>
      <w:proofErr w:type="spellStart"/>
      <w:r w:rsidRPr="003F732D">
        <w:rPr>
          <w:b/>
          <w:i/>
          <w:color w:val="FFFFFF"/>
          <w:sz w:val="20"/>
        </w:rPr>
        <w:t>България</w:t>
      </w:r>
      <w:proofErr w:type="spellEnd"/>
      <w:r>
        <w:rPr>
          <w:b/>
          <w:i/>
          <w:color w:val="FFFFFF"/>
          <w:sz w:val="20"/>
        </w:rPr>
        <w:t xml:space="preserve"> / Nina Radovanova – Sofia, Bulgaria</w:t>
      </w:r>
    </w:p>
    <w:p w14:paraId="591585DB" w14:textId="58A261F9" w:rsidR="003F732D" w:rsidRPr="003F732D" w:rsidRDefault="003F732D" w:rsidP="001928A6">
      <w:pPr>
        <w:shd w:val="clear" w:color="auto" w:fill="2A5E33"/>
        <w:tabs>
          <w:tab w:val="left" w:pos="1474"/>
        </w:tabs>
        <w:spacing w:after="0" w:line="360" w:lineRule="auto"/>
        <w:ind w:left="1474" w:hanging="1474"/>
        <w:jc w:val="center"/>
        <w:rPr>
          <w:b/>
          <w:i/>
          <w:color w:val="FFFFFF"/>
        </w:rPr>
      </w:pPr>
      <w:proofErr w:type="spellStart"/>
      <w:r w:rsidRPr="003F732D">
        <w:rPr>
          <w:b/>
          <w:i/>
          <w:color w:val="FFFFFF"/>
          <w:sz w:val="20"/>
        </w:rPr>
        <w:t>Галина</w:t>
      </w:r>
      <w:proofErr w:type="spellEnd"/>
      <w:r w:rsidRPr="003F732D">
        <w:rPr>
          <w:b/>
          <w:i/>
          <w:color w:val="FFFFFF"/>
          <w:sz w:val="20"/>
        </w:rPr>
        <w:t xml:space="preserve"> </w:t>
      </w:r>
      <w:proofErr w:type="spellStart"/>
      <w:r w:rsidRPr="003F732D">
        <w:rPr>
          <w:b/>
          <w:i/>
          <w:color w:val="FFFFFF"/>
          <w:sz w:val="20"/>
        </w:rPr>
        <w:t>Синцова</w:t>
      </w:r>
      <w:proofErr w:type="spellEnd"/>
      <w:r w:rsidRPr="003F732D">
        <w:rPr>
          <w:b/>
          <w:i/>
          <w:color w:val="FFFFFF"/>
          <w:sz w:val="20"/>
        </w:rPr>
        <w:t xml:space="preserve"> – </w:t>
      </w:r>
      <w:proofErr w:type="spellStart"/>
      <w:r w:rsidRPr="003F732D">
        <w:rPr>
          <w:b/>
          <w:i/>
          <w:color w:val="FFFFFF"/>
          <w:sz w:val="20"/>
        </w:rPr>
        <w:t>София</w:t>
      </w:r>
      <w:proofErr w:type="spellEnd"/>
      <w:r w:rsidR="00C94FE4">
        <w:rPr>
          <w:b/>
          <w:i/>
          <w:color w:val="FFFFFF"/>
          <w:sz w:val="20"/>
          <w:lang w:val="bg-BG"/>
        </w:rPr>
        <w:t xml:space="preserve"> –</w:t>
      </w:r>
      <w:r w:rsidRPr="003F732D">
        <w:rPr>
          <w:b/>
          <w:i/>
          <w:color w:val="FFFFFF"/>
          <w:sz w:val="20"/>
        </w:rPr>
        <w:t xml:space="preserve"> </w:t>
      </w:r>
      <w:proofErr w:type="spellStart"/>
      <w:r w:rsidRPr="003F732D">
        <w:rPr>
          <w:b/>
          <w:i/>
          <w:color w:val="FFFFFF"/>
          <w:sz w:val="20"/>
        </w:rPr>
        <w:t>Молдова</w:t>
      </w:r>
      <w:proofErr w:type="spellEnd"/>
      <w:r>
        <w:rPr>
          <w:b/>
          <w:i/>
          <w:color w:val="FFFFFF"/>
          <w:sz w:val="20"/>
        </w:rPr>
        <w:t xml:space="preserve"> / Galina </w:t>
      </w:r>
      <w:proofErr w:type="spellStart"/>
      <w:r>
        <w:rPr>
          <w:b/>
          <w:i/>
          <w:color w:val="FFFFFF"/>
          <w:sz w:val="20"/>
        </w:rPr>
        <w:t>Sintsova</w:t>
      </w:r>
      <w:proofErr w:type="spellEnd"/>
      <w:r>
        <w:rPr>
          <w:b/>
          <w:i/>
          <w:color w:val="FFFFFF"/>
          <w:sz w:val="20"/>
        </w:rPr>
        <w:t xml:space="preserve"> – Sofia</w:t>
      </w:r>
      <w:r w:rsidR="00C94FE4">
        <w:rPr>
          <w:b/>
          <w:i/>
          <w:color w:val="FFFFFF"/>
          <w:sz w:val="20"/>
          <w:lang w:val="bg-BG"/>
        </w:rPr>
        <w:t xml:space="preserve"> </w:t>
      </w:r>
      <w:r>
        <w:rPr>
          <w:b/>
          <w:i/>
          <w:color w:val="FFFFFF"/>
          <w:sz w:val="20"/>
        </w:rPr>
        <w:t>– Moldova</w:t>
      </w:r>
    </w:p>
    <w:p w14:paraId="3F0656A6" w14:textId="644D3595" w:rsidR="00A71C7F" w:rsidRDefault="003F732D" w:rsidP="001928A6">
      <w:pPr>
        <w:shd w:val="clear" w:color="auto" w:fill="2A5E33"/>
        <w:tabs>
          <w:tab w:val="left" w:pos="1474"/>
        </w:tabs>
        <w:spacing w:line="360" w:lineRule="auto"/>
        <w:ind w:left="1474" w:hanging="1474"/>
        <w:jc w:val="center"/>
        <w:rPr>
          <w:b/>
          <w:i/>
          <w:color w:val="FFFFFF"/>
          <w:sz w:val="20"/>
          <w:lang w:val="bg-BG"/>
        </w:rPr>
      </w:pPr>
      <w:proofErr w:type="spellStart"/>
      <w:r w:rsidRPr="003F732D">
        <w:rPr>
          <w:b/>
          <w:i/>
          <w:color w:val="FFFFFF"/>
          <w:sz w:val="20"/>
        </w:rPr>
        <w:t>Наталия</w:t>
      </w:r>
      <w:proofErr w:type="spellEnd"/>
      <w:r w:rsidRPr="003F732D">
        <w:rPr>
          <w:b/>
          <w:i/>
          <w:color w:val="FFFFFF"/>
          <w:sz w:val="20"/>
        </w:rPr>
        <w:t xml:space="preserve"> </w:t>
      </w:r>
      <w:proofErr w:type="spellStart"/>
      <w:r w:rsidRPr="003F732D">
        <w:rPr>
          <w:b/>
          <w:i/>
          <w:color w:val="FFFFFF"/>
          <w:sz w:val="20"/>
        </w:rPr>
        <w:t>Дарманчева</w:t>
      </w:r>
      <w:proofErr w:type="spellEnd"/>
      <w:r w:rsidRPr="003F732D">
        <w:rPr>
          <w:b/>
          <w:i/>
          <w:color w:val="FFFFFF"/>
          <w:sz w:val="20"/>
        </w:rPr>
        <w:t xml:space="preserve"> – </w:t>
      </w:r>
      <w:proofErr w:type="spellStart"/>
      <w:r w:rsidRPr="003F732D">
        <w:rPr>
          <w:b/>
          <w:i/>
          <w:color w:val="FFFFFF"/>
          <w:sz w:val="20"/>
        </w:rPr>
        <w:t>София</w:t>
      </w:r>
      <w:proofErr w:type="spellEnd"/>
      <w:r w:rsidR="00C94FE4">
        <w:rPr>
          <w:b/>
          <w:i/>
          <w:color w:val="FFFFFF"/>
          <w:sz w:val="20"/>
          <w:lang w:val="bg-BG"/>
        </w:rPr>
        <w:t>,</w:t>
      </w:r>
      <w:r w:rsidRPr="003F732D">
        <w:rPr>
          <w:b/>
          <w:i/>
          <w:color w:val="FFFFFF"/>
          <w:sz w:val="20"/>
        </w:rPr>
        <w:t xml:space="preserve"> </w:t>
      </w:r>
      <w:proofErr w:type="spellStart"/>
      <w:r w:rsidRPr="003F732D">
        <w:rPr>
          <w:b/>
          <w:i/>
          <w:color w:val="FFFFFF"/>
          <w:sz w:val="20"/>
        </w:rPr>
        <w:t>България</w:t>
      </w:r>
      <w:proofErr w:type="spellEnd"/>
      <w:r>
        <w:rPr>
          <w:b/>
          <w:i/>
          <w:color w:val="FFFFFF"/>
          <w:sz w:val="20"/>
        </w:rPr>
        <w:t xml:space="preserve"> / Natalia Darmancheva – Sofia, Bulgaria</w:t>
      </w:r>
    </w:p>
    <w:p w14:paraId="6AA7B713" w14:textId="77777777" w:rsidR="00AD3872" w:rsidRPr="00AD3872" w:rsidRDefault="00AD3872" w:rsidP="001928A6">
      <w:pPr>
        <w:shd w:val="clear" w:color="auto" w:fill="2A5E33"/>
        <w:tabs>
          <w:tab w:val="left" w:pos="1474"/>
        </w:tabs>
        <w:spacing w:line="360" w:lineRule="auto"/>
        <w:ind w:left="1474" w:hanging="1474"/>
        <w:jc w:val="center"/>
        <w:rPr>
          <w:b/>
          <w:i/>
          <w:color w:val="FFFFFF"/>
          <w:sz w:val="20"/>
          <w:lang w:val="bg-BG"/>
        </w:rPr>
      </w:pPr>
    </w:p>
    <w:p w14:paraId="2BF9EEFA" w14:textId="77777777" w:rsidR="003F732D" w:rsidRPr="003F732D" w:rsidRDefault="00000000" w:rsidP="003F732D">
      <w:pPr>
        <w:shd w:val="clear" w:color="auto" w:fill="2A5E33"/>
        <w:tabs>
          <w:tab w:val="left" w:pos="1474"/>
        </w:tabs>
        <w:spacing w:before="200" w:after="40"/>
        <w:ind w:left="1474" w:hanging="1474"/>
        <w:jc w:val="both"/>
        <w:rPr>
          <w:b/>
          <w:i/>
          <w:color w:val="FFFFFF"/>
        </w:rPr>
      </w:pPr>
      <w:r>
        <w:rPr>
          <w:b/>
          <w:color w:val="FFFFFF"/>
        </w:rPr>
        <w:t>18:30 – 19:30</w:t>
      </w:r>
      <w:r>
        <w:rPr>
          <w:b/>
          <w:color w:val="FFFFFF"/>
        </w:rPr>
        <w:tab/>
      </w:r>
      <w:proofErr w:type="spellStart"/>
      <w:r>
        <w:rPr>
          <w:b/>
          <w:color w:val="FFFFFF"/>
        </w:rPr>
        <w:t>Коктейл</w:t>
      </w:r>
      <w:proofErr w:type="spellEnd"/>
      <w:r>
        <w:rPr>
          <w:b/>
          <w:i/>
          <w:color w:val="FFFFFF"/>
        </w:rPr>
        <w:t xml:space="preserve"> / Cocktail</w:t>
      </w:r>
    </w:p>
    <w:p w14:paraId="65FFA7EC" w14:textId="77777777" w:rsidR="00A71C7F" w:rsidRDefault="00A71C7F" w:rsidP="001928A6">
      <w:pPr>
        <w:shd w:val="clear" w:color="auto" w:fill="2A5E33"/>
        <w:tabs>
          <w:tab w:val="left" w:pos="1474"/>
        </w:tabs>
        <w:spacing w:line="360" w:lineRule="auto"/>
        <w:ind w:left="1474" w:hanging="1474"/>
        <w:jc w:val="center"/>
        <w:rPr>
          <w:b/>
          <w:i/>
          <w:color w:val="FFFFFF"/>
          <w:sz w:val="20"/>
          <w:lang w:val="bg-BG"/>
        </w:rPr>
      </w:pPr>
    </w:p>
    <w:p w14:paraId="5CC798B7" w14:textId="77777777" w:rsidR="008E5318" w:rsidRDefault="00A71C7F" w:rsidP="001928A6">
      <w:pPr>
        <w:shd w:val="clear" w:color="auto" w:fill="2A5E33"/>
        <w:tabs>
          <w:tab w:val="left" w:pos="1474"/>
        </w:tabs>
        <w:spacing w:line="360" w:lineRule="auto"/>
        <w:ind w:left="1474" w:hanging="1474"/>
        <w:jc w:val="center"/>
        <w:rPr>
          <w:lang w:val="bg-BG"/>
        </w:rPr>
      </w:pPr>
      <w:r>
        <w:rPr>
          <w:noProof/>
        </w:rPr>
        <w:drawing>
          <wp:inline distT="0" distB="0" distL="0" distR="0" wp14:anchorId="026178E3" wp14:editId="70674A65">
            <wp:extent cx="1387099" cy="1387099"/>
            <wp:effectExtent l="0" t="0" r="3810" b="3810"/>
            <wp:docPr id="1646488950"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27" cy="1397027"/>
                    </a:xfrm>
                    <a:prstGeom prst="rect">
                      <a:avLst/>
                    </a:prstGeom>
                    <a:noFill/>
                    <a:ln>
                      <a:noFill/>
                    </a:ln>
                  </pic:spPr>
                </pic:pic>
              </a:graphicData>
            </a:graphic>
          </wp:inline>
        </w:drawing>
      </w:r>
    </w:p>
    <w:p w14:paraId="13CFAAA1" w14:textId="77777777" w:rsidR="003F07CE" w:rsidRDefault="003F07CE" w:rsidP="001928A6">
      <w:pPr>
        <w:shd w:val="clear" w:color="auto" w:fill="2A5E33"/>
        <w:tabs>
          <w:tab w:val="left" w:pos="1474"/>
        </w:tabs>
        <w:spacing w:line="360" w:lineRule="auto"/>
        <w:ind w:left="1474" w:hanging="1474"/>
        <w:jc w:val="center"/>
        <w:rPr>
          <w:lang w:val="bg-BG"/>
        </w:rPr>
      </w:pPr>
    </w:p>
    <w:p w14:paraId="7FEA0EBB" w14:textId="77777777" w:rsidR="003F07CE" w:rsidRDefault="003F07CE" w:rsidP="001928A6">
      <w:pPr>
        <w:shd w:val="clear" w:color="auto" w:fill="2A5E33"/>
        <w:tabs>
          <w:tab w:val="left" w:pos="1474"/>
        </w:tabs>
        <w:spacing w:line="360" w:lineRule="auto"/>
        <w:ind w:left="1474" w:hanging="1474"/>
        <w:jc w:val="center"/>
        <w:rPr>
          <w:lang w:val="bg-BG"/>
        </w:rPr>
      </w:pPr>
    </w:p>
    <w:p w14:paraId="29BCF61B" w14:textId="7136FFC9" w:rsidR="00BD59B8" w:rsidRPr="00306B32" w:rsidRDefault="00BD59B8" w:rsidP="001928A6">
      <w:pPr>
        <w:shd w:val="clear" w:color="auto" w:fill="2A5E33"/>
        <w:tabs>
          <w:tab w:val="left" w:pos="1474"/>
        </w:tabs>
        <w:spacing w:line="360" w:lineRule="auto"/>
        <w:ind w:left="1474" w:hanging="1474"/>
        <w:jc w:val="center"/>
        <w:rPr>
          <w:lang w:val="bg-BG"/>
        </w:rPr>
        <w:sectPr w:rsidR="00BD59B8" w:rsidRPr="00306B32">
          <w:headerReference w:type="default" r:id="rId18"/>
          <w:footerReference w:type="default" r:id="rId19"/>
          <w:pgSz w:w="11906" w:h="16838"/>
          <w:pgMar w:top="1247" w:right="1247" w:bottom="1247" w:left="1247" w:header="0" w:footer="0" w:gutter="0"/>
          <w:cols w:space="720"/>
          <w:docGrid w:linePitch="360"/>
        </w:sectPr>
      </w:pPr>
    </w:p>
    <w:p w14:paraId="3B6DD2E6" w14:textId="77777777" w:rsidR="006128FF" w:rsidRDefault="001F052B" w:rsidP="00F91623">
      <w:pPr>
        <w:spacing w:after="40"/>
        <w:jc w:val="center"/>
        <w:rPr>
          <w:b/>
          <w:color w:val="1A1A1A"/>
          <w:sz w:val="26"/>
          <w:lang w:val="bg-BG"/>
        </w:rPr>
      </w:pPr>
      <w:r>
        <w:rPr>
          <w:noProof/>
        </w:rPr>
        <w:lastRenderedPageBreak/>
        <w:drawing>
          <wp:inline distT="0" distB="0" distL="0" distR="0" wp14:anchorId="4DD24E5B" wp14:editId="01462CB3">
            <wp:extent cx="1387099" cy="1387099"/>
            <wp:effectExtent l="0" t="0" r="7620" b="7620"/>
            <wp:docPr id="278399328"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7099" cy="1387099"/>
                    </a:xfrm>
                    <a:prstGeom prst="rect">
                      <a:avLst/>
                    </a:prstGeom>
                    <a:noFill/>
                    <a:ln>
                      <a:noFill/>
                    </a:ln>
                  </pic:spPr>
                </pic:pic>
              </a:graphicData>
            </a:graphic>
          </wp:inline>
        </w:drawing>
      </w:r>
    </w:p>
    <w:p w14:paraId="11A8C1E0" w14:textId="0B58DA62" w:rsidR="00B614E7" w:rsidRDefault="00000000" w:rsidP="006128FF">
      <w:pPr>
        <w:pBdr>
          <w:bottom w:val="single" w:sz="12" w:space="2" w:color="2A5E33"/>
        </w:pBdr>
        <w:spacing w:after="0"/>
        <w:jc w:val="center"/>
        <w:rPr>
          <w:b/>
          <w:color w:val="1A1A1A"/>
          <w:sz w:val="26"/>
          <w:lang w:val="bg-BG"/>
        </w:rPr>
      </w:pPr>
      <w:r>
        <w:rPr>
          <w:b/>
          <w:color w:val="FFFFFF"/>
          <w:sz w:val="26"/>
        </w:rPr>
        <w:t>24 ОКТОМВРИ 2026 Г. (СЪБОТА)</w:t>
      </w:r>
      <w:r>
        <w:rPr>
          <w:noProof/>
        </w:rPr>
        <w:drawing>
          <wp:anchor distT="0" distB="0" distL="0" distR="0" simplePos="0" relativeHeight="251652608" behindDoc="1" locked="0" layoutInCell="1" allowOverlap="1" wp14:anchorId="70B52131" wp14:editId="6FC74544">
            <wp:simplePos x="0" y="0"/>
            <wp:positionH relativeFrom="page">
              <wp:posOffset>774700</wp:posOffset>
            </wp:positionH>
            <wp:positionV relativeFrom="paragraph">
              <wp:posOffset>0</wp:posOffset>
            </wp:positionV>
            <wp:extent cx="6014720" cy="246888"/>
            <wp:effectExtent l="0" t="0" r="0" b="0"/>
            <wp:wrapNone/>
            <wp:docPr id="388921723" name="Bar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_r.jpg"/>
                    <pic:cNvPicPr/>
                  </pic:nvPicPr>
                  <pic:blipFill>
                    <a:blip r:embed="rId16"/>
                    <a:stretch>
                      <a:fillRect/>
                    </a:stretch>
                  </pic:blipFill>
                  <pic:spPr>
                    <a:xfrm>
                      <a:off x="0" y="0"/>
                      <a:ext cx="6014720" cy="246888"/>
                    </a:xfrm>
                    <a:prstGeom prst="rect">
                      <a:avLst/>
                    </a:prstGeom>
                  </pic:spPr>
                </pic:pic>
              </a:graphicData>
            </a:graphic>
          </wp:anchor>
        </w:drawing>
      </w:r>
    </w:p>
    <w:p w14:paraId="12226F31" w14:textId="77777777" w:rsidR="002B7E9B" w:rsidRDefault="00000000" w:rsidP="006128FF">
      <w:pPr>
        <w:shd w:val="clear" w:color="auto" w:fill="DCE8DF"/>
        <w:spacing w:after="0"/>
        <w:jc w:val="center"/>
        <w:rPr>
          <w:color w:val="1A1A1A"/>
          <w:lang w:val="bg-BG"/>
        </w:rPr>
      </w:pPr>
      <w:proofErr w:type="spellStart"/>
      <w:r>
        <w:rPr>
          <w:color w:val="2A5E33"/>
        </w:rPr>
        <w:t>Зала</w:t>
      </w:r>
      <w:proofErr w:type="spellEnd"/>
      <w:r>
        <w:rPr>
          <w:color w:val="2A5E33"/>
        </w:rPr>
        <w:t xml:space="preserve"> 1, </w:t>
      </w:r>
      <w:proofErr w:type="spellStart"/>
      <w:r>
        <w:rPr>
          <w:color w:val="2A5E33"/>
        </w:rPr>
        <w:t>Софийски</w:t>
      </w:r>
      <w:proofErr w:type="spellEnd"/>
      <w:r>
        <w:rPr>
          <w:color w:val="2A5E33"/>
        </w:rPr>
        <w:t xml:space="preserve"> </w:t>
      </w:r>
      <w:proofErr w:type="spellStart"/>
      <w:r>
        <w:rPr>
          <w:color w:val="2A5E33"/>
        </w:rPr>
        <w:t>университет</w:t>
      </w:r>
      <w:proofErr w:type="spellEnd"/>
      <w:r>
        <w:rPr>
          <w:color w:val="2A5E33"/>
        </w:rPr>
        <w:t xml:space="preserve"> „</w:t>
      </w:r>
      <w:proofErr w:type="spellStart"/>
      <w:r>
        <w:rPr>
          <w:color w:val="2A5E33"/>
        </w:rPr>
        <w:t>Св</w:t>
      </w:r>
      <w:proofErr w:type="spellEnd"/>
      <w:r>
        <w:rPr>
          <w:color w:val="2A5E33"/>
        </w:rPr>
        <w:t xml:space="preserve">. </w:t>
      </w:r>
      <w:proofErr w:type="spellStart"/>
      <w:r>
        <w:rPr>
          <w:color w:val="2A5E33"/>
        </w:rPr>
        <w:t>Климент</w:t>
      </w:r>
      <w:proofErr w:type="spellEnd"/>
      <w:r>
        <w:rPr>
          <w:color w:val="2A5E33"/>
        </w:rPr>
        <w:t xml:space="preserve"> </w:t>
      </w:r>
      <w:proofErr w:type="gramStart"/>
      <w:r>
        <w:rPr>
          <w:color w:val="2A5E33"/>
        </w:rPr>
        <w:t>Охридски“</w:t>
      </w:r>
      <w:proofErr w:type="gramEnd"/>
    </w:p>
    <w:p w14:paraId="4E1062D9" w14:textId="77777777" w:rsidR="002B7E9B" w:rsidRDefault="002B7E9B" w:rsidP="006128FF">
      <w:pPr>
        <w:pBdr>
          <w:bottom w:val="single" w:sz="12" w:space="2" w:color="2A5E33"/>
        </w:pBdr>
        <w:spacing w:after="0"/>
        <w:jc w:val="center"/>
        <w:rPr>
          <w:b/>
          <w:color w:val="1A1A1A"/>
          <w:sz w:val="26"/>
          <w:lang w:val="bg-BG"/>
        </w:rPr>
      </w:pPr>
      <w:r>
        <w:rPr>
          <w:b/>
          <w:color w:val="FFFFFF"/>
          <w:sz w:val="26"/>
        </w:rPr>
        <w:t>24 OCTOBER 2026 (SATURDAY)</w:t>
      </w:r>
      <w:r>
        <w:rPr>
          <w:noProof/>
        </w:rPr>
        <w:drawing>
          <wp:anchor distT="0" distB="0" distL="0" distR="0" simplePos="0" relativeHeight="251655680" behindDoc="1" locked="0" layoutInCell="1" allowOverlap="1" wp14:anchorId="4AB93445" wp14:editId="3E170A91">
            <wp:simplePos x="0" y="0"/>
            <wp:positionH relativeFrom="page">
              <wp:posOffset>774700</wp:posOffset>
            </wp:positionH>
            <wp:positionV relativeFrom="paragraph">
              <wp:posOffset>0</wp:posOffset>
            </wp:positionV>
            <wp:extent cx="6014720" cy="246888"/>
            <wp:effectExtent l="0" t="0" r="0" b="0"/>
            <wp:wrapNone/>
            <wp:docPr id="2014686308" name="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_r.jpg"/>
                    <pic:cNvPicPr/>
                  </pic:nvPicPr>
                  <pic:blipFill>
                    <a:blip r:embed="rId16"/>
                    <a:stretch>
                      <a:fillRect/>
                    </a:stretch>
                  </pic:blipFill>
                  <pic:spPr>
                    <a:xfrm>
                      <a:off x="0" y="0"/>
                      <a:ext cx="6014720" cy="246888"/>
                    </a:xfrm>
                    <a:prstGeom prst="rect">
                      <a:avLst/>
                    </a:prstGeom>
                  </pic:spPr>
                </pic:pic>
              </a:graphicData>
            </a:graphic>
          </wp:anchor>
        </w:drawing>
      </w:r>
    </w:p>
    <w:p w14:paraId="65ACF393" w14:textId="3713746A" w:rsidR="002B7E9B" w:rsidRDefault="002B7E9B" w:rsidP="006128FF">
      <w:pPr>
        <w:shd w:val="clear" w:color="auto" w:fill="DCE8DF"/>
        <w:spacing w:after="0"/>
        <w:jc w:val="center"/>
        <w:rPr>
          <w:color w:val="1A1A1A"/>
        </w:rPr>
      </w:pPr>
      <w:r>
        <w:rPr>
          <w:color w:val="2A5E33"/>
        </w:rPr>
        <w:t>Hall 1, Sofia University "St. Kliment Ohridski"</w:t>
      </w:r>
    </w:p>
    <w:p w14:paraId="07158890" w14:textId="0065C5D4" w:rsidR="008E5318" w:rsidRPr="0059233B" w:rsidRDefault="000500D4" w:rsidP="000500D4">
      <w:pPr>
        <w:keepNext/>
        <w:pBdr>
          <w:top w:val="single" w:sz="18" w:space="5" w:color="A5281A"/>
        </w:pBdr>
        <w:spacing w:before="320" w:after="40"/>
        <w:jc w:val="center"/>
        <w:rPr>
          <w:smallCaps/>
          <w:sz w:val="28"/>
          <w:szCs w:val="28"/>
          <w:lang w:val="bg-BG"/>
        </w:rPr>
      </w:pPr>
      <w:r>
        <w:rPr>
          <w:noProof/>
        </w:rPr>
        <w:drawing>
          <wp:anchor distT="0" distB="0" distL="0" distR="0" simplePos="0" relativeHeight="251660800" behindDoc="1" locked="0" layoutInCell="1" allowOverlap="1" wp14:anchorId="27EF3B1A" wp14:editId="13B428C4">
            <wp:simplePos x="0" y="0"/>
            <wp:positionH relativeFrom="page">
              <wp:posOffset>777241</wp:posOffset>
            </wp:positionH>
            <wp:positionV relativeFrom="paragraph">
              <wp:posOffset>205740</wp:posOffset>
            </wp:positionV>
            <wp:extent cx="6014720" cy="624836"/>
            <wp:effectExtent l="0" t="0" r="0" b="4445"/>
            <wp:wrapNone/>
            <wp:docPr id="707" name="Ba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_g.jpg"/>
                    <pic:cNvPicPr/>
                  </pic:nvPicPr>
                  <pic:blipFill>
                    <a:blip r:embed="rId17"/>
                    <a:stretch>
                      <a:fillRect/>
                    </a:stretch>
                  </pic:blipFill>
                  <pic:spPr>
                    <a:xfrm>
                      <a:off x="0" y="0"/>
                      <a:ext cx="6069702" cy="630548"/>
                    </a:xfrm>
                    <a:prstGeom prst="rect">
                      <a:avLst/>
                    </a:prstGeom>
                  </pic:spPr>
                </pic:pic>
              </a:graphicData>
            </a:graphic>
            <wp14:sizeRelH relativeFrom="margin">
              <wp14:pctWidth>0</wp14:pctWidth>
            </wp14:sizeRelH>
            <wp14:sizeRelV relativeFrom="margin">
              <wp14:pctHeight>0</wp14:pctHeight>
            </wp14:sizeRelV>
          </wp:anchor>
        </w:drawing>
      </w:r>
      <w:r>
        <w:rPr>
          <w:b/>
          <w:smallCaps/>
          <w:color w:val="FFFFFF"/>
          <w:sz w:val="28"/>
          <w:szCs w:val="28"/>
        </w:rPr>
        <w:t>СЕКЦИЯ „</w:t>
      </w:r>
      <w:proofErr w:type="spellStart"/>
      <w:r>
        <w:rPr>
          <w:b/>
          <w:smallCaps/>
          <w:color w:val="FFFFFF"/>
          <w:sz w:val="28"/>
          <w:szCs w:val="28"/>
        </w:rPr>
        <w:t>Език</w:t>
      </w:r>
      <w:proofErr w:type="spellEnd"/>
      <w:r>
        <w:rPr>
          <w:b/>
          <w:smallCaps/>
          <w:color w:val="FFFFFF"/>
          <w:sz w:val="28"/>
          <w:szCs w:val="28"/>
        </w:rPr>
        <w:t xml:space="preserve">, </w:t>
      </w:r>
      <w:proofErr w:type="spellStart"/>
      <w:r>
        <w:rPr>
          <w:b/>
          <w:smallCaps/>
          <w:color w:val="FFFFFF"/>
          <w:sz w:val="28"/>
          <w:szCs w:val="28"/>
        </w:rPr>
        <w:t>литература</w:t>
      </w:r>
      <w:proofErr w:type="spellEnd"/>
      <w:r>
        <w:rPr>
          <w:b/>
          <w:smallCaps/>
          <w:color w:val="FFFFFF"/>
          <w:sz w:val="28"/>
          <w:szCs w:val="28"/>
        </w:rPr>
        <w:t xml:space="preserve"> и </w:t>
      </w:r>
      <w:proofErr w:type="spellStart"/>
      <w:r>
        <w:rPr>
          <w:b/>
          <w:smallCaps/>
          <w:color w:val="FFFFFF"/>
          <w:sz w:val="28"/>
          <w:szCs w:val="28"/>
        </w:rPr>
        <w:t>медии</w:t>
      </w:r>
      <w:proofErr w:type="spellEnd"/>
      <w:r>
        <w:rPr>
          <w:b/>
          <w:smallCaps/>
          <w:color w:val="FFFFFF"/>
          <w:sz w:val="28"/>
          <w:szCs w:val="28"/>
        </w:rPr>
        <w:t xml:space="preserve"> </w:t>
      </w:r>
      <w:proofErr w:type="spellStart"/>
      <w:r>
        <w:rPr>
          <w:b/>
          <w:smallCaps/>
          <w:color w:val="FFFFFF"/>
          <w:sz w:val="28"/>
          <w:szCs w:val="28"/>
        </w:rPr>
        <w:t>на</w:t>
      </w:r>
      <w:proofErr w:type="spellEnd"/>
      <w:r>
        <w:rPr>
          <w:b/>
          <w:smallCaps/>
          <w:color w:val="FFFFFF"/>
          <w:sz w:val="28"/>
          <w:szCs w:val="28"/>
        </w:rPr>
        <w:t xml:space="preserve"> </w:t>
      </w:r>
      <w:proofErr w:type="spellStart"/>
      <w:r>
        <w:rPr>
          <w:b/>
          <w:smallCaps/>
          <w:color w:val="FFFFFF"/>
          <w:sz w:val="28"/>
          <w:szCs w:val="28"/>
        </w:rPr>
        <w:t>българите</w:t>
      </w:r>
      <w:proofErr w:type="spellEnd"/>
      <w:r>
        <w:rPr>
          <w:b/>
          <w:smallCaps/>
          <w:color w:val="FFFFFF"/>
          <w:sz w:val="28"/>
          <w:szCs w:val="28"/>
        </w:rPr>
        <w:t xml:space="preserve"> </w:t>
      </w:r>
      <w:proofErr w:type="spellStart"/>
      <w:proofErr w:type="gramStart"/>
      <w:r>
        <w:rPr>
          <w:b/>
          <w:smallCaps/>
          <w:color w:val="FFFFFF"/>
          <w:sz w:val="28"/>
          <w:szCs w:val="28"/>
        </w:rPr>
        <w:t>католици</w:t>
      </w:r>
      <w:proofErr w:type="spellEnd"/>
      <w:r>
        <w:rPr>
          <w:b/>
          <w:smallCaps/>
          <w:color w:val="FFFFFF"/>
          <w:sz w:val="28"/>
          <w:szCs w:val="28"/>
        </w:rPr>
        <w:t>“</w:t>
      </w:r>
      <w:proofErr w:type="gramEnd"/>
    </w:p>
    <w:p w14:paraId="6024BCF9" w14:textId="77777777" w:rsidR="008E5318" w:rsidRPr="0059233B" w:rsidRDefault="00000000" w:rsidP="000500D4">
      <w:pPr>
        <w:keepNext/>
        <w:pBdr>
          <w:bottom w:val="single" w:sz="18" w:space="0" w:color="A5281A"/>
        </w:pBdr>
        <w:spacing w:after="40"/>
        <w:jc w:val="center"/>
        <w:rPr>
          <w:smallCaps/>
          <w:sz w:val="28"/>
          <w:szCs w:val="28"/>
          <w:lang w:val="bg-BG"/>
        </w:rPr>
      </w:pPr>
      <w:r>
        <w:rPr>
          <w:b/>
          <w:smallCaps/>
          <w:color w:val="FFFFFF"/>
          <w:sz w:val="28"/>
          <w:szCs w:val="28"/>
        </w:rPr>
        <w:t xml:space="preserve">SECTION „Language, Literature and Media of the Catholic </w:t>
      </w:r>
      <w:proofErr w:type="gramStart"/>
      <w:r>
        <w:rPr>
          <w:b/>
          <w:smallCaps/>
          <w:color w:val="FFFFFF"/>
          <w:sz w:val="28"/>
          <w:szCs w:val="28"/>
        </w:rPr>
        <w:t>Bulgarians“</w:t>
      </w:r>
      <w:proofErr w:type="gramEnd"/>
    </w:p>
    <w:p w14:paraId="7C72934A" w14:textId="6B01C126" w:rsidR="006128FF" w:rsidRPr="0059233B" w:rsidRDefault="006128FF">
      <w:pPr>
        <w:keepNext/>
        <w:spacing w:after="160"/>
        <w:jc w:val="center"/>
        <w:rPr>
          <w:i/>
          <w:smallCaps/>
          <w:color w:val="1A1A1A"/>
          <w:sz w:val="20"/>
          <w:lang w:val="bg-BG"/>
        </w:rPr>
      </w:pPr>
      <w:r>
        <w:rPr>
          <w:i/>
          <w:color w:val="1A1A1A"/>
          <w:sz w:val="20"/>
        </w:rPr>
        <w:t>9:30 – 10:</w:t>
      </w:r>
      <w:r w:rsidR="0060728A">
        <w:rPr>
          <w:i/>
          <w:color w:val="1A1A1A"/>
          <w:sz w:val="20"/>
          <w:lang w:val="bg-BG"/>
        </w:rPr>
        <w:t>15</w:t>
      </w:r>
      <w:r>
        <w:rPr>
          <w:i/>
          <w:color w:val="1A1A1A"/>
          <w:sz w:val="20"/>
        </w:rPr>
        <w:t xml:space="preserve">  </w:t>
      </w:r>
    </w:p>
    <w:p w14:paraId="5289813B" w14:textId="5D8277A8" w:rsidR="008E5318" w:rsidRPr="0059233B" w:rsidRDefault="00000000">
      <w:pPr>
        <w:keepNext/>
        <w:pBdr>
          <w:left w:val="single" w:sz="24" w:space="6" w:color="2E7D5B"/>
        </w:pBdr>
        <w:shd w:val="clear" w:color="auto" w:fill="E3EFE7"/>
        <w:jc w:val="center"/>
        <w:rPr>
          <w:color w:val="1A1A1A"/>
        </w:rPr>
      </w:pPr>
      <w:proofErr w:type="spellStart"/>
      <w:r>
        <w:rPr>
          <w:color w:val="1A1A1A"/>
        </w:rPr>
        <w:t>Модератор</w:t>
      </w:r>
      <w:proofErr w:type="spellEnd"/>
      <w:r>
        <w:rPr>
          <w:color w:val="1A1A1A"/>
        </w:rPr>
        <w:t xml:space="preserve">: </w:t>
      </w:r>
      <w:proofErr w:type="spellStart"/>
      <w:r>
        <w:rPr>
          <w:color w:val="1A1A1A"/>
        </w:rPr>
        <w:t>проф</w:t>
      </w:r>
      <w:proofErr w:type="spellEnd"/>
      <w:r>
        <w:rPr>
          <w:color w:val="1A1A1A"/>
        </w:rPr>
        <w:t xml:space="preserve">. </w:t>
      </w:r>
      <w:r w:rsidR="00310370">
        <w:rPr>
          <w:color w:val="1A1A1A"/>
          <w:lang w:val="bg-BG"/>
        </w:rPr>
        <w:t xml:space="preserve">д-р </w:t>
      </w:r>
      <w:proofErr w:type="spellStart"/>
      <w:r>
        <w:rPr>
          <w:color w:val="1A1A1A"/>
        </w:rPr>
        <w:t>Маргарет</w:t>
      </w:r>
      <w:proofErr w:type="spellEnd"/>
      <w:r>
        <w:rPr>
          <w:color w:val="1A1A1A"/>
        </w:rPr>
        <w:t xml:space="preserve"> </w:t>
      </w:r>
      <w:proofErr w:type="spellStart"/>
      <w:r>
        <w:rPr>
          <w:color w:val="1A1A1A"/>
        </w:rPr>
        <w:t>Димитрова</w:t>
      </w:r>
      <w:proofErr w:type="spellEnd"/>
      <w:r>
        <w:rPr>
          <w:color w:val="1A1A1A"/>
        </w:rPr>
        <w:t xml:space="preserve"> / Moderator: Prof. </w:t>
      </w:r>
      <w:r w:rsidR="00310370">
        <w:rPr>
          <w:color w:val="1A1A1A"/>
        </w:rPr>
        <w:t xml:space="preserve">Dr. </w:t>
      </w:r>
      <w:r>
        <w:rPr>
          <w:color w:val="1A1A1A"/>
        </w:rPr>
        <w:t>Margaret Dimitrova</w:t>
      </w:r>
    </w:p>
    <w:p w14:paraId="002F9E50" w14:textId="77777777" w:rsidR="00143BD7" w:rsidRPr="00976468" w:rsidRDefault="00143BD7" w:rsidP="00DC5E4C">
      <w:pPr>
        <w:pBdr>
          <w:bottom w:val="single" w:sz="4" w:space="3" w:color="C8D5CC"/>
        </w:pBdr>
        <w:tabs>
          <w:tab w:val="left" w:pos="1474"/>
        </w:tabs>
        <w:spacing w:after="220" w:line="259" w:lineRule="auto"/>
        <w:ind w:left="1474" w:hanging="1474"/>
        <w:jc w:val="both"/>
        <w:rPr>
          <w:lang w:val="bg-BG"/>
        </w:rPr>
      </w:pPr>
      <w:r>
        <w:rPr>
          <w:b/>
          <w:color w:val="A5281A"/>
        </w:rPr>
        <w:t>9:30 – 9:45</w:t>
      </w:r>
      <w:r>
        <w:rPr>
          <w:b/>
          <w:color w:val="A5281A"/>
        </w:rPr>
        <w:tab/>
      </w:r>
      <w:r w:rsidRPr="00976468">
        <w:rPr>
          <w:b/>
        </w:rPr>
        <w:t>МАГДАЛЕНА АБАДЖИЕВА, LUCA BARBIERI</w:t>
      </w:r>
      <w:r w:rsidRPr="00976468">
        <w:rPr>
          <w:i/>
        </w:rPr>
        <w:t xml:space="preserve"> (</w:t>
      </w:r>
      <w:proofErr w:type="spellStart"/>
      <w:r w:rsidRPr="00976468">
        <w:rPr>
          <w:i/>
        </w:rPr>
        <w:t>Институт</w:t>
      </w:r>
      <w:proofErr w:type="spellEnd"/>
      <w:r w:rsidRPr="00976468">
        <w:rPr>
          <w:i/>
        </w:rPr>
        <w:t xml:space="preserve"> </w:t>
      </w:r>
      <w:proofErr w:type="spellStart"/>
      <w:r w:rsidRPr="00976468">
        <w:rPr>
          <w:i/>
        </w:rPr>
        <w:t>за</w:t>
      </w:r>
      <w:proofErr w:type="spellEnd"/>
      <w:r w:rsidRPr="00976468">
        <w:rPr>
          <w:i/>
        </w:rPr>
        <w:t xml:space="preserve"> </w:t>
      </w:r>
      <w:proofErr w:type="spellStart"/>
      <w:r w:rsidRPr="00976468">
        <w:rPr>
          <w:i/>
        </w:rPr>
        <w:t>български</w:t>
      </w:r>
      <w:proofErr w:type="spellEnd"/>
      <w:r w:rsidRPr="00976468">
        <w:rPr>
          <w:i/>
        </w:rPr>
        <w:t xml:space="preserve"> </w:t>
      </w:r>
      <w:proofErr w:type="spellStart"/>
      <w:r w:rsidRPr="00976468">
        <w:rPr>
          <w:i/>
        </w:rPr>
        <w:t>език</w:t>
      </w:r>
      <w:proofErr w:type="spellEnd"/>
      <w:r w:rsidRPr="00976468">
        <w:rPr>
          <w:i/>
        </w:rPr>
        <w:t xml:space="preserve"> – БАН; Opera del </w:t>
      </w:r>
      <w:proofErr w:type="spellStart"/>
      <w:r w:rsidRPr="00976468">
        <w:rPr>
          <w:i/>
        </w:rPr>
        <w:t>Vocabolario</w:t>
      </w:r>
      <w:proofErr w:type="spellEnd"/>
      <w:r w:rsidRPr="00976468">
        <w:rPr>
          <w:i/>
        </w:rPr>
        <w:t xml:space="preserve"> Italiano)</w:t>
      </w:r>
      <w:r w:rsidRPr="00976468">
        <w:t xml:space="preserve"> – </w:t>
      </w:r>
      <w:proofErr w:type="spellStart"/>
      <w:r w:rsidRPr="00976468">
        <w:t>Българско-италианската</w:t>
      </w:r>
      <w:proofErr w:type="spellEnd"/>
      <w:r w:rsidRPr="00976468">
        <w:t xml:space="preserve"> </w:t>
      </w:r>
      <w:proofErr w:type="spellStart"/>
      <w:r w:rsidRPr="00976468">
        <w:t>граматика</w:t>
      </w:r>
      <w:proofErr w:type="spellEnd"/>
      <w:r w:rsidRPr="00976468">
        <w:t xml:space="preserve"> </w:t>
      </w:r>
      <w:proofErr w:type="spellStart"/>
      <w:r w:rsidRPr="00976468">
        <w:t>на</w:t>
      </w:r>
      <w:proofErr w:type="spellEnd"/>
      <w:r w:rsidRPr="00976468">
        <w:t xml:space="preserve"> </w:t>
      </w:r>
      <w:proofErr w:type="spellStart"/>
      <w:r w:rsidRPr="00976468">
        <w:t>отец</w:t>
      </w:r>
      <w:proofErr w:type="spellEnd"/>
      <w:r w:rsidRPr="00976468">
        <w:t xml:space="preserve"> </w:t>
      </w:r>
      <w:proofErr w:type="spellStart"/>
      <w:r w:rsidRPr="00976468">
        <w:t>Стефан</w:t>
      </w:r>
      <w:proofErr w:type="spellEnd"/>
      <w:r w:rsidRPr="00976468">
        <w:t xml:space="preserve"> </w:t>
      </w:r>
      <w:proofErr w:type="spellStart"/>
      <w:r w:rsidRPr="00976468">
        <w:t>Брагаля</w:t>
      </w:r>
      <w:proofErr w:type="spellEnd"/>
      <w:r w:rsidRPr="00976468">
        <w:t xml:space="preserve"> – </w:t>
      </w:r>
      <w:proofErr w:type="spellStart"/>
      <w:r w:rsidRPr="00976468">
        <w:t>хипотези</w:t>
      </w:r>
      <w:proofErr w:type="spellEnd"/>
      <w:r w:rsidRPr="00976468">
        <w:t xml:space="preserve"> и </w:t>
      </w:r>
      <w:proofErr w:type="spellStart"/>
      <w:r w:rsidRPr="00976468">
        <w:t>първоначални</w:t>
      </w:r>
      <w:proofErr w:type="spellEnd"/>
      <w:r w:rsidRPr="00976468">
        <w:t xml:space="preserve"> </w:t>
      </w:r>
      <w:proofErr w:type="spellStart"/>
      <w:r w:rsidRPr="00976468">
        <w:t>наблюдения</w:t>
      </w:r>
      <w:proofErr w:type="spellEnd"/>
      <w:r w:rsidRPr="00976468">
        <w:t xml:space="preserve"> / The Bulgarian-Italian Grammar of Father Stefan Bragalya: Hypotheses and Preliminary Observations</w:t>
      </w:r>
    </w:p>
    <w:p w14:paraId="3DD9096D" w14:textId="77777777" w:rsidR="00143BD7" w:rsidRPr="0059233B" w:rsidRDefault="00143BD7" w:rsidP="00DC5E4C">
      <w:pPr>
        <w:pBdr>
          <w:bottom w:val="single" w:sz="4" w:space="3" w:color="C8D5CC"/>
        </w:pBdr>
        <w:tabs>
          <w:tab w:val="left" w:pos="1474"/>
        </w:tabs>
        <w:spacing w:after="220" w:line="259" w:lineRule="auto"/>
        <w:ind w:left="1474" w:hanging="1474"/>
        <w:jc w:val="both"/>
        <w:rPr>
          <w:lang w:val="bg-BG"/>
        </w:rPr>
      </w:pPr>
      <w:r w:rsidRPr="003F6F1B">
        <w:rPr>
          <w:b/>
          <w:color w:val="C00000"/>
        </w:rPr>
        <w:t>9:45 – 10:00</w:t>
      </w:r>
      <w:r w:rsidRPr="00976468">
        <w:rPr>
          <w:b/>
        </w:rPr>
        <w:tab/>
        <w:t>ЯВОР ИВАНОВ</w:t>
      </w:r>
      <w:r w:rsidRPr="00976468">
        <w:rPr>
          <w:i/>
        </w:rPr>
        <w:t xml:space="preserve"> (</w:t>
      </w:r>
      <w:proofErr w:type="spellStart"/>
      <w:r w:rsidRPr="00976468">
        <w:rPr>
          <w:i/>
        </w:rPr>
        <w:t>Институт</w:t>
      </w:r>
      <w:proofErr w:type="spellEnd"/>
      <w:r w:rsidRPr="00976468">
        <w:rPr>
          <w:i/>
        </w:rPr>
        <w:t xml:space="preserve"> </w:t>
      </w:r>
      <w:proofErr w:type="spellStart"/>
      <w:r w:rsidRPr="00976468">
        <w:rPr>
          <w:i/>
        </w:rPr>
        <w:t>за</w:t>
      </w:r>
      <w:proofErr w:type="spellEnd"/>
      <w:r w:rsidRPr="00976468">
        <w:rPr>
          <w:i/>
        </w:rPr>
        <w:t xml:space="preserve"> </w:t>
      </w:r>
      <w:proofErr w:type="spellStart"/>
      <w:r w:rsidRPr="00976468">
        <w:rPr>
          <w:i/>
        </w:rPr>
        <w:t>български</w:t>
      </w:r>
      <w:proofErr w:type="spellEnd"/>
      <w:r w:rsidRPr="00976468">
        <w:rPr>
          <w:i/>
        </w:rPr>
        <w:t xml:space="preserve"> </w:t>
      </w:r>
      <w:proofErr w:type="spellStart"/>
      <w:r w:rsidRPr="00976468">
        <w:rPr>
          <w:i/>
        </w:rPr>
        <w:t>език</w:t>
      </w:r>
      <w:proofErr w:type="spellEnd"/>
      <w:r w:rsidRPr="00976468">
        <w:rPr>
          <w:i/>
        </w:rPr>
        <w:t xml:space="preserve"> – БАН; Н</w:t>
      </w:r>
      <w:proofErr w:type="spellStart"/>
      <w:r w:rsidR="00861549">
        <w:rPr>
          <w:i/>
          <w:lang w:val="bg-BG"/>
        </w:rPr>
        <w:t>ационална</w:t>
      </w:r>
      <w:proofErr w:type="spellEnd"/>
      <w:r w:rsidR="00861549">
        <w:rPr>
          <w:i/>
          <w:lang w:val="bg-BG"/>
        </w:rPr>
        <w:t xml:space="preserve"> библиотека</w:t>
      </w:r>
      <w:r w:rsidRPr="00976468">
        <w:rPr>
          <w:i/>
        </w:rPr>
        <w:t xml:space="preserve"> „</w:t>
      </w:r>
      <w:proofErr w:type="spellStart"/>
      <w:r w:rsidRPr="00976468">
        <w:rPr>
          <w:i/>
        </w:rPr>
        <w:t>Св</w:t>
      </w:r>
      <w:proofErr w:type="spellEnd"/>
      <w:r w:rsidRPr="00976468">
        <w:rPr>
          <w:i/>
        </w:rPr>
        <w:t xml:space="preserve">. </w:t>
      </w:r>
      <w:proofErr w:type="spellStart"/>
      <w:r w:rsidRPr="00976468">
        <w:rPr>
          <w:i/>
        </w:rPr>
        <w:t>св</w:t>
      </w:r>
      <w:proofErr w:type="spellEnd"/>
      <w:r w:rsidRPr="00976468">
        <w:rPr>
          <w:i/>
        </w:rPr>
        <w:t xml:space="preserve">. </w:t>
      </w:r>
      <w:proofErr w:type="spellStart"/>
      <w:r w:rsidRPr="00976468">
        <w:rPr>
          <w:i/>
        </w:rPr>
        <w:t>Кирил</w:t>
      </w:r>
      <w:proofErr w:type="spellEnd"/>
      <w:r w:rsidRPr="00976468">
        <w:rPr>
          <w:i/>
        </w:rPr>
        <w:t xml:space="preserve"> и </w:t>
      </w:r>
      <w:proofErr w:type="spellStart"/>
      <w:proofErr w:type="gramStart"/>
      <w:r w:rsidRPr="00976468">
        <w:rPr>
          <w:i/>
        </w:rPr>
        <w:t>Методий</w:t>
      </w:r>
      <w:proofErr w:type="spellEnd"/>
      <w:r w:rsidRPr="00976468">
        <w:rPr>
          <w:i/>
        </w:rPr>
        <w:t>“</w:t>
      </w:r>
      <w:proofErr w:type="gramEnd"/>
      <w:r w:rsidRPr="00976468">
        <w:rPr>
          <w:i/>
        </w:rPr>
        <w:t>)</w:t>
      </w:r>
      <w:r w:rsidRPr="00976468">
        <w:t xml:space="preserve"> – </w:t>
      </w:r>
      <w:proofErr w:type="spellStart"/>
      <w:r w:rsidRPr="00976468">
        <w:t>Названия</w:t>
      </w:r>
      <w:proofErr w:type="spellEnd"/>
      <w:r w:rsidRPr="00976468">
        <w:t xml:space="preserve"> </w:t>
      </w:r>
      <w:proofErr w:type="spellStart"/>
      <w:r w:rsidRPr="00976468">
        <w:t>за</w:t>
      </w:r>
      <w:proofErr w:type="spellEnd"/>
      <w:r w:rsidRPr="00976468">
        <w:t xml:space="preserve"> </w:t>
      </w:r>
      <w:proofErr w:type="spellStart"/>
      <w:r w:rsidRPr="00976468">
        <w:t>професии</w:t>
      </w:r>
      <w:proofErr w:type="spellEnd"/>
      <w:r w:rsidRPr="00976468">
        <w:t xml:space="preserve"> и </w:t>
      </w:r>
      <w:proofErr w:type="spellStart"/>
      <w:r w:rsidRPr="00976468">
        <w:t>длъжности</w:t>
      </w:r>
      <w:proofErr w:type="spellEnd"/>
      <w:r w:rsidRPr="00976468">
        <w:t xml:space="preserve"> в </w:t>
      </w:r>
      <w:proofErr w:type="spellStart"/>
      <w:r w:rsidRPr="00976468">
        <w:t>банатските</w:t>
      </w:r>
      <w:proofErr w:type="spellEnd"/>
      <w:r w:rsidRPr="00976468">
        <w:t xml:space="preserve"> </w:t>
      </w:r>
      <w:proofErr w:type="spellStart"/>
      <w:r w:rsidRPr="00976468">
        <w:t>разкази</w:t>
      </w:r>
      <w:proofErr w:type="spellEnd"/>
      <w:r w:rsidRPr="00976468">
        <w:t xml:space="preserve"> </w:t>
      </w:r>
      <w:proofErr w:type="spellStart"/>
      <w:r w:rsidRPr="00976468">
        <w:t>на</w:t>
      </w:r>
      <w:proofErr w:type="spellEnd"/>
      <w:r w:rsidRPr="00976468">
        <w:t xml:space="preserve"> </w:t>
      </w:r>
      <w:proofErr w:type="spellStart"/>
      <w:r w:rsidRPr="00976468">
        <w:t>Яку</w:t>
      </w:r>
      <w:proofErr w:type="spellEnd"/>
      <w:r w:rsidRPr="00976468">
        <w:t xml:space="preserve"> </w:t>
      </w:r>
      <w:proofErr w:type="spellStart"/>
      <w:r w:rsidRPr="00976468">
        <w:t>Ронков</w:t>
      </w:r>
      <w:proofErr w:type="spellEnd"/>
      <w:r w:rsidRPr="00976468">
        <w:t xml:space="preserve"> / Names of P</w:t>
      </w:r>
      <w:r>
        <w:rPr>
          <w:color w:val="1A1A1A"/>
        </w:rPr>
        <w:t xml:space="preserve">rofessions and Positions in the Banat Stories of </w:t>
      </w:r>
      <w:proofErr w:type="spellStart"/>
      <w:r>
        <w:rPr>
          <w:color w:val="1A1A1A"/>
        </w:rPr>
        <w:t>Yaku</w:t>
      </w:r>
      <w:proofErr w:type="spellEnd"/>
      <w:r>
        <w:rPr>
          <w:color w:val="1A1A1A"/>
        </w:rPr>
        <w:t xml:space="preserve"> Ronkov</w:t>
      </w:r>
    </w:p>
    <w:p w14:paraId="4BBECCBF" w14:textId="580D3C6A" w:rsidR="00FE5C7B" w:rsidRPr="0059233B" w:rsidRDefault="00143BD7" w:rsidP="00FE5C7B">
      <w:pPr>
        <w:pBdr>
          <w:bottom w:val="single" w:sz="4" w:space="3" w:color="C8D5CC"/>
        </w:pBdr>
        <w:tabs>
          <w:tab w:val="left" w:pos="1474"/>
        </w:tabs>
        <w:spacing w:after="220" w:line="259" w:lineRule="auto"/>
        <w:ind w:left="1474" w:hanging="1474"/>
        <w:jc w:val="both"/>
        <w:rPr>
          <w:lang w:val="bg-BG"/>
        </w:rPr>
      </w:pPr>
      <w:r>
        <w:rPr>
          <w:b/>
          <w:color w:val="A5281A"/>
        </w:rPr>
        <w:t>10:00 – 10:15</w:t>
      </w:r>
      <w:r>
        <w:rPr>
          <w:b/>
          <w:color w:val="1A1A1A"/>
        </w:rPr>
        <w:tab/>
      </w:r>
      <w:r w:rsidR="00FE5C7B">
        <w:rPr>
          <w:b/>
          <w:color w:val="1A1A1A"/>
        </w:rPr>
        <w:t>СВЕТЛАНА КАРАДЖОВА</w:t>
      </w:r>
      <w:r w:rsidR="00FE5C7B">
        <w:rPr>
          <w:i/>
          <w:color w:val="555555"/>
        </w:rPr>
        <w:t xml:space="preserve"> (</w:t>
      </w:r>
      <w:proofErr w:type="spellStart"/>
      <w:r w:rsidR="00FE5C7B">
        <w:rPr>
          <w:i/>
          <w:color w:val="555555"/>
        </w:rPr>
        <w:t>Институт</w:t>
      </w:r>
      <w:proofErr w:type="spellEnd"/>
      <w:r w:rsidR="00FE5C7B">
        <w:rPr>
          <w:i/>
          <w:color w:val="555555"/>
        </w:rPr>
        <w:t xml:space="preserve"> </w:t>
      </w:r>
      <w:proofErr w:type="spellStart"/>
      <w:r w:rsidR="00FE5C7B">
        <w:rPr>
          <w:i/>
          <w:color w:val="555555"/>
        </w:rPr>
        <w:t>за</w:t>
      </w:r>
      <w:proofErr w:type="spellEnd"/>
      <w:r w:rsidR="00FE5C7B">
        <w:rPr>
          <w:i/>
          <w:color w:val="555555"/>
        </w:rPr>
        <w:t xml:space="preserve"> </w:t>
      </w:r>
      <w:proofErr w:type="spellStart"/>
      <w:r w:rsidR="00FE5C7B">
        <w:rPr>
          <w:i/>
          <w:color w:val="555555"/>
        </w:rPr>
        <w:t>литература</w:t>
      </w:r>
      <w:proofErr w:type="spellEnd"/>
      <w:r w:rsidR="00FE5C7B">
        <w:rPr>
          <w:i/>
          <w:color w:val="555555"/>
        </w:rPr>
        <w:t xml:space="preserve"> – БАН)</w:t>
      </w:r>
      <w:r w:rsidR="00FE5C7B">
        <w:rPr>
          <w:color w:val="1A1A1A"/>
        </w:rPr>
        <w:t xml:space="preserve"> – </w:t>
      </w:r>
      <w:proofErr w:type="spellStart"/>
      <w:r w:rsidR="00FE5C7B">
        <w:rPr>
          <w:color w:val="1A1A1A"/>
        </w:rPr>
        <w:t>Габриел</w:t>
      </w:r>
      <w:proofErr w:type="spellEnd"/>
      <w:r w:rsidR="00FE5C7B">
        <w:rPr>
          <w:color w:val="1A1A1A"/>
        </w:rPr>
        <w:t xml:space="preserve"> </w:t>
      </w:r>
      <w:proofErr w:type="spellStart"/>
      <w:r w:rsidR="00FE5C7B">
        <w:rPr>
          <w:color w:val="1A1A1A"/>
        </w:rPr>
        <w:t>Кочуба</w:t>
      </w:r>
      <w:proofErr w:type="spellEnd"/>
      <w:r w:rsidR="00FE5C7B">
        <w:rPr>
          <w:color w:val="1A1A1A"/>
        </w:rPr>
        <w:t xml:space="preserve"> (Boris Groškva) и </w:t>
      </w:r>
      <w:proofErr w:type="spellStart"/>
      <w:r w:rsidR="00FE5C7B">
        <w:rPr>
          <w:color w:val="1A1A1A"/>
        </w:rPr>
        <w:t>неговите</w:t>
      </w:r>
      <w:proofErr w:type="spellEnd"/>
      <w:r w:rsidR="00FE5C7B">
        <w:rPr>
          <w:color w:val="1A1A1A"/>
        </w:rPr>
        <w:t xml:space="preserve"> </w:t>
      </w:r>
      <w:proofErr w:type="spellStart"/>
      <w:r w:rsidR="00FE5C7B">
        <w:rPr>
          <w:color w:val="1A1A1A"/>
        </w:rPr>
        <w:t>дневници</w:t>
      </w:r>
      <w:proofErr w:type="spellEnd"/>
      <w:r w:rsidR="00FE5C7B">
        <w:rPr>
          <w:color w:val="1A1A1A"/>
        </w:rPr>
        <w:t xml:space="preserve"> – </w:t>
      </w:r>
      <w:proofErr w:type="spellStart"/>
      <w:r w:rsidR="00FE5C7B">
        <w:rPr>
          <w:color w:val="1A1A1A"/>
        </w:rPr>
        <w:t>памет</w:t>
      </w:r>
      <w:proofErr w:type="spellEnd"/>
      <w:r w:rsidR="00FE5C7B">
        <w:rPr>
          <w:color w:val="1A1A1A"/>
        </w:rPr>
        <w:t xml:space="preserve"> в </w:t>
      </w:r>
      <w:proofErr w:type="spellStart"/>
      <w:r w:rsidR="00FE5C7B">
        <w:rPr>
          <w:color w:val="1A1A1A"/>
        </w:rPr>
        <w:t>междуречието</w:t>
      </w:r>
      <w:proofErr w:type="spellEnd"/>
      <w:r w:rsidR="00FE5C7B">
        <w:rPr>
          <w:color w:val="1A1A1A"/>
        </w:rPr>
        <w:t xml:space="preserve"> </w:t>
      </w:r>
      <w:proofErr w:type="spellStart"/>
      <w:r w:rsidR="00FE5C7B">
        <w:rPr>
          <w:color w:val="1A1A1A"/>
        </w:rPr>
        <w:t>на</w:t>
      </w:r>
      <w:proofErr w:type="spellEnd"/>
      <w:r w:rsidR="00FE5C7B">
        <w:rPr>
          <w:color w:val="1A1A1A"/>
        </w:rPr>
        <w:t xml:space="preserve"> </w:t>
      </w:r>
      <w:proofErr w:type="spellStart"/>
      <w:r w:rsidR="00FE5C7B">
        <w:rPr>
          <w:color w:val="1A1A1A"/>
        </w:rPr>
        <w:t>смисъла</w:t>
      </w:r>
      <w:proofErr w:type="spellEnd"/>
      <w:r w:rsidR="00FE5C7B">
        <w:rPr>
          <w:color w:val="1A1A1A"/>
        </w:rPr>
        <w:t xml:space="preserve"> / Gabriel </w:t>
      </w:r>
      <w:proofErr w:type="spellStart"/>
      <w:r w:rsidR="00FE5C7B">
        <w:rPr>
          <w:color w:val="1A1A1A"/>
        </w:rPr>
        <w:t>Cociuba</w:t>
      </w:r>
      <w:proofErr w:type="spellEnd"/>
      <w:r w:rsidR="00FE5C7B">
        <w:rPr>
          <w:color w:val="1A1A1A"/>
        </w:rPr>
        <w:t xml:space="preserve"> (Boris Groškva) and His Diaries: Memory in the Interstices of Meaning</w:t>
      </w:r>
    </w:p>
    <w:p w14:paraId="71C18FFA" w14:textId="54597B6A" w:rsidR="008E5318" w:rsidRPr="0059233B" w:rsidRDefault="00000000" w:rsidP="00B614E7">
      <w:pPr>
        <w:pBdr>
          <w:left w:val="single" w:sz="24" w:space="6" w:color="2E7D5B"/>
        </w:pBdr>
        <w:tabs>
          <w:tab w:val="left" w:pos="1474"/>
        </w:tabs>
        <w:spacing w:after="220" w:line="259" w:lineRule="auto"/>
        <w:ind w:left="1474" w:hanging="1474"/>
        <w:jc w:val="both"/>
      </w:pPr>
      <w:r w:rsidRPr="00BD2E2C">
        <w:rPr>
          <w:b/>
          <w:bCs/>
          <w:i/>
          <w:color w:val="C00000"/>
        </w:rPr>
        <w:t>10:</w:t>
      </w:r>
      <w:r w:rsidR="0060728A">
        <w:rPr>
          <w:b/>
          <w:bCs/>
          <w:i/>
          <w:color w:val="C00000"/>
          <w:lang w:val="bg-BG"/>
        </w:rPr>
        <w:t>15</w:t>
      </w:r>
      <w:r w:rsidRPr="00BD2E2C">
        <w:rPr>
          <w:b/>
          <w:bCs/>
          <w:i/>
          <w:color w:val="C00000"/>
        </w:rPr>
        <w:t xml:space="preserve"> – </w:t>
      </w:r>
      <w:proofErr w:type="gramStart"/>
      <w:r w:rsidRPr="00BD2E2C">
        <w:rPr>
          <w:b/>
          <w:bCs/>
          <w:i/>
          <w:color w:val="C00000"/>
        </w:rPr>
        <w:t>1</w:t>
      </w:r>
      <w:r w:rsidR="00394A36" w:rsidRPr="00BD2E2C">
        <w:rPr>
          <w:b/>
          <w:bCs/>
          <w:i/>
          <w:color w:val="C00000"/>
          <w:lang w:val="bg-BG"/>
        </w:rPr>
        <w:t>0</w:t>
      </w:r>
      <w:r w:rsidRPr="00BD2E2C">
        <w:rPr>
          <w:b/>
          <w:bCs/>
          <w:i/>
          <w:color w:val="C00000"/>
        </w:rPr>
        <w:t>:</w:t>
      </w:r>
      <w:r w:rsidR="0060728A">
        <w:rPr>
          <w:b/>
          <w:bCs/>
          <w:i/>
          <w:color w:val="C00000"/>
          <w:lang w:val="bg-BG"/>
        </w:rPr>
        <w:t>30</w:t>
      </w:r>
      <w:r w:rsidRPr="00BD2E2C">
        <w:rPr>
          <w:i/>
          <w:color w:val="C00000"/>
        </w:rPr>
        <w:t xml:space="preserve">  </w:t>
      </w:r>
      <w:proofErr w:type="spellStart"/>
      <w:r>
        <w:rPr>
          <w:i/>
          <w:color w:val="1A1A1A"/>
        </w:rPr>
        <w:t>Дискусия</w:t>
      </w:r>
      <w:proofErr w:type="spellEnd"/>
      <w:proofErr w:type="gramEnd"/>
      <w:r>
        <w:rPr>
          <w:i/>
          <w:color w:val="1A1A1A"/>
        </w:rPr>
        <w:t xml:space="preserve"> / Discussion</w:t>
      </w:r>
    </w:p>
    <w:p w14:paraId="29BD6CCC" w14:textId="34AAA661" w:rsidR="008E5318" w:rsidRDefault="00000000">
      <w:pPr>
        <w:pBdr>
          <w:left w:val="single" w:sz="24" w:space="6" w:color="A5281A"/>
        </w:pBdr>
        <w:shd w:val="clear" w:color="auto" w:fill="EEF3EF"/>
        <w:tabs>
          <w:tab w:val="left" w:pos="1474"/>
        </w:tabs>
        <w:spacing w:before="80"/>
        <w:ind w:left="1474" w:hanging="1474"/>
        <w:rPr>
          <w:bCs/>
          <w:i/>
          <w:color w:val="2A5E33"/>
          <w:lang w:val="bg-BG"/>
        </w:rPr>
      </w:pPr>
      <w:r>
        <w:rPr>
          <w:b/>
          <w:color w:val="2A5E33"/>
        </w:rPr>
        <w:t>1</w:t>
      </w:r>
      <w:r w:rsidR="00394A36">
        <w:rPr>
          <w:b/>
          <w:color w:val="2A5E33"/>
          <w:lang w:val="bg-BG"/>
        </w:rPr>
        <w:t>0</w:t>
      </w:r>
      <w:r>
        <w:rPr>
          <w:b/>
          <w:color w:val="2A5E33"/>
        </w:rPr>
        <w:t>:</w:t>
      </w:r>
      <w:r w:rsidR="0060728A">
        <w:rPr>
          <w:b/>
          <w:color w:val="2A5E33"/>
          <w:lang w:val="bg-BG"/>
        </w:rPr>
        <w:t>30</w:t>
      </w:r>
      <w:r>
        <w:rPr>
          <w:b/>
          <w:color w:val="2A5E33"/>
        </w:rPr>
        <w:t xml:space="preserve"> – 1</w:t>
      </w:r>
      <w:r w:rsidR="0060728A">
        <w:rPr>
          <w:b/>
          <w:color w:val="2A5E33"/>
          <w:lang w:val="bg-BG"/>
        </w:rPr>
        <w:t>1</w:t>
      </w:r>
      <w:r>
        <w:rPr>
          <w:b/>
          <w:color w:val="2A5E33"/>
        </w:rPr>
        <w:t>:</w:t>
      </w:r>
      <w:r w:rsidR="0060728A">
        <w:rPr>
          <w:b/>
          <w:color w:val="2A5E33"/>
          <w:lang w:val="bg-BG"/>
        </w:rPr>
        <w:t>00</w:t>
      </w:r>
      <w:r>
        <w:rPr>
          <w:b/>
          <w:color w:val="2A5E33"/>
        </w:rPr>
        <w:tab/>
      </w:r>
      <w:proofErr w:type="spellStart"/>
      <w:r>
        <w:rPr>
          <w:bCs/>
          <w:i/>
          <w:color w:val="2A5E33"/>
        </w:rPr>
        <w:t>Кафе</w:t>
      </w:r>
      <w:proofErr w:type="spellEnd"/>
      <w:r>
        <w:rPr>
          <w:bCs/>
          <w:i/>
          <w:color w:val="2A5E33"/>
        </w:rPr>
        <w:t xml:space="preserve"> </w:t>
      </w:r>
      <w:proofErr w:type="spellStart"/>
      <w:r>
        <w:rPr>
          <w:bCs/>
          <w:i/>
          <w:color w:val="2A5E33"/>
        </w:rPr>
        <w:t>пауза</w:t>
      </w:r>
      <w:proofErr w:type="spellEnd"/>
      <w:r>
        <w:rPr>
          <w:bCs/>
          <w:i/>
          <w:color w:val="2A5E33"/>
        </w:rPr>
        <w:t xml:space="preserve"> / Coffee break</w:t>
      </w:r>
    </w:p>
    <w:p w14:paraId="63039511" w14:textId="77777777" w:rsidR="008E5318" w:rsidRPr="0059233B" w:rsidRDefault="00000000">
      <w:pPr>
        <w:keepNext/>
        <w:pBdr>
          <w:top w:val="single" w:sz="18" w:space="4" w:color="A5281A"/>
        </w:pBdr>
        <w:spacing w:before="320" w:after="40"/>
        <w:jc w:val="center"/>
        <w:rPr>
          <w:smallCaps/>
          <w:sz w:val="28"/>
          <w:szCs w:val="28"/>
          <w:lang w:val="bg-BG"/>
        </w:rPr>
      </w:pPr>
      <w:r>
        <w:rPr>
          <w:b/>
          <w:smallCaps/>
          <w:color w:val="FFFFFF"/>
          <w:sz w:val="28"/>
          <w:szCs w:val="28"/>
        </w:rPr>
        <w:t>СЕКЦИЯ „</w:t>
      </w:r>
      <w:proofErr w:type="spellStart"/>
      <w:r>
        <w:rPr>
          <w:b/>
          <w:smallCaps/>
          <w:color w:val="FFFFFF"/>
          <w:sz w:val="28"/>
          <w:szCs w:val="28"/>
        </w:rPr>
        <w:t>Традиции</w:t>
      </w:r>
      <w:proofErr w:type="spellEnd"/>
      <w:r>
        <w:rPr>
          <w:b/>
          <w:smallCaps/>
          <w:color w:val="FFFFFF"/>
          <w:sz w:val="28"/>
          <w:szCs w:val="28"/>
        </w:rPr>
        <w:t xml:space="preserve">, </w:t>
      </w:r>
      <w:proofErr w:type="spellStart"/>
      <w:r>
        <w:rPr>
          <w:b/>
          <w:smallCaps/>
          <w:color w:val="FFFFFF"/>
          <w:sz w:val="28"/>
          <w:szCs w:val="28"/>
        </w:rPr>
        <w:t>религия</w:t>
      </w:r>
      <w:proofErr w:type="spellEnd"/>
      <w:r>
        <w:rPr>
          <w:b/>
          <w:smallCaps/>
          <w:color w:val="FFFFFF"/>
          <w:sz w:val="28"/>
          <w:szCs w:val="28"/>
        </w:rPr>
        <w:t xml:space="preserve"> и </w:t>
      </w:r>
      <w:proofErr w:type="spellStart"/>
      <w:r>
        <w:rPr>
          <w:b/>
          <w:smallCaps/>
          <w:color w:val="FFFFFF"/>
          <w:sz w:val="28"/>
          <w:szCs w:val="28"/>
        </w:rPr>
        <w:t>културна</w:t>
      </w:r>
      <w:proofErr w:type="spellEnd"/>
      <w:r>
        <w:rPr>
          <w:b/>
          <w:smallCaps/>
          <w:color w:val="FFFFFF"/>
          <w:sz w:val="28"/>
          <w:szCs w:val="28"/>
        </w:rPr>
        <w:t xml:space="preserve"> </w:t>
      </w:r>
      <w:proofErr w:type="spellStart"/>
      <w:proofErr w:type="gramStart"/>
      <w:r>
        <w:rPr>
          <w:b/>
          <w:smallCaps/>
          <w:color w:val="FFFFFF"/>
          <w:sz w:val="28"/>
          <w:szCs w:val="28"/>
        </w:rPr>
        <w:t>памет</w:t>
      </w:r>
      <w:proofErr w:type="spellEnd"/>
      <w:r>
        <w:rPr>
          <w:b/>
          <w:smallCaps/>
          <w:color w:val="FFFFFF"/>
          <w:sz w:val="28"/>
          <w:szCs w:val="28"/>
        </w:rPr>
        <w:t>“</w:t>
      </w:r>
      <w:proofErr w:type="gramEnd"/>
      <w:r>
        <w:rPr>
          <w:noProof/>
        </w:rPr>
        <w:drawing>
          <wp:anchor distT="0" distB="0" distL="0" distR="0" simplePos="0" relativeHeight="251661824" behindDoc="1" locked="0" layoutInCell="1" allowOverlap="1" wp14:anchorId="66FD6574" wp14:editId="222A0376">
            <wp:simplePos x="0" y="0"/>
            <wp:positionH relativeFrom="page">
              <wp:posOffset>774700</wp:posOffset>
            </wp:positionH>
            <wp:positionV relativeFrom="paragraph">
              <wp:posOffset>106553</wp:posOffset>
            </wp:positionV>
            <wp:extent cx="6014720" cy="1161898"/>
            <wp:effectExtent l="0" t="0" r="0" b="0"/>
            <wp:wrapNone/>
            <wp:docPr id="708" name="Bar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_g.jpg"/>
                    <pic:cNvPicPr/>
                  </pic:nvPicPr>
                  <pic:blipFill>
                    <a:blip r:embed="rId17"/>
                    <a:stretch>
                      <a:fillRect/>
                    </a:stretch>
                  </pic:blipFill>
                  <pic:spPr>
                    <a:xfrm>
                      <a:off x="0" y="0"/>
                      <a:ext cx="6014720" cy="580949"/>
                    </a:xfrm>
                    <a:prstGeom prst="rect">
                      <a:avLst/>
                    </a:prstGeom>
                  </pic:spPr>
                </pic:pic>
              </a:graphicData>
            </a:graphic>
          </wp:anchor>
        </w:drawing>
      </w:r>
    </w:p>
    <w:p w14:paraId="1B7A878B" w14:textId="77777777" w:rsidR="008E5318" w:rsidRPr="0059233B" w:rsidRDefault="00000000">
      <w:pPr>
        <w:keepNext/>
        <w:pBdr>
          <w:bottom w:val="single" w:sz="18" w:space="4" w:color="A5281A"/>
        </w:pBdr>
        <w:spacing w:after="40"/>
        <w:jc w:val="center"/>
        <w:rPr>
          <w:smallCaps/>
          <w:sz w:val="28"/>
          <w:szCs w:val="28"/>
          <w:lang w:val="bg-BG"/>
        </w:rPr>
      </w:pPr>
      <w:r>
        <w:rPr>
          <w:b/>
          <w:smallCaps/>
          <w:color w:val="FFFFFF"/>
          <w:sz w:val="28"/>
          <w:szCs w:val="28"/>
        </w:rPr>
        <w:t xml:space="preserve">SECTION „Traditions, Religion and Cultural </w:t>
      </w:r>
      <w:proofErr w:type="gramStart"/>
      <w:r>
        <w:rPr>
          <w:b/>
          <w:smallCaps/>
          <w:color w:val="FFFFFF"/>
          <w:sz w:val="28"/>
          <w:szCs w:val="28"/>
        </w:rPr>
        <w:t>Memory“</w:t>
      </w:r>
      <w:proofErr w:type="gramEnd"/>
    </w:p>
    <w:p w14:paraId="46AE9538" w14:textId="023FFAF2" w:rsidR="006128FF" w:rsidRPr="00BD2E2C" w:rsidRDefault="006128FF">
      <w:pPr>
        <w:keepNext/>
        <w:spacing w:after="160"/>
        <w:jc w:val="center"/>
        <w:rPr>
          <w:i/>
          <w:smallCaps/>
          <w:color w:val="1A1A1A"/>
          <w:sz w:val="20"/>
          <w:lang w:val="bg-BG"/>
        </w:rPr>
      </w:pPr>
      <w:r>
        <w:rPr>
          <w:i/>
          <w:color w:val="1A1A1A"/>
          <w:sz w:val="20"/>
        </w:rPr>
        <w:t>11:</w:t>
      </w:r>
      <w:r w:rsidR="0060728A">
        <w:rPr>
          <w:i/>
          <w:color w:val="1A1A1A"/>
          <w:sz w:val="20"/>
          <w:lang w:val="bg-BG"/>
        </w:rPr>
        <w:t>00</w:t>
      </w:r>
      <w:r>
        <w:rPr>
          <w:i/>
          <w:color w:val="1A1A1A"/>
          <w:sz w:val="20"/>
        </w:rPr>
        <w:t xml:space="preserve"> – 12:</w:t>
      </w:r>
      <w:r w:rsidR="0060728A">
        <w:rPr>
          <w:i/>
          <w:color w:val="1A1A1A"/>
          <w:sz w:val="20"/>
          <w:lang w:val="bg-BG"/>
        </w:rPr>
        <w:t>00</w:t>
      </w:r>
      <w:r>
        <w:rPr>
          <w:i/>
          <w:color w:val="1A1A1A"/>
          <w:sz w:val="20"/>
        </w:rPr>
        <w:t xml:space="preserve">  </w:t>
      </w:r>
    </w:p>
    <w:p w14:paraId="329F6840" w14:textId="081F8ACE" w:rsidR="008E5318" w:rsidRPr="0059233B" w:rsidRDefault="00000000">
      <w:pPr>
        <w:keepNext/>
        <w:pBdr>
          <w:left w:val="single" w:sz="24" w:space="6" w:color="2E7D5B"/>
        </w:pBdr>
        <w:shd w:val="clear" w:color="auto" w:fill="E3EFE7"/>
        <w:jc w:val="center"/>
        <w:rPr>
          <w:color w:val="1A1A1A"/>
        </w:rPr>
      </w:pPr>
      <w:proofErr w:type="spellStart"/>
      <w:r>
        <w:rPr>
          <w:color w:val="1A1A1A"/>
        </w:rPr>
        <w:t>Модератор</w:t>
      </w:r>
      <w:proofErr w:type="spellEnd"/>
      <w:r>
        <w:rPr>
          <w:color w:val="1A1A1A"/>
        </w:rPr>
        <w:t xml:space="preserve">: </w:t>
      </w:r>
      <w:proofErr w:type="spellStart"/>
      <w:r w:rsidR="007C6324" w:rsidRPr="007C6324">
        <w:rPr>
          <w:color w:val="1A1A1A"/>
        </w:rPr>
        <w:t>хабил</w:t>
      </w:r>
      <w:proofErr w:type="spellEnd"/>
      <w:r w:rsidR="007C6324" w:rsidRPr="007C6324">
        <w:rPr>
          <w:color w:val="1A1A1A"/>
        </w:rPr>
        <w:t xml:space="preserve">. </w:t>
      </w:r>
      <w:proofErr w:type="spellStart"/>
      <w:r w:rsidR="007C6324" w:rsidRPr="007C6324">
        <w:rPr>
          <w:color w:val="1A1A1A"/>
        </w:rPr>
        <w:t>доц</w:t>
      </w:r>
      <w:proofErr w:type="spellEnd"/>
      <w:r w:rsidR="007C6324" w:rsidRPr="007C6324">
        <w:rPr>
          <w:color w:val="1A1A1A"/>
        </w:rPr>
        <w:t xml:space="preserve">. </w:t>
      </w:r>
      <w:proofErr w:type="spellStart"/>
      <w:r w:rsidR="007C6324" w:rsidRPr="007C6324">
        <w:rPr>
          <w:color w:val="1A1A1A"/>
        </w:rPr>
        <w:t>Кристина</w:t>
      </w:r>
      <w:proofErr w:type="spellEnd"/>
      <w:r w:rsidR="007C6324" w:rsidRPr="007C6324">
        <w:rPr>
          <w:color w:val="1A1A1A"/>
        </w:rPr>
        <w:t xml:space="preserve"> </w:t>
      </w:r>
      <w:proofErr w:type="spellStart"/>
      <w:r w:rsidR="007C6324" w:rsidRPr="007C6324">
        <w:rPr>
          <w:color w:val="1A1A1A"/>
        </w:rPr>
        <w:t>Менхарт</w:t>
      </w:r>
      <w:proofErr w:type="spellEnd"/>
      <w:r>
        <w:rPr>
          <w:color w:val="1A1A1A"/>
        </w:rPr>
        <w:t xml:space="preserve"> / Moderator: Assoc. Prof. </w:t>
      </w:r>
      <w:r w:rsidR="00E4608A" w:rsidRPr="00E4608A">
        <w:rPr>
          <w:color w:val="1A1A1A"/>
        </w:rPr>
        <w:t>Krisztina Menyhart</w:t>
      </w:r>
    </w:p>
    <w:p w14:paraId="286F3019" w14:textId="00E222F5" w:rsidR="00143BD7" w:rsidRPr="0059233B" w:rsidRDefault="00143BD7" w:rsidP="00DC5E4C">
      <w:pPr>
        <w:pBdr>
          <w:bottom w:val="single" w:sz="4" w:space="3" w:color="C8D5CC"/>
        </w:pBdr>
        <w:tabs>
          <w:tab w:val="left" w:pos="1474"/>
        </w:tabs>
        <w:spacing w:after="220" w:line="259" w:lineRule="auto"/>
        <w:ind w:left="1474" w:hanging="1474"/>
        <w:jc w:val="both"/>
        <w:rPr>
          <w:lang w:val="bg-BG"/>
        </w:rPr>
      </w:pPr>
      <w:r>
        <w:rPr>
          <w:b/>
          <w:color w:val="A5281A"/>
        </w:rPr>
        <w:t>11:</w:t>
      </w:r>
      <w:r w:rsidR="0060728A">
        <w:rPr>
          <w:b/>
          <w:color w:val="A5281A"/>
          <w:lang w:val="bg-BG"/>
        </w:rPr>
        <w:t>00</w:t>
      </w:r>
      <w:r>
        <w:rPr>
          <w:b/>
          <w:color w:val="A5281A"/>
        </w:rPr>
        <w:t xml:space="preserve"> – 11:</w:t>
      </w:r>
      <w:r w:rsidR="0060728A">
        <w:rPr>
          <w:b/>
          <w:color w:val="A5281A"/>
          <w:lang w:val="bg-BG"/>
        </w:rPr>
        <w:t>15</w:t>
      </w:r>
      <w:r>
        <w:rPr>
          <w:b/>
          <w:color w:val="1A1A1A"/>
        </w:rPr>
        <w:tab/>
        <w:t>ГАЛИН ГЕОРГИЕВ, МИЛЕНА МАРИНОВА</w:t>
      </w:r>
      <w:r>
        <w:rPr>
          <w:i/>
          <w:color w:val="555555"/>
        </w:rPr>
        <w:t xml:space="preserve"> (</w:t>
      </w:r>
      <w:proofErr w:type="spellStart"/>
      <w:r>
        <w:rPr>
          <w:i/>
          <w:color w:val="555555"/>
        </w:rPr>
        <w:t>Институт</w:t>
      </w:r>
      <w:proofErr w:type="spellEnd"/>
      <w:r>
        <w:rPr>
          <w:i/>
          <w:color w:val="555555"/>
        </w:rPr>
        <w:t xml:space="preserve"> </w:t>
      </w:r>
      <w:proofErr w:type="spellStart"/>
      <w:r>
        <w:rPr>
          <w:i/>
          <w:color w:val="555555"/>
        </w:rPr>
        <w:t>за</w:t>
      </w:r>
      <w:proofErr w:type="spellEnd"/>
      <w:r>
        <w:rPr>
          <w:i/>
          <w:color w:val="555555"/>
        </w:rPr>
        <w:t xml:space="preserve"> </w:t>
      </w:r>
      <w:proofErr w:type="spellStart"/>
      <w:r>
        <w:rPr>
          <w:i/>
          <w:color w:val="555555"/>
        </w:rPr>
        <w:t>етнология</w:t>
      </w:r>
      <w:proofErr w:type="spellEnd"/>
      <w:r>
        <w:rPr>
          <w:i/>
          <w:color w:val="555555"/>
        </w:rPr>
        <w:t xml:space="preserve"> и </w:t>
      </w:r>
      <w:proofErr w:type="spellStart"/>
      <w:r>
        <w:rPr>
          <w:i/>
          <w:color w:val="555555"/>
        </w:rPr>
        <w:t>фолклористика</w:t>
      </w:r>
      <w:proofErr w:type="spellEnd"/>
      <w:r>
        <w:rPr>
          <w:i/>
          <w:color w:val="555555"/>
        </w:rPr>
        <w:t xml:space="preserve"> с </w:t>
      </w:r>
      <w:proofErr w:type="spellStart"/>
      <w:r>
        <w:rPr>
          <w:i/>
          <w:color w:val="555555"/>
        </w:rPr>
        <w:t>Етнографски</w:t>
      </w:r>
      <w:proofErr w:type="spellEnd"/>
      <w:r>
        <w:rPr>
          <w:i/>
          <w:color w:val="555555"/>
        </w:rPr>
        <w:t xml:space="preserve"> </w:t>
      </w:r>
      <w:proofErr w:type="spellStart"/>
      <w:r>
        <w:rPr>
          <w:i/>
          <w:color w:val="555555"/>
        </w:rPr>
        <w:t>музей</w:t>
      </w:r>
      <w:proofErr w:type="spellEnd"/>
      <w:r>
        <w:rPr>
          <w:i/>
          <w:color w:val="555555"/>
        </w:rPr>
        <w:t xml:space="preserve"> – БАН)</w:t>
      </w:r>
      <w:r>
        <w:rPr>
          <w:color w:val="1A1A1A"/>
        </w:rPr>
        <w:t xml:space="preserve"> – </w:t>
      </w:r>
      <w:proofErr w:type="spellStart"/>
      <w:r>
        <w:rPr>
          <w:color w:val="1A1A1A"/>
        </w:rPr>
        <w:t>Прояви</w:t>
      </w:r>
      <w:proofErr w:type="spellEnd"/>
      <w:r>
        <w:rPr>
          <w:color w:val="1A1A1A"/>
        </w:rPr>
        <w:t xml:space="preserve"> </w:t>
      </w:r>
      <w:proofErr w:type="spellStart"/>
      <w:r>
        <w:rPr>
          <w:color w:val="1A1A1A"/>
        </w:rPr>
        <w:t>на</w:t>
      </w:r>
      <w:proofErr w:type="spellEnd"/>
      <w:r>
        <w:rPr>
          <w:color w:val="1A1A1A"/>
        </w:rPr>
        <w:t xml:space="preserve"> </w:t>
      </w:r>
      <w:proofErr w:type="spellStart"/>
      <w:r>
        <w:rPr>
          <w:color w:val="1A1A1A"/>
        </w:rPr>
        <w:t>старисватството</w:t>
      </w:r>
      <w:proofErr w:type="spellEnd"/>
      <w:r>
        <w:rPr>
          <w:color w:val="1A1A1A"/>
        </w:rPr>
        <w:t xml:space="preserve"> </w:t>
      </w:r>
      <w:proofErr w:type="spellStart"/>
      <w:r>
        <w:rPr>
          <w:color w:val="1A1A1A"/>
        </w:rPr>
        <w:t>при</w:t>
      </w:r>
      <w:proofErr w:type="spellEnd"/>
      <w:r>
        <w:rPr>
          <w:color w:val="1A1A1A"/>
        </w:rPr>
        <w:t xml:space="preserve"> </w:t>
      </w:r>
      <w:proofErr w:type="spellStart"/>
      <w:r>
        <w:rPr>
          <w:color w:val="1A1A1A"/>
        </w:rPr>
        <w:t>бесарабските</w:t>
      </w:r>
      <w:proofErr w:type="spellEnd"/>
      <w:r>
        <w:rPr>
          <w:color w:val="1A1A1A"/>
        </w:rPr>
        <w:t xml:space="preserve"> и </w:t>
      </w:r>
      <w:proofErr w:type="spellStart"/>
      <w:r>
        <w:rPr>
          <w:color w:val="1A1A1A"/>
        </w:rPr>
        <w:t>банатските</w:t>
      </w:r>
      <w:proofErr w:type="spellEnd"/>
      <w:r>
        <w:rPr>
          <w:color w:val="1A1A1A"/>
        </w:rPr>
        <w:t xml:space="preserve"> </w:t>
      </w:r>
      <w:proofErr w:type="spellStart"/>
      <w:r>
        <w:rPr>
          <w:color w:val="1A1A1A"/>
        </w:rPr>
        <w:t>българи</w:t>
      </w:r>
      <w:proofErr w:type="spellEnd"/>
      <w:r>
        <w:rPr>
          <w:color w:val="1A1A1A"/>
        </w:rPr>
        <w:t xml:space="preserve"> / Manifestations of the 'Old Matchmaker' (</w:t>
      </w:r>
      <w:proofErr w:type="spellStart"/>
      <w:r>
        <w:rPr>
          <w:color w:val="1A1A1A"/>
        </w:rPr>
        <w:t>starosvatstvo</w:t>
      </w:r>
      <w:proofErr w:type="spellEnd"/>
      <w:r>
        <w:rPr>
          <w:color w:val="1A1A1A"/>
        </w:rPr>
        <w:t xml:space="preserve">) Custom among the </w:t>
      </w:r>
      <w:proofErr w:type="spellStart"/>
      <w:r>
        <w:rPr>
          <w:color w:val="1A1A1A"/>
        </w:rPr>
        <w:t>Bessarabian</w:t>
      </w:r>
      <w:proofErr w:type="spellEnd"/>
      <w:r>
        <w:rPr>
          <w:color w:val="1A1A1A"/>
        </w:rPr>
        <w:t xml:space="preserve"> and Banat Bulgarians</w:t>
      </w:r>
    </w:p>
    <w:p w14:paraId="4C95088C" w14:textId="4287B80C" w:rsidR="00143BD7" w:rsidRPr="0059233B" w:rsidRDefault="00143BD7" w:rsidP="00DC5E4C">
      <w:pPr>
        <w:pBdr>
          <w:bottom w:val="single" w:sz="4" w:space="3" w:color="C8D5CC"/>
        </w:pBdr>
        <w:tabs>
          <w:tab w:val="left" w:pos="1474"/>
        </w:tabs>
        <w:spacing w:after="220" w:line="259" w:lineRule="auto"/>
        <w:ind w:left="1474" w:hanging="1474"/>
        <w:jc w:val="both"/>
        <w:rPr>
          <w:lang w:val="bg-BG"/>
        </w:rPr>
      </w:pPr>
      <w:r>
        <w:rPr>
          <w:b/>
          <w:color w:val="A5281A"/>
        </w:rPr>
        <w:lastRenderedPageBreak/>
        <w:t>11:</w:t>
      </w:r>
      <w:r w:rsidR="0060728A">
        <w:rPr>
          <w:b/>
          <w:color w:val="A5281A"/>
          <w:lang w:val="bg-BG"/>
        </w:rPr>
        <w:t>15</w:t>
      </w:r>
      <w:r>
        <w:rPr>
          <w:b/>
          <w:color w:val="A5281A"/>
        </w:rPr>
        <w:t xml:space="preserve"> – 11:</w:t>
      </w:r>
      <w:r w:rsidR="0060728A">
        <w:rPr>
          <w:b/>
          <w:color w:val="A5281A"/>
          <w:lang w:val="bg-BG"/>
        </w:rPr>
        <w:t>30</w:t>
      </w:r>
      <w:r>
        <w:rPr>
          <w:b/>
          <w:color w:val="1A1A1A"/>
        </w:rPr>
        <w:tab/>
        <w:t>ГАЛИНА СТОЯНОВА</w:t>
      </w:r>
      <w:r>
        <w:rPr>
          <w:i/>
          <w:color w:val="555555"/>
        </w:rPr>
        <w:t xml:space="preserve"> (</w:t>
      </w:r>
      <w:proofErr w:type="spellStart"/>
      <w:r>
        <w:rPr>
          <w:i/>
          <w:color w:val="555555"/>
        </w:rPr>
        <w:t>Одески</w:t>
      </w:r>
      <w:proofErr w:type="spellEnd"/>
      <w:r>
        <w:rPr>
          <w:i/>
          <w:color w:val="555555"/>
        </w:rPr>
        <w:t xml:space="preserve"> </w:t>
      </w:r>
      <w:proofErr w:type="spellStart"/>
      <w:r>
        <w:rPr>
          <w:i/>
          <w:color w:val="555555"/>
        </w:rPr>
        <w:t>нац</w:t>
      </w:r>
      <w:r w:rsidR="002A54B2">
        <w:rPr>
          <w:i/>
          <w:color w:val="555555"/>
          <w:lang w:val="bg-BG"/>
        </w:rPr>
        <w:t>ионален</w:t>
      </w:r>
      <w:proofErr w:type="spellEnd"/>
      <w:r w:rsidR="002A54B2">
        <w:rPr>
          <w:i/>
          <w:color w:val="555555"/>
          <w:lang w:val="bg-BG"/>
        </w:rPr>
        <w:t xml:space="preserve"> </w:t>
      </w:r>
      <w:proofErr w:type="spellStart"/>
      <w:r>
        <w:rPr>
          <w:i/>
          <w:color w:val="555555"/>
        </w:rPr>
        <w:t>унив</w:t>
      </w:r>
      <w:r w:rsidR="002A54B2">
        <w:rPr>
          <w:i/>
          <w:color w:val="555555"/>
          <w:lang w:val="bg-BG"/>
        </w:rPr>
        <w:t>е</w:t>
      </w:r>
      <w:r w:rsidR="00384AA8">
        <w:rPr>
          <w:i/>
          <w:color w:val="555555"/>
          <w:lang w:val="bg-BG"/>
        </w:rPr>
        <w:t>р</w:t>
      </w:r>
      <w:r w:rsidR="002A54B2">
        <w:rPr>
          <w:i/>
          <w:color w:val="555555"/>
          <w:lang w:val="bg-BG"/>
        </w:rPr>
        <w:t>ситет</w:t>
      </w:r>
      <w:proofErr w:type="spellEnd"/>
      <w:r>
        <w:rPr>
          <w:i/>
          <w:color w:val="555555"/>
        </w:rPr>
        <w:t xml:space="preserve"> „И. И. </w:t>
      </w:r>
      <w:proofErr w:type="spellStart"/>
      <w:proofErr w:type="gramStart"/>
      <w:r>
        <w:rPr>
          <w:i/>
          <w:color w:val="555555"/>
        </w:rPr>
        <w:t>Мечников</w:t>
      </w:r>
      <w:proofErr w:type="spellEnd"/>
      <w:r>
        <w:rPr>
          <w:i/>
          <w:color w:val="555555"/>
        </w:rPr>
        <w:t>“</w:t>
      </w:r>
      <w:proofErr w:type="gramEnd"/>
      <w:r>
        <w:rPr>
          <w:i/>
          <w:color w:val="555555"/>
        </w:rPr>
        <w:t xml:space="preserve">, </w:t>
      </w:r>
      <w:proofErr w:type="spellStart"/>
      <w:r>
        <w:rPr>
          <w:i/>
          <w:color w:val="555555"/>
        </w:rPr>
        <w:t>Украйна</w:t>
      </w:r>
      <w:proofErr w:type="spellEnd"/>
      <w:r>
        <w:rPr>
          <w:i/>
          <w:color w:val="555555"/>
        </w:rPr>
        <w:t>)</w:t>
      </w:r>
      <w:r>
        <w:rPr>
          <w:color w:val="1A1A1A"/>
        </w:rPr>
        <w:t xml:space="preserve"> – </w:t>
      </w:r>
      <w:proofErr w:type="spellStart"/>
      <w:r>
        <w:rPr>
          <w:color w:val="1A1A1A"/>
        </w:rPr>
        <w:t>Архаични</w:t>
      </w:r>
      <w:proofErr w:type="spellEnd"/>
      <w:r>
        <w:rPr>
          <w:color w:val="1A1A1A"/>
        </w:rPr>
        <w:t xml:space="preserve"> </w:t>
      </w:r>
      <w:proofErr w:type="spellStart"/>
      <w:r>
        <w:rPr>
          <w:color w:val="1A1A1A"/>
        </w:rPr>
        <w:t>елементи</w:t>
      </w:r>
      <w:proofErr w:type="spellEnd"/>
      <w:r>
        <w:rPr>
          <w:color w:val="1A1A1A"/>
        </w:rPr>
        <w:t xml:space="preserve"> </w:t>
      </w:r>
      <w:proofErr w:type="spellStart"/>
      <w:r>
        <w:rPr>
          <w:color w:val="1A1A1A"/>
        </w:rPr>
        <w:t>на</w:t>
      </w:r>
      <w:proofErr w:type="spellEnd"/>
      <w:r>
        <w:rPr>
          <w:color w:val="1A1A1A"/>
        </w:rPr>
        <w:t xml:space="preserve"> </w:t>
      </w:r>
      <w:proofErr w:type="spellStart"/>
      <w:r>
        <w:rPr>
          <w:color w:val="1A1A1A"/>
        </w:rPr>
        <w:t>родилната</w:t>
      </w:r>
      <w:proofErr w:type="spellEnd"/>
      <w:r>
        <w:rPr>
          <w:color w:val="1A1A1A"/>
        </w:rPr>
        <w:t xml:space="preserve"> и </w:t>
      </w:r>
      <w:proofErr w:type="spellStart"/>
      <w:r>
        <w:rPr>
          <w:color w:val="1A1A1A"/>
        </w:rPr>
        <w:t>погребалната</w:t>
      </w:r>
      <w:proofErr w:type="spellEnd"/>
      <w:r>
        <w:rPr>
          <w:color w:val="1A1A1A"/>
        </w:rPr>
        <w:t xml:space="preserve"> </w:t>
      </w:r>
      <w:proofErr w:type="spellStart"/>
      <w:r>
        <w:rPr>
          <w:color w:val="1A1A1A"/>
        </w:rPr>
        <w:t>обредност</w:t>
      </w:r>
      <w:proofErr w:type="spellEnd"/>
      <w:r>
        <w:rPr>
          <w:color w:val="1A1A1A"/>
        </w:rPr>
        <w:t xml:space="preserve"> </w:t>
      </w:r>
      <w:proofErr w:type="spellStart"/>
      <w:r>
        <w:rPr>
          <w:color w:val="1A1A1A"/>
        </w:rPr>
        <w:t>на</w:t>
      </w:r>
      <w:proofErr w:type="spellEnd"/>
      <w:r>
        <w:rPr>
          <w:color w:val="1A1A1A"/>
        </w:rPr>
        <w:t xml:space="preserve"> </w:t>
      </w:r>
      <w:proofErr w:type="spellStart"/>
      <w:r>
        <w:rPr>
          <w:color w:val="1A1A1A"/>
        </w:rPr>
        <w:t>бесарабските</w:t>
      </w:r>
      <w:proofErr w:type="spellEnd"/>
      <w:r>
        <w:rPr>
          <w:color w:val="1A1A1A"/>
        </w:rPr>
        <w:t xml:space="preserve"> </w:t>
      </w:r>
      <w:proofErr w:type="spellStart"/>
      <w:r>
        <w:rPr>
          <w:color w:val="1A1A1A"/>
        </w:rPr>
        <w:t>българи</w:t>
      </w:r>
      <w:proofErr w:type="spellEnd"/>
      <w:r>
        <w:rPr>
          <w:color w:val="1A1A1A"/>
        </w:rPr>
        <w:t xml:space="preserve"> в </w:t>
      </w:r>
      <w:proofErr w:type="spellStart"/>
      <w:r>
        <w:rPr>
          <w:color w:val="1A1A1A"/>
        </w:rPr>
        <w:t>контекста</w:t>
      </w:r>
      <w:proofErr w:type="spellEnd"/>
      <w:r>
        <w:rPr>
          <w:color w:val="1A1A1A"/>
        </w:rPr>
        <w:t xml:space="preserve"> </w:t>
      </w:r>
      <w:proofErr w:type="spellStart"/>
      <w:r>
        <w:rPr>
          <w:color w:val="1A1A1A"/>
        </w:rPr>
        <w:t>на</w:t>
      </w:r>
      <w:proofErr w:type="spellEnd"/>
      <w:r>
        <w:rPr>
          <w:color w:val="1A1A1A"/>
        </w:rPr>
        <w:t xml:space="preserve"> </w:t>
      </w:r>
      <w:proofErr w:type="spellStart"/>
      <w:r>
        <w:rPr>
          <w:color w:val="1A1A1A"/>
        </w:rPr>
        <w:t>културната</w:t>
      </w:r>
      <w:proofErr w:type="spellEnd"/>
      <w:r>
        <w:rPr>
          <w:color w:val="1A1A1A"/>
        </w:rPr>
        <w:t xml:space="preserve"> </w:t>
      </w:r>
      <w:proofErr w:type="spellStart"/>
      <w:r>
        <w:rPr>
          <w:color w:val="1A1A1A"/>
        </w:rPr>
        <w:t>памет</w:t>
      </w:r>
      <w:proofErr w:type="spellEnd"/>
      <w:r>
        <w:rPr>
          <w:color w:val="1A1A1A"/>
        </w:rPr>
        <w:t xml:space="preserve"> </w:t>
      </w:r>
      <w:proofErr w:type="spellStart"/>
      <w:r>
        <w:rPr>
          <w:color w:val="1A1A1A"/>
        </w:rPr>
        <w:t>на</w:t>
      </w:r>
      <w:proofErr w:type="spellEnd"/>
      <w:r>
        <w:rPr>
          <w:color w:val="1A1A1A"/>
        </w:rPr>
        <w:t xml:space="preserve"> </w:t>
      </w:r>
      <w:proofErr w:type="spellStart"/>
      <w:r>
        <w:rPr>
          <w:color w:val="1A1A1A"/>
        </w:rPr>
        <w:t>диаспората</w:t>
      </w:r>
      <w:proofErr w:type="spellEnd"/>
      <w:r>
        <w:rPr>
          <w:color w:val="1A1A1A"/>
        </w:rPr>
        <w:t xml:space="preserve"> / Archaic Elements of Birth and Funeral Rites among the </w:t>
      </w:r>
      <w:proofErr w:type="spellStart"/>
      <w:r>
        <w:rPr>
          <w:color w:val="1A1A1A"/>
        </w:rPr>
        <w:t>Bessarabian</w:t>
      </w:r>
      <w:proofErr w:type="spellEnd"/>
      <w:r>
        <w:rPr>
          <w:color w:val="1A1A1A"/>
        </w:rPr>
        <w:t xml:space="preserve"> Bulgarians in the Context of Diaspora Cultural Memory</w:t>
      </w:r>
    </w:p>
    <w:p w14:paraId="0C75B80E" w14:textId="75E19E55" w:rsidR="00143BD7" w:rsidRPr="0059233B" w:rsidRDefault="00143BD7" w:rsidP="00DC5E4C">
      <w:pPr>
        <w:pBdr>
          <w:bottom w:val="single" w:sz="4" w:space="3" w:color="C8D5CC"/>
        </w:pBdr>
        <w:tabs>
          <w:tab w:val="left" w:pos="1474"/>
        </w:tabs>
        <w:spacing w:after="220" w:line="259" w:lineRule="auto"/>
        <w:ind w:left="1474" w:hanging="1474"/>
        <w:jc w:val="both"/>
        <w:rPr>
          <w:lang w:val="bg-BG"/>
        </w:rPr>
      </w:pPr>
      <w:r>
        <w:rPr>
          <w:b/>
          <w:color w:val="A5281A"/>
        </w:rPr>
        <w:t>11:</w:t>
      </w:r>
      <w:r w:rsidR="0060728A">
        <w:rPr>
          <w:b/>
          <w:color w:val="A5281A"/>
          <w:lang w:val="bg-BG"/>
        </w:rPr>
        <w:t>30</w:t>
      </w:r>
      <w:r>
        <w:rPr>
          <w:b/>
          <w:color w:val="A5281A"/>
        </w:rPr>
        <w:t xml:space="preserve"> – 1</w:t>
      </w:r>
      <w:r w:rsidR="0060728A">
        <w:rPr>
          <w:b/>
          <w:color w:val="A5281A"/>
          <w:lang w:val="bg-BG"/>
        </w:rPr>
        <w:t>1</w:t>
      </w:r>
      <w:r>
        <w:rPr>
          <w:b/>
          <w:color w:val="A5281A"/>
        </w:rPr>
        <w:t>:</w:t>
      </w:r>
      <w:r w:rsidR="0060728A">
        <w:rPr>
          <w:b/>
          <w:color w:val="A5281A"/>
          <w:lang w:val="bg-BG"/>
        </w:rPr>
        <w:t>45</w:t>
      </w:r>
      <w:r>
        <w:rPr>
          <w:b/>
          <w:color w:val="1A1A1A"/>
        </w:rPr>
        <w:tab/>
        <w:t>PAVEL VELCIOV</w:t>
      </w:r>
      <w:r>
        <w:rPr>
          <w:i/>
          <w:color w:val="555555"/>
        </w:rPr>
        <w:t xml:space="preserve"> (</w:t>
      </w:r>
      <w:proofErr w:type="spellStart"/>
      <w:r>
        <w:rPr>
          <w:i/>
          <w:color w:val="555555"/>
        </w:rPr>
        <w:t>Читалище</w:t>
      </w:r>
      <w:proofErr w:type="spellEnd"/>
      <w:r>
        <w:rPr>
          <w:i/>
          <w:color w:val="555555"/>
        </w:rPr>
        <w:t xml:space="preserve"> „</w:t>
      </w:r>
      <w:proofErr w:type="spellStart"/>
      <w:r>
        <w:rPr>
          <w:i/>
          <w:color w:val="555555"/>
        </w:rPr>
        <w:t>Яку</w:t>
      </w:r>
      <w:proofErr w:type="spellEnd"/>
      <w:r>
        <w:rPr>
          <w:i/>
          <w:color w:val="555555"/>
        </w:rPr>
        <w:t xml:space="preserve"> </w:t>
      </w:r>
      <w:proofErr w:type="gramStart"/>
      <w:r>
        <w:rPr>
          <w:i/>
          <w:color w:val="555555"/>
        </w:rPr>
        <w:t>Ронков“</w:t>
      </w:r>
      <w:proofErr w:type="gramEnd"/>
      <w:r>
        <w:rPr>
          <w:i/>
          <w:color w:val="555555"/>
        </w:rPr>
        <w:t xml:space="preserve">, Стар Бешенов, </w:t>
      </w:r>
      <w:proofErr w:type="spellStart"/>
      <w:r>
        <w:rPr>
          <w:i/>
          <w:color w:val="555555"/>
        </w:rPr>
        <w:t>Румъния</w:t>
      </w:r>
      <w:proofErr w:type="spellEnd"/>
      <w:r>
        <w:rPr>
          <w:i/>
          <w:color w:val="555555"/>
        </w:rPr>
        <w:t>)</w:t>
      </w:r>
      <w:r>
        <w:rPr>
          <w:color w:val="1A1A1A"/>
        </w:rPr>
        <w:t xml:space="preserve"> – </w:t>
      </w:r>
      <w:proofErr w:type="spellStart"/>
      <w:r>
        <w:rPr>
          <w:color w:val="1A1A1A"/>
        </w:rPr>
        <w:t>Комуникация</w:t>
      </w:r>
      <w:proofErr w:type="spellEnd"/>
      <w:r>
        <w:rPr>
          <w:color w:val="1A1A1A"/>
        </w:rPr>
        <w:t xml:space="preserve"> </w:t>
      </w:r>
      <w:proofErr w:type="spellStart"/>
      <w:r>
        <w:rPr>
          <w:color w:val="1A1A1A"/>
        </w:rPr>
        <w:t>чрез</w:t>
      </w:r>
      <w:proofErr w:type="spellEnd"/>
      <w:r>
        <w:rPr>
          <w:color w:val="1A1A1A"/>
        </w:rPr>
        <w:t xml:space="preserve"> </w:t>
      </w:r>
      <w:proofErr w:type="spellStart"/>
      <w:r>
        <w:rPr>
          <w:color w:val="1A1A1A"/>
        </w:rPr>
        <w:t>кулинарните</w:t>
      </w:r>
      <w:proofErr w:type="spellEnd"/>
      <w:r>
        <w:rPr>
          <w:color w:val="1A1A1A"/>
        </w:rPr>
        <w:t xml:space="preserve"> </w:t>
      </w:r>
      <w:proofErr w:type="spellStart"/>
      <w:r>
        <w:rPr>
          <w:color w:val="1A1A1A"/>
        </w:rPr>
        <w:t>традиции</w:t>
      </w:r>
      <w:proofErr w:type="spellEnd"/>
      <w:r>
        <w:rPr>
          <w:color w:val="1A1A1A"/>
        </w:rPr>
        <w:t xml:space="preserve"> – </w:t>
      </w:r>
      <w:proofErr w:type="spellStart"/>
      <w:r>
        <w:rPr>
          <w:color w:val="1A1A1A"/>
        </w:rPr>
        <w:t>българите</w:t>
      </w:r>
      <w:proofErr w:type="spellEnd"/>
      <w:r>
        <w:rPr>
          <w:color w:val="1A1A1A"/>
        </w:rPr>
        <w:t xml:space="preserve"> в </w:t>
      </w:r>
      <w:proofErr w:type="spellStart"/>
      <w:r>
        <w:rPr>
          <w:color w:val="1A1A1A"/>
        </w:rPr>
        <w:t>Банат</w:t>
      </w:r>
      <w:proofErr w:type="spellEnd"/>
      <w:r>
        <w:rPr>
          <w:color w:val="1A1A1A"/>
        </w:rPr>
        <w:t xml:space="preserve"> (</w:t>
      </w:r>
      <w:proofErr w:type="spellStart"/>
      <w:r>
        <w:rPr>
          <w:color w:val="1A1A1A"/>
        </w:rPr>
        <w:t>на</w:t>
      </w:r>
      <w:proofErr w:type="spellEnd"/>
      <w:r>
        <w:rPr>
          <w:color w:val="1A1A1A"/>
        </w:rPr>
        <w:t xml:space="preserve"> </w:t>
      </w:r>
      <w:proofErr w:type="spellStart"/>
      <w:r>
        <w:rPr>
          <w:color w:val="1A1A1A"/>
        </w:rPr>
        <w:t>основата</w:t>
      </w:r>
      <w:proofErr w:type="spellEnd"/>
      <w:r>
        <w:rPr>
          <w:color w:val="1A1A1A"/>
        </w:rPr>
        <w:t xml:space="preserve"> </w:t>
      </w:r>
      <w:proofErr w:type="spellStart"/>
      <w:r>
        <w:rPr>
          <w:color w:val="1A1A1A"/>
        </w:rPr>
        <w:t>на</w:t>
      </w:r>
      <w:proofErr w:type="spellEnd"/>
      <w:r>
        <w:rPr>
          <w:color w:val="1A1A1A"/>
        </w:rPr>
        <w:t xml:space="preserve"> </w:t>
      </w:r>
      <w:proofErr w:type="spellStart"/>
      <w:r>
        <w:rPr>
          <w:color w:val="1A1A1A"/>
        </w:rPr>
        <w:t>опита</w:t>
      </w:r>
      <w:proofErr w:type="spellEnd"/>
      <w:r>
        <w:rPr>
          <w:color w:val="1A1A1A"/>
        </w:rPr>
        <w:t xml:space="preserve"> </w:t>
      </w:r>
      <w:proofErr w:type="spellStart"/>
      <w:r>
        <w:rPr>
          <w:color w:val="1A1A1A"/>
        </w:rPr>
        <w:t>на</w:t>
      </w:r>
      <w:proofErr w:type="spellEnd"/>
      <w:r>
        <w:rPr>
          <w:color w:val="1A1A1A"/>
        </w:rPr>
        <w:t xml:space="preserve"> </w:t>
      </w:r>
      <w:proofErr w:type="spellStart"/>
      <w:r>
        <w:rPr>
          <w:color w:val="1A1A1A"/>
        </w:rPr>
        <w:t>читалището</w:t>
      </w:r>
      <w:proofErr w:type="spellEnd"/>
      <w:r>
        <w:rPr>
          <w:color w:val="1A1A1A"/>
        </w:rPr>
        <w:t xml:space="preserve"> в Стар </w:t>
      </w:r>
      <w:proofErr w:type="spellStart"/>
      <w:r>
        <w:rPr>
          <w:color w:val="1A1A1A"/>
        </w:rPr>
        <w:t>Бешенов</w:t>
      </w:r>
      <w:proofErr w:type="spellEnd"/>
      <w:r>
        <w:rPr>
          <w:color w:val="1A1A1A"/>
        </w:rPr>
        <w:t xml:space="preserve">) / Communication through Culinary Traditions – The Bulgarians in Banat (Based on the Experience of the Community Center in </w:t>
      </w:r>
      <w:proofErr w:type="spellStart"/>
      <w:r>
        <w:rPr>
          <w:color w:val="1A1A1A"/>
        </w:rPr>
        <w:t>Dudeștii</w:t>
      </w:r>
      <w:proofErr w:type="spellEnd"/>
      <w:r>
        <w:rPr>
          <w:color w:val="1A1A1A"/>
        </w:rPr>
        <w:t xml:space="preserve"> </w:t>
      </w:r>
      <w:proofErr w:type="spellStart"/>
      <w:r>
        <w:rPr>
          <w:color w:val="1A1A1A"/>
        </w:rPr>
        <w:t>Vechi</w:t>
      </w:r>
      <w:proofErr w:type="spellEnd"/>
      <w:r>
        <w:rPr>
          <w:color w:val="1A1A1A"/>
        </w:rPr>
        <w:t>)</w:t>
      </w:r>
    </w:p>
    <w:p w14:paraId="1E153733" w14:textId="0193402F" w:rsidR="0044752F" w:rsidRPr="0044752F" w:rsidRDefault="00143BD7" w:rsidP="0044752F">
      <w:pPr>
        <w:pBdr>
          <w:bottom w:val="single" w:sz="4" w:space="3" w:color="C8D5CC"/>
        </w:pBdr>
        <w:tabs>
          <w:tab w:val="left" w:pos="1474"/>
        </w:tabs>
        <w:spacing w:after="220" w:line="259" w:lineRule="auto"/>
        <w:ind w:left="1474" w:hanging="1474"/>
        <w:jc w:val="both"/>
        <w:rPr>
          <w:lang w:val="bg-BG"/>
        </w:rPr>
      </w:pPr>
      <w:r>
        <w:rPr>
          <w:b/>
          <w:color w:val="A5281A"/>
        </w:rPr>
        <w:t>1</w:t>
      </w:r>
      <w:r w:rsidR="0060728A">
        <w:rPr>
          <w:b/>
          <w:color w:val="A5281A"/>
          <w:lang w:val="bg-BG"/>
        </w:rPr>
        <w:t>1</w:t>
      </w:r>
      <w:r>
        <w:rPr>
          <w:b/>
          <w:color w:val="A5281A"/>
        </w:rPr>
        <w:t>:</w:t>
      </w:r>
      <w:r w:rsidR="0060728A">
        <w:rPr>
          <w:b/>
          <w:color w:val="A5281A"/>
          <w:lang w:val="bg-BG"/>
        </w:rPr>
        <w:t xml:space="preserve">45 </w:t>
      </w:r>
      <w:r>
        <w:rPr>
          <w:b/>
          <w:color w:val="A5281A"/>
        </w:rPr>
        <w:t>– 12:</w:t>
      </w:r>
      <w:r w:rsidR="0060728A">
        <w:rPr>
          <w:b/>
          <w:color w:val="A5281A"/>
          <w:lang w:val="bg-BG"/>
        </w:rPr>
        <w:t>00</w:t>
      </w:r>
      <w:r>
        <w:rPr>
          <w:b/>
          <w:color w:val="1A1A1A"/>
        </w:rPr>
        <w:tab/>
      </w:r>
      <w:r w:rsidR="0044752F">
        <w:rPr>
          <w:b/>
          <w:color w:val="1A1A1A"/>
        </w:rPr>
        <w:t>ВЛАДИСЛАВА СПАСОВА</w:t>
      </w:r>
      <w:r w:rsidR="0044752F">
        <w:rPr>
          <w:i/>
          <w:color w:val="555555"/>
        </w:rPr>
        <w:t xml:space="preserve"> (</w:t>
      </w:r>
      <w:proofErr w:type="spellStart"/>
      <w:r w:rsidR="0044752F">
        <w:rPr>
          <w:i/>
          <w:color w:val="555555"/>
        </w:rPr>
        <w:t>Институт</w:t>
      </w:r>
      <w:proofErr w:type="spellEnd"/>
      <w:r w:rsidR="0044752F">
        <w:rPr>
          <w:i/>
          <w:color w:val="555555"/>
        </w:rPr>
        <w:t xml:space="preserve"> </w:t>
      </w:r>
      <w:proofErr w:type="spellStart"/>
      <w:r w:rsidR="0044752F">
        <w:rPr>
          <w:i/>
          <w:color w:val="555555"/>
        </w:rPr>
        <w:t>за</w:t>
      </w:r>
      <w:proofErr w:type="spellEnd"/>
      <w:r w:rsidR="0044752F">
        <w:rPr>
          <w:i/>
          <w:color w:val="555555"/>
        </w:rPr>
        <w:t xml:space="preserve"> </w:t>
      </w:r>
      <w:proofErr w:type="spellStart"/>
      <w:r w:rsidR="0044752F">
        <w:rPr>
          <w:i/>
          <w:color w:val="555555"/>
        </w:rPr>
        <w:t>етнология</w:t>
      </w:r>
      <w:proofErr w:type="spellEnd"/>
      <w:r w:rsidR="0044752F">
        <w:rPr>
          <w:i/>
          <w:color w:val="555555"/>
        </w:rPr>
        <w:t xml:space="preserve"> и </w:t>
      </w:r>
      <w:proofErr w:type="spellStart"/>
      <w:r w:rsidR="0044752F">
        <w:rPr>
          <w:i/>
          <w:color w:val="555555"/>
        </w:rPr>
        <w:t>фолклористика</w:t>
      </w:r>
      <w:proofErr w:type="spellEnd"/>
      <w:r w:rsidR="0044752F">
        <w:rPr>
          <w:i/>
          <w:color w:val="555555"/>
        </w:rPr>
        <w:t xml:space="preserve"> с </w:t>
      </w:r>
      <w:proofErr w:type="spellStart"/>
      <w:r w:rsidR="0044752F">
        <w:rPr>
          <w:i/>
          <w:color w:val="555555"/>
        </w:rPr>
        <w:t>Етнографски</w:t>
      </w:r>
      <w:proofErr w:type="spellEnd"/>
      <w:r w:rsidR="0044752F">
        <w:rPr>
          <w:i/>
          <w:color w:val="555555"/>
        </w:rPr>
        <w:t xml:space="preserve"> </w:t>
      </w:r>
      <w:proofErr w:type="spellStart"/>
      <w:r w:rsidR="0044752F">
        <w:rPr>
          <w:i/>
          <w:color w:val="555555"/>
        </w:rPr>
        <w:t>музей</w:t>
      </w:r>
      <w:proofErr w:type="spellEnd"/>
      <w:r w:rsidR="0044752F">
        <w:rPr>
          <w:i/>
          <w:color w:val="555555"/>
        </w:rPr>
        <w:t xml:space="preserve"> – БАН)</w:t>
      </w:r>
      <w:r w:rsidR="0044752F">
        <w:rPr>
          <w:color w:val="1A1A1A"/>
        </w:rPr>
        <w:t xml:space="preserve"> – „</w:t>
      </w:r>
      <w:proofErr w:type="spellStart"/>
      <w:r w:rsidR="0044752F">
        <w:rPr>
          <w:color w:val="1A1A1A"/>
        </w:rPr>
        <w:t>Бесарабската</w:t>
      </w:r>
      <w:proofErr w:type="spellEnd"/>
      <w:r w:rsidR="0044752F">
        <w:rPr>
          <w:color w:val="1A1A1A"/>
        </w:rPr>
        <w:t xml:space="preserve"> </w:t>
      </w:r>
      <w:proofErr w:type="spellStart"/>
      <w:proofErr w:type="gramStart"/>
      <w:r w:rsidR="0044752F">
        <w:rPr>
          <w:color w:val="1A1A1A"/>
        </w:rPr>
        <w:t>амалгама</w:t>
      </w:r>
      <w:proofErr w:type="spellEnd"/>
      <w:r w:rsidR="0044752F">
        <w:rPr>
          <w:color w:val="1A1A1A"/>
        </w:rPr>
        <w:t xml:space="preserve">“ </w:t>
      </w:r>
      <w:proofErr w:type="spellStart"/>
      <w:r w:rsidR="0044752F">
        <w:rPr>
          <w:color w:val="1A1A1A"/>
        </w:rPr>
        <w:t>на</w:t>
      </w:r>
      <w:proofErr w:type="spellEnd"/>
      <w:proofErr w:type="gramEnd"/>
      <w:r w:rsidR="0044752F">
        <w:rPr>
          <w:color w:val="1A1A1A"/>
        </w:rPr>
        <w:t xml:space="preserve"> </w:t>
      </w:r>
      <w:proofErr w:type="spellStart"/>
      <w:r w:rsidR="0044752F">
        <w:rPr>
          <w:color w:val="1A1A1A"/>
        </w:rPr>
        <w:t>будителски</w:t>
      </w:r>
      <w:proofErr w:type="spellEnd"/>
      <w:r w:rsidR="0044752F">
        <w:rPr>
          <w:color w:val="1A1A1A"/>
        </w:rPr>
        <w:t xml:space="preserve"> </w:t>
      </w:r>
      <w:proofErr w:type="spellStart"/>
      <w:r w:rsidR="0044752F">
        <w:rPr>
          <w:color w:val="1A1A1A"/>
        </w:rPr>
        <w:t>дух</w:t>
      </w:r>
      <w:proofErr w:type="spellEnd"/>
      <w:r w:rsidR="0044752F">
        <w:rPr>
          <w:color w:val="1A1A1A"/>
        </w:rPr>
        <w:t xml:space="preserve"> и </w:t>
      </w:r>
      <w:proofErr w:type="spellStart"/>
      <w:r w:rsidR="0044752F">
        <w:rPr>
          <w:color w:val="1A1A1A"/>
        </w:rPr>
        <w:t>религиозна</w:t>
      </w:r>
      <w:proofErr w:type="spellEnd"/>
      <w:r w:rsidR="0044752F">
        <w:rPr>
          <w:color w:val="1A1A1A"/>
        </w:rPr>
        <w:t xml:space="preserve"> </w:t>
      </w:r>
      <w:proofErr w:type="spellStart"/>
      <w:r w:rsidR="0044752F">
        <w:rPr>
          <w:color w:val="1A1A1A"/>
        </w:rPr>
        <w:t>принадлежност</w:t>
      </w:r>
      <w:proofErr w:type="spellEnd"/>
      <w:r w:rsidR="0044752F">
        <w:rPr>
          <w:color w:val="1A1A1A"/>
        </w:rPr>
        <w:t xml:space="preserve">: </w:t>
      </w:r>
      <w:proofErr w:type="spellStart"/>
      <w:r w:rsidR="0044752F">
        <w:rPr>
          <w:color w:val="1A1A1A"/>
        </w:rPr>
        <w:t>жизнен</w:t>
      </w:r>
      <w:proofErr w:type="spellEnd"/>
      <w:r w:rsidR="0044752F">
        <w:rPr>
          <w:color w:val="1A1A1A"/>
        </w:rPr>
        <w:t xml:space="preserve"> </w:t>
      </w:r>
      <w:proofErr w:type="spellStart"/>
      <w:r w:rsidR="0044752F">
        <w:rPr>
          <w:color w:val="1A1A1A"/>
        </w:rPr>
        <w:t>код</w:t>
      </w:r>
      <w:proofErr w:type="spellEnd"/>
      <w:r w:rsidR="0044752F">
        <w:rPr>
          <w:color w:val="1A1A1A"/>
        </w:rPr>
        <w:t xml:space="preserve"> </w:t>
      </w:r>
      <w:proofErr w:type="spellStart"/>
      <w:r w:rsidR="0044752F">
        <w:rPr>
          <w:color w:val="1A1A1A"/>
        </w:rPr>
        <w:t>за</w:t>
      </w:r>
      <w:proofErr w:type="spellEnd"/>
      <w:r w:rsidR="0044752F">
        <w:rPr>
          <w:color w:val="1A1A1A"/>
        </w:rPr>
        <w:t xml:space="preserve"> </w:t>
      </w:r>
      <w:proofErr w:type="spellStart"/>
      <w:r w:rsidR="0044752F">
        <w:rPr>
          <w:color w:val="1A1A1A"/>
        </w:rPr>
        <w:t>оцеляване</w:t>
      </w:r>
      <w:proofErr w:type="spellEnd"/>
      <w:r w:rsidR="0044752F">
        <w:rPr>
          <w:color w:val="1A1A1A"/>
        </w:rPr>
        <w:t xml:space="preserve"> </w:t>
      </w:r>
      <w:proofErr w:type="spellStart"/>
      <w:r w:rsidR="0044752F">
        <w:rPr>
          <w:color w:val="1A1A1A"/>
        </w:rPr>
        <w:t>на</w:t>
      </w:r>
      <w:proofErr w:type="spellEnd"/>
      <w:r w:rsidR="0044752F">
        <w:rPr>
          <w:color w:val="1A1A1A"/>
        </w:rPr>
        <w:t xml:space="preserve"> </w:t>
      </w:r>
      <w:proofErr w:type="spellStart"/>
      <w:r w:rsidR="0044752F">
        <w:rPr>
          <w:color w:val="1A1A1A"/>
        </w:rPr>
        <w:t>българската</w:t>
      </w:r>
      <w:proofErr w:type="spellEnd"/>
      <w:r w:rsidR="0044752F">
        <w:rPr>
          <w:color w:val="1A1A1A"/>
        </w:rPr>
        <w:t xml:space="preserve"> </w:t>
      </w:r>
      <w:proofErr w:type="spellStart"/>
      <w:r w:rsidR="0044752F">
        <w:rPr>
          <w:color w:val="1A1A1A"/>
        </w:rPr>
        <w:t>диаспора</w:t>
      </w:r>
      <w:proofErr w:type="spellEnd"/>
      <w:r w:rsidR="0044752F">
        <w:rPr>
          <w:color w:val="1A1A1A"/>
        </w:rPr>
        <w:t xml:space="preserve"> в </w:t>
      </w:r>
      <w:proofErr w:type="spellStart"/>
      <w:r w:rsidR="0044752F">
        <w:rPr>
          <w:color w:val="1A1A1A"/>
        </w:rPr>
        <w:t>Молдова</w:t>
      </w:r>
      <w:proofErr w:type="spellEnd"/>
      <w:r w:rsidR="0044752F">
        <w:rPr>
          <w:color w:val="1A1A1A"/>
        </w:rPr>
        <w:t xml:space="preserve"> / The '</w:t>
      </w:r>
      <w:proofErr w:type="spellStart"/>
      <w:r w:rsidR="0044752F">
        <w:rPr>
          <w:color w:val="1A1A1A"/>
        </w:rPr>
        <w:t>Bessarabian</w:t>
      </w:r>
      <w:proofErr w:type="spellEnd"/>
      <w:r w:rsidR="0044752F">
        <w:rPr>
          <w:color w:val="1A1A1A"/>
        </w:rPr>
        <w:t xml:space="preserve"> Amalgam' of National-Revival Spirit and Religious Affiliation: A Vital Code for the Survival of the Bulgarian Diaspora in Moldova</w:t>
      </w:r>
    </w:p>
    <w:p w14:paraId="2EF35687" w14:textId="3D2AC505" w:rsidR="008E5318" w:rsidRPr="0059233B" w:rsidRDefault="00000000" w:rsidP="00B614E7">
      <w:pPr>
        <w:pBdr>
          <w:left w:val="single" w:sz="24" w:space="6" w:color="2E7D5B"/>
        </w:pBdr>
        <w:tabs>
          <w:tab w:val="left" w:pos="1474"/>
        </w:tabs>
        <w:spacing w:after="220" w:line="259" w:lineRule="auto"/>
        <w:ind w:left="1474" w:hanging="1474"/>
        <w:jc w:val="both"/>
      </w:pPr>
      <w:r w:rsidRPr="00255037">
        <w:rPr>
          <w:b/>
          <w:bCs/>
          <w:i/>
          <w:color w:val="C00000"/>
        </w:rPr>
        <w:t>12:</w:t>
      </w:r>
      <w:r w:rsidR="0060728A">
        <w:rPr>
          <w:b/>
          <w:bCs/>
          <w:i/>
          <w:color w:val="C00000"/>
          <w:lang w:val="bg-BG"/>
        </w:rPr>
        <w:t>00</w:t>
      </w:r>
      <w:r w:rsidRPr="00255037">
        <w:rPr>
          <w:b/>
          <w:bCs/>
          <w:i/>
          <w:color w:val="C00000"/>
        </w:rPr>
        <w:t xml:space="preserve"> – 12:30</w:t>
      </w:r>
      <w:r w:rsidRPr="00255037">
        <w:rPr>
          <w:i/>
          <w:color w:val="C00000"/>
        </w:rPr>
        <w:t xml:space="preserve">  </w:t>
      </w:r>
      <w:r>
        <w:rPr>
          <w:i/>
          <w:color w:val="1A1A1A"/>
        </w:rPr>
        <w:t xml:space="preserve"> </w:t>
      </w:r>
      <w:proofErr w:type="spellStart"/>
      <w:r>
        <w:rPr>
          <w:i/>
          <w:color w:val="1A1A1A"/>
        </w:rPr>
        <w:t>Дискусия</w:t>
      </w:r>
      <w:proofErr w:type="spellEnd"/>
      <w:r>
        <w:rPr>
          <w:i/>
          <w:color w:val="1A1A1A"/>
        </w:rPr>
        <w:t xml:space="preserve"> / Discussion</w:t>
      </w:r>
    </w:p>
    <w:p w14:paraId="484B38F5" w14:textId="7394E245" w:rsidR="008E5318" w:rsidRPr="0059233B" w:rsidRDefault="00000000">
      <w:pPr>
        <w:pBdr>
          <w:left w:val="single" w:sz="24" w:space="6" w:color="A5281A"/>
        </w:pBdr>
        <w:shd w:val="clear" w:color="auto" w:fill="EEF3EF"/>
        <w:tabs>
          <w:tab w:val="left" w:pos="1474"/>
        </w:tabs>
        <w:spacing w:before="80"/>
        <w:ind w:left="1474" w:hanging="1474"/>
        <w:rPr>
          <w:bCs/>
          <w:i/>
          <w:color w:val="2A5E33"/>
          <w:lang w:val="bg-BG"/>
        </w:rPr>
      </w:pPr>
      <w:r>
        <w:rPr>
          <w:b/>
          <w:color w:val="2A5E33"/>
        </w:rPr>
        <w:t>12:</w:t>
      </w:r>
      <w:r w:rsidR="00537FC9">
        <w:rPr>
          <w:b/>
          <w:color w:val="2A5E33"/>
          <w:lang w:val="bg-BG"/>
        </w:rPr>
        <w:t>30</w:t>
      </w:r>
      <w:r>
        <w:rPr>
          <w:b/>
          <w:color w:val="2A5E33"/>
        </w:rPr>
        <w:t xml:space="preserve"> – 13:45</w:t>
      </w:r>
      <w:r>
        <w:rPr>
          <w:b/>
          <w:color w:val="2A5E33"/>
        </w:rPr>
        <w:tab/>
      </w:r>
      <w:proofErr w:type="spellStart"/>
      <w:r>
        <w:rPr>
          <w:bCs/>
          <w:i/>
          <w:color w:val="2A5E33"/>
        </w:rPr>
        <w:t>Обедна</w:t>
      </w:r>
      <w:proofErr w:type="spellEnd"/>
      <w:r>
        <w:rPr>
          <w:bCs/>
          <w:i/>
          <w:color w:val="2A5E33"/>
        </w:rPr>
        <w:t xml:space="preserve"> </w:t>
      </w:r>
      <w:proofErr w:type="spellStart"/>
      <w:r>
        <w:rPr>
          <w:bCs/>
          <w:i/>
          <w:color w:val="2A5E33"/>
        </w:rPr>
        <w:t>почивка</w:t>
      </w:r>
      <w:proofErr w:type="spellEnd"/>
      <w:r>
        <w:rPr>
          <w:bCs/>
          <w:i/>
          <w:color w:val="2A5E33"/>
        </w:rPr>
        <w:t xml:space="preserve"> / Lunch break</w:t>
      </w:r>
    </w:p>
    <w:p w14:paraId="08D4E686" w14:textId="77777777" w:rsidR="00ED2EC2" w:rsidRDefault="00000000">
      <w:pPr>
        <w:keepNext/>
        <w:pBdr>
          <w:top w:val="single" w:sz="18" w:space="4" w:color="A5281A"/>
        </w:pBdr>
        <w:spacing w:before="320" w:after="40"/>
        <w:jc w:val="center"/>
        <w:rPr>
          <w:b/>
          <w:smallCaps/>
          <w:color w:val="2A5E33"/>
          <w:sz w:val="28"/>
          <w:szCs w:val="28"/>
          <w:lang w:val="bg-BG"/>
        </w:rPr>
      </w:pPr>
      <w:r>
        <w:rPr>
          <w:b/>
          <w:smallCaps/>
          <w:color w:val="FFFFFF"/>
          <w:sz w:val="28"/>
          <w:szCs w:val="28"/>
        </w:rPr>
        <w:t>СЕКЦИЯ „</w:t>
      </w:r>
      <w:proofErr w:type="spellStart"/>
      <w:r>
        <w:rPr>
          <w:b/>
          <w:smallCaps/>
          <w:color w:val="FFFFFF"/>
          <w:sz w:val="28"/>
          <w:szCs w:val="28"/>
        </w:rPr>
        <w:t>Образование</w:t>
      </w:r>
      <w:proofErr w:type="spellEnd"/>
      <w:r>
        <w:rPr>
          <w:b/>
          <w:smallCaps/>
          <w:color w:val="FFFFFF"/>
          <w:sz w:val="28"/>
          <w:szCs w:val="28"/>
        </w:rPr>
        <w:t xml:space="preserve">, </w:t>
      </w:r>
      <w:proofErr w:type="spellStart"/>
      <w:r>
        <w:rPr>
          <w:b/>
          <w:smallCaps/>
          <w:color w:val="FFFFFF"/>
          <w:sz w:val="28"/>
          <w:szCs w:val="28"/>
        </w:rPr>
        <w:t>езикови</w:t>
      </w:r>
      <w:proofErr w:type="spellEnd"/>
      <w:r>
        <w:rPr>
          <w:b/>
          <w:smallCaps/>
          <w:color w:val="FFFFFF"/>
          <w:sz w:val="28"/>
          <w:szCs w:val="28"/>
        </w:rPr>
        <w:t xml:space="preserve"> и </w:t>
      </w:r>
      <w:proofErr w:type="spellStart"/>
      <w:r>
        <w:rPr>
          <w:b/>
          <w:smallCaps/>
          <w:color w:val="FFFFFF"/>
          <w:sz w:val="28"/>
          <w:szCs w:val="28"/>
        </w:rPr>
        <w:t>културни</w:t>
      </w:r>
      <w:proofErr w:type="spellEnd"/>
      <w:r>
        <w:rPr>
          <w:b/>
          <w:smallCaps/>
          <w:color w:val="FFFFFF"/>
          <w:sz w:val="28"/>
          <w:szCs w:val="28"/>
        </w:rPr>
        <w:t xml:space="preserve"> </w:t>
      </w:r>
      <w:proofErr w:type="spellStart"/>
      <w:proofErr w:type="gramStart"/>
      <w:r>
        <w:rPr>
          <w:b/>
          <w:smallCaps/>
          <w:color w:val="FFFFFF"/>
          <w:sz w:val="28"/>
          <w:szCs w:val="28"/>
        </w:rPr>
        <w:t>политики</w:t>
      </w:r>
      <w:proofErr w:type="spellEnd"/>
      <w:r>
        <w:rPr>
          <w:b/>
          <w:smallCaps/>
          <w:color w:val="FFFFFF"/>
          <w:sz w:val="28"/>
          <w:szCs w:val="28"/>
        </w:rPr>
        <w:t>“</w:t>
      </w:r>
      <w:proofErr w:type="gramEnd"/>
      <w:r>
        <w:rPr>
          <w:noProof/>
        </w:rPr>
        <w:drawing>
          <wp:anchor distT="0" distB="0" distL="0" distR="0" simplePos="0" relativeHeight="251662848" behindDoc="1" locked="0" layoutInCell="1" allowOverlap="1" wp14:anchorId="40D3840F" wp14:editId="0D7E0427">
            <wp:simplePos x="0" y="0"/>
            <wp:positionH relativeFrom="page">
              <wp:posOffset>774700</wp:posOffset>
            </wp:positionH>
            <wp:positionV relativeFrom="paragraph">
              <wp:posOffset>106553</wp:posOffset>
            </wp:positionV>
            <wp:extent cx="6014720" cy="1161896"/>
            <wp:effectExtent l="0" t="0" r="0" b="0"/>
            <wp:wrapNone/>
            <wp:docPr id="709" name="Bar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_g.jpg"/>
                    <pic:cNvPicPr/>
                  </pic:nvPicPr>
                  <pic:blipFill>
                    <a:blip r:embed="rId17"/>
                    <a:stretch>
                      <a:fillRect/>
                    </a:stretch>
                  </pic:blipFill>
                  <pic:spPr>
                    <a:xfrm>
                      <a:off x="0" y="0"/>
                      <a:ext cx="6014720" cy="580948"/>
                    </a:xfrm>
                    <a:prstGeom prst="rect">
                      <a:avLst/>
                    </a:prstGeom>
                  </pic:spPr>
                </pic:pic>
              </a:graphicData>
            </a:graphic>
          </wp:anchor>
        </w:drawing>
      </w:r>
    </w:p>
    <w:p w14:paraId="6A9C5C26" w14:textId="77777777" w:rsidR="00ED2EC2" w:rsidRDefault="00000000">
      <w:pPr>
        <w:keepNext/>
        <w:pBdr>
          <w:bottom w:val="single" w:sz="18" w:space="4" w:color="A5281A"/>
        </w:pBdr>
        <w:spacing w:after="40"/>
        <w:jc w:val="center"/>
        <w:rPr>
          <w:b/>
          <w:smallCaps/>
          <w:color w:val="2A5E33"/>
          <w:sz w:val="28"/>
          <w:szCs w:val="28"/>
          <w:lang w:val="bg-BG"/>
        </w:rPr>
      </w:pPr>
      <w:r>
        <w:rPr>
          <w:b/>
          <w:smallCaps/>
          <w:color w:val="FFFFFF"/>
          <w:sz w:val="28"/>
          <w:szCs w:val="28"/>
        </w:rPr>
        <w:t xml:space="preserve">SECTION „Education, Language and Cultural </w:t>
      </w:r>
      <w:proofErr w:type="gramStart"/>
      <w:r>
        <w:rPr>
          <w:b/>
          <w:smallCaps/>
          <w:color w:val="FFFFFF"/>
          <w:sz w:val="28"/>
          <w:szCs w:val="28"/>
        </w:rPr>
        <w:t>Policies“</w:t>
      </w:r>
      <w:proofErr w:type="gramEnd"/>
    </w:p>
    <w:p w14:paraId="0B8803DC" w14:textId="6E8E8B33" w:rsidR="006128FF" w:rsidRPr="0059233B" w:rsidRDefault="006128FF">
      <w:pPr>
        <w:keepNext/>
        <w:spacing w:after="160"/>
        <w:jc w:val="center"/>
        <w:rPr>
          <w:i/>
          <w:smallCaps/>
          <w:color w:val="1A1A1A"/>
          <w:sz w:val="20"/>
          <w:lang w:val="bg-BG"/>
        </w:rPr>
      </w:pPr>
      <w:r>
        <w:rPr>
          <w:i/>
          <w:color w:val="1A1A1A"/>
          <w:sz w:val="20"/>
        </w:rPr>
        <w:t xml:space="preserve">13:45 – 14:45  </w:t>
      </w:r>
    </w:p>
    <w:p w14:paraId="7C08D188" w14:textId="4A36F3D0" w:rsidR="008E5318" w:rsidRPr="007C6324" w:rsidRDefault="00000000">
      <w:pPr>
        <w:keepNext/>
        <w:pBdr>
          <w:left w:val="single" w:sz="24" w:space="6" w:color="2E7D5B"/>
        </w:pBdr>
        <w:shd w:val="clear" w:color="auto" w:fill="E3EFE7"/>
        <w:jc w:val="center"/>
        <w:rPr>
          <w:color w:val="1A1A1A"/>
          <w:lang w:val="bg-BG"/>
        </w:rPr>
      </w:pPr>
      <w:proofErr w:type="spellStart"/>
      <w:r w:rsidRPr="0059233B">
        <w:rPr>
          <w:color w:val="1A1A1A"/>
        </w:rPr>
        <w:t>Модератор</w:t>
      </w:r>
      <w:proofErr w:type="spellEnd"/>
      <w:r w:rsidRPr="0059233B">
        <w:rPr>
          <w:color w:val="1A1A1A"/>
        </w:rPr>
        <w:t xml:space="preserve">: </w:t>
      </w:r>
      <w:proofErr w:type="spellStart"/>
      <w:r w:rsidR="007C6324">
        <w:rPr>
          <w:color w:val="1A1A1A"/>
        </w:rPr>
        <w:t>доц</w:t>
      </w:r>
      <w:proofErr w:type="spellEnd"/>
      <w:r w:rsidR="007C6324">
        <w:rPr>
          <w:color w:val="1A1A1A"/>
        </w:rPr>
        <w:t xml:space="preserve">. д-р </w:t>
      </w:r>
      <w:proofErr w:type="spellStart"/>
      <w:r w:rsidR="007C6324">
        <w:rPr>
          <w:color w:val="1A1A1A"/>
        </w:rPr>
        <w:t>Светлана</w:t>
      </w:r>
      <w:proofErr w:type="spellEnd"/>
      <w:r w:rsidR="007C6324">
        <w:rPr>
          <w:color w:val="1A1A1A"/>
        </w:rPr>
        <w:t xml:space="preserve"> </w:t>
      </w:r>
      <w:proofErr w:type="spellStart"/>
      <w:r w:rsidR="007C6324">
        <w:rPr>
          <w:color w:val="1A1A1A"/>
        </w:rPr>
        <w:t>Георгиева</w:t>
      </w:r>
      <w:proofErr w:type="spellEnd"/>
      <w:r w:rsidR="007C6324">
        <w:rPr>
          <w:color w:val="1A1A1A"/>
        </w:rPr>
        <w:t xml:space="preserve"> / Moderator: Assoc. Prof. Dr. Svetlana Georgieva</w:t>
      </w:r>
    </w:p>
    <w:p w14:paraId="795B3A99" w14:textId="455B681C" w:rsidR="00143BD7" w:rsidRPr="0059233B" w:rsidRDefault="00143BD7" w:rsidP="00DC5E4C">
      <w:pPr>
        <w:pBdr>
          <w:bottom w:val="single" w:sz="4" w:space="3" w:color="C8D5CC"/>
        </w:pBdr>
        <w:tabs>
          <w:tab w:val="left" w:pos="1474"/>
        </w:tabs>
        <w:spacing w:after="220" w:line="259" w:lineRule="auto"/>
        <w:ind w:left="1474" w:hanging="1474"/>
        <w:rPr>
          <w:lang w:val="bg-BG"/>
        </w:rPr>
      </w:pPr>
      <w:r>
        <w:rPr>
          <w:b/>
          <w:color w:val="A5281A"/>
        </w:rPr>
        <w:t>13:45 – 14:00</w:t>
      </w:r>
      <w:r>
        <w:rPr>
          <w:b/>
          <w:color w:val="1A1A1A"/>
        </w:rPr>
        <w:tab/>
        <w:t>НАТАЛИЯ МОСКОВЧУК</w:t>
      </w:r>
      <w:r>
        <w:rPr>
          <w:i/>
          <w:color w:val="555555"/>
        </w:rPr>
        <w:t xml:space="preserve"> (</w:t>
      </w:r>
      <w:proofErr w:type="spellStart"/>
      <w:r>
        <w:rPr>
          <w:i/>
          <w:color w:val="555555"/>
        </w:rPr>
        <w:t>Държ</w:t>
      </w:r>
      <w:r w:rsidR="00D92097">
        <w:rPr>
          <w:i/>
          <w:color w:val="555555"/>
          <w:lang w:val="bg-BG"/>
        </w:rPr>
        <w:t>авен</w:t>
      </w:r>
      <w:proofErr w:type="spellEnd"/>
      <w:r w:rsidR="00094221">
        <w:rPr>
          <w:i/>
          <w:color w:val="555555"/>
          <w:lang w:val="bg-BG"/>
        </w:rPr>
        <w:t xml:space="preserve"> </w:t>
      </w:r>
      <w:proofErr w:type="spellStart"/>
      <w:r>
        <w:rPr>
          <w:i/>
          <w:color w:val="555555"/>
        </w:rPr>
        <w:t>унив</w:t>
      </w:r>
      <w:r w:rsidR="00D92097">
        <w:rPr>
          <w:i/>
          <w:color w:val="555555"/>
          <w:lang w:val="bg-BG"/>
        </w:rPr>
        <w:t>ерситет</w:t>
      </w:r>
      <w:proofErr w:type="spellEnd"/>
      <w:r>
        <w:rPr>
          <w:i/>
          <w:color w:val="555555"/>
        </w:rPr>
        <w:t xml:space="preserve"> </w:t>
      </w:r>
      <w:proofErr w:type="spellStart"/>
      <w:r>
        <w:rPr>
          <w:i/>
          <w:color w:val="555555"/>
        </w:rPr>
        <w:t>по</w:t>
      </w:r>
      <w:proofErr w:type="spellEnd"/>
      <w:r>
        <w:rPr>
          <w:i/>
          <w:color w:val="555555"/>
        </w:rPr>
        <w:t xml:space="preserve"> </w:t>
      </w:r>
      <w:proofErr w:type="spellStart"/>
      <w:r>
        <w:rPr>
          <w:i/>
          <w:color w:val="555555"/>
        </w:rPr>
        <w:t>интел</w:t>
      </w:r>
      <w:r w:rsidR="00D92097">
        <w:rPr>
          <w:i/>
          <w:color w:val="555555"/>
          <w:lang w:val="bg-BG"/>
        </w:rPr>
        <w:t>ектуални</w:t>
      </w:r>
      <w:proofErr w:type="spellEnd"/>
      <w:r>
        <w:rPr>
          <w:i/>
          <w:color w:val="555555"/>
        </w:rPr>
        <w:t xml:space="preserve"> </w:t>
      </w:r>
      <w:proofErr w:type="spellStart"/>
      <w:r>
        <w:rPr>
          <w:i/>
          <w:color w:val="555555"/>
        </w:rPr>
        <w:t>технологии</w:t>
      </w:r>
      <w:proofErr w:type="spellEnd"/>
      <w:r>
        <w:rPr>
          <w:i/>
          <w:color w:val="555555"/>
        </w:rPr>
        <w:t xml:space="preserve"> и </w:t>
      </w:r>
      <w:proofErr w:type="spellStart"/>
      <w:r>
        <w:rPr>
          <w:i/>
          <w:color w:val="555555"/>
        </w:rPr>
        <w:t>комуникации</w:t>
      </w:r>
      <w:proofErr w:type="spellEnd"/>
      <w:r>
        <w:rPr>
          <w:i/>
          <w:color w:val="555555"/>
        </w:rPr>
        <w:t xml:space="preserve">, </w:t>
      </w:r>
      <w:proofErr w:type="spellStart"/>
      <w:r>
        <w:rPr>
          <w:i/>
          <w:color w:val="555555"/>
        </w:rPr>
        <w:t>Одеса</w:t>
      </w:r>
      <w:proofErr w:type="spellEnd"/>
      <w:r>
        <w:rPr>
          <w:i/>
          <w:color w:val="555555"/>
        </w:rPr>
        <w:t xml:space="preserve">, </w:t>
      </w:r>
      <w:proofErr w:type="spellStart"/>
      <w:r>
        <w:rPr>
          <w:i/>
          <w:color w:val="555555"/>
        </w:rPr>
        <w:t>Украйна</w:t>
      </w:r>
      <w:proofErr w:type="spellEnd"/>
      <w:r>
        <w:rPr>
          <w:i/>
          <w:color w:val="555555"/>
        </w:rPr>
        <w:t>)</w:t>
      </w:r>
      <w:r>
        <w:rPr>
          <w:color w:val="1A1A1A"/>
        </w:rPr>
        <w:t xml:space="preserve"> – </w:t>
      </w:r>
      <w:proofErr w:type="spellStart"/>
      <w:r w:rsidR="00A41BAF">
        <w:t>Формування</w:t>
      </w:r>
      <w:proofErr w:type="spellEnd"/>
      <w:r w:rsidR="00A41BAF">
        <w:t xml:space="preserve"> </w:t>
      </w:r>
      <w:proofErr w:type="spellStart"/>
      <w:r w:rsidR="00A41BAF">
        <w:t>комунікативної</w:t>
      </w:r>
      <w:proofErr w:type="spellEnd"/>
      <w:r w:rsidR="00A41BAF">
        <w:t xml:space="preserve"> </w:t>
      </w:r>
      <w:proofErr w:type="spellStart"/>
      <w:r w:rsidR="00A41BAF">
        <w:t>компетентності</w:t>
      </w:r>
      <w:proofErr w:type="spellEnd"/>
      <w:r w:rsidR="00A41BAF">
        <w:t xml:space="preserve"> </w:t>
      </w:r>
      <w:proofErr w:type="spellStart"/>
      <w:r w:rsidR="00A41BAF">
        <w:t>учнів</w:t>
      </w:r>
      <w:proofErr w:type="spellEnd"/>
      <w:r w:rsidR="00A41BAF">
        <w:t xml:space="preserve"> </w:t>
      </w:r>
      <w:proofErr w:type="spellStart"/>
      <w:r w:rsidR="00A41BAF">
        <w:t>початкової</w:t>
      </w:r>
      <w:proofErr w:type="spellEnd"/>
      <w:r w:rsidR="00A41BAF">
        <w:t xml:space="preserve"> </w:t>
      </w:r>
      <w:proofErr w:type="spellStart"/>
      <w:r w:rsidR="00A41BAF">
        <w:t>школи</w:t>
      </w:r>
      <w:proofErr w:type="spellEnd"/>
      <w:r w:rsidR="00A41BAF">
        <w:t xml:space="preserve"> з </w:t>
      </w:r>
      <w:proofErr w:type="spellStart"/>
      <w:r w:rsidR="00A41BAF">
        <w:t>навчанням</w:t>
      </w:r>
      <w:proofErr w:type="spellEnd"/>
      <w:r w:rsidR="00A41BAF">
        <w:t xml:space="preserve"> </w:t>
      </w:r>
      <w:proofErr w:type="spellStart"/>
      <w:r w:rsidR="00A41BAF">
        <w:t>мовами</w:t>
      </w:r>
      <w:proofErr w:type="spellEnd"/>
      <w:r w:rsidR="00A41BAF">
        <w:t xml:space="preserve"> </w:t>
      </w:r>
      <w:proofErr w:type="spellStart"/>
      <w:r w:rsidR="00A41BAF">
        <w:t>національних</w:t>
      </w:r>
      <w:proofErr w:type="spellEnd"/>
      <w:r w:rsidR="00A41BAF">
        <w:t xml:space="preserve"> </w:t>
      </w:r>
      <w:proofErr w:type="spellStart"/>
      <w:r w:rsidR="00A41BAF">
        <w:t>меншин</w:t>
      </w:r>
      <w:proofErr w:type="spellEnd"/>
      <w:r w:rsidR="00A41BAF">
        <w:rPr>
          <w:lang w:val="bg-BG"/>
        </w:rPr>
        <w:t xml:space="preserve"> </w:t>
      </w:r>
      <w:r>
        <w:rPr>
          <w:color w:val="1A1A1A"/>
        </w:rPr>
        <w:t>/ The Formation of Communicative Competence among Primary School Students Taught in the Languages of National Minorities</w:t>
      </w:r>
    </w:p>
    <w:p w14:paraId="3BE40AE0" w14:textId="77777777" w:rsidR="00143BD7" w:rsidRDefault="00031F9E" w:rsidP="00DC5E4C">
      <w:pPr>
        <w:pBdr>
          <w:bottom w:val="single" w:sz="4" w:space="3" w:color="C8D5CC"/>
        </w:pBdr>
        <w:tabs>
          <w:tab w:val="left" w:pos="1474"/>
        </w:tabs>
        <w:spacing w:after="220" w:line="259" w:lineRule="auto"/>
        <w:ind w:left="1474" w:hanging="1474"/>
        <w:rPr>
          <w:color w:val="1A1A1A"/>
          <w:lang w:val="bg-BG"/>
        </w:rPr>
      </w:pPr>
      <w:r>
        <w:rPr>
          <w:b/>
          <w:color w:val="A5281A"/>
        </w:rPr>
        <w:t>14:00 – 14:15</w:t>
      </w:r>
      <w:r>
        <w:tab/>
      </w:r>
      <w:r w:rsidR="000A4304" w:rsidRPr="000A4304">
        <w:rPr>
          <w:b/>
          <w:bCs/>
          <w:lang w:val="bg-BG"/>
        </w:rPr>
        <w:t>В</w:t>
      </w:r>
      <w:r w:rsidR="00143BD7">
        <w:rPr>
          <w:b/>
          <w:color w:val="1A1A1A"/>
        </w:rPr>
        <w:t>АЛЕНТИНА КОВАЛЖИУ</w:t>
      </w:r>
      <w:r w:rsidR="00143BD7">
        <w:rPr>
          <w:i/>
          <w:color w:val="555555"/>
        </w:rPr>
        <w:t xml:space="preserve"> (</w:t>
      </w:r>
      <w:proofErr w:type="spellStart"/>
      <w:r w:rsidR="00143BD7">
        <w:rPr>
          <w:i/>
          <w:color w:val="555555"/>
        </w:rPr>
        <w:t>Университет</w:t>
      </w:r>
      <w:proofErr w:type="spellEnd"/>
      <w:r w:rsidR="00143BD7">
        <w:rPr>
          <w:i/>
          <w:color w:val="555555"/>
        </w:rPr>
        <w:t xml:space="preserve"> </w:t>
      </w:r>
      <w:proofErr w:type="spellStart"/>
      <w:r w:rsidR="00143BD7">
        <w:rPr>
          <w:i/>
          <w:color w:val="555555"/>
        </w:rPr>
        <w:t>за</w:t>
      </w:r>
      <w:proofErr w:type="spellEnd"/>
      <w:r w:rsidR="00143BD7">
        <w:rPr>
          <w:i/>
          <w:color w:val="555555"/>
        </w:rPr>
        <w:t xml:space="preserve"> </w:t>
      </w:r>
      <w:proofErr w:type="spellStart"/>
      <w:r w:rsidR="00143BD7">
        <w:rPr>
          <w:i/>
          <w:color w:val="555555"/>
        </w:rPr>
        <w:t>национално</w:t>
      </w:r>
      <w:proofErr w:type="spellEnd"/>
      <w:r w:rsidR="00143BD7">
        <w:rPr>
          <w:i/>
          <w:color w:val="555555"/>
        </w:rPr>
        <w:t xml:space="preserve"> и </w:t>
      </w:r>
      <w:proofErr w:type="spellStart"/>
      <w:r w:rsidR="00143BD7">
        <w:rPr>
          <w:i/>
          <w:color w:val="555555"/>
        </w:rPr>
        <w:t>световно</w:t>
      </w:r>
      <w:proofErr w:type="spellEnd"/>
      <w:r w:rsidR="00143BD7">
        <w:rPr>
          <w:i/>
          <w:color w:val="555555"/>
        </w:rPr>
        <w:t xml:space="preserve"> </w:t>
      </w:r>
      <w:proofErr w:type="spellStart"/>
      <w:r w:rsidR="00143BD7">
        <w:rPr>
          <w:i/>
          <w:color w:val="555555"/>
        </w:rPr>
        <w:t>стопанство</w:t>
      </w:r>
      <w:proofErr w:type="spellEnd"/>
      <w:r w:rsidR="00143BD7">
        <w:rPr>
          <w:i/>
          <w:color w:val="555555"/>
        </w:rPr>
        <w:t xml:space="preserve">, </w:t>
      </w:r>
      <w:proofErr w:type="spellStart"/>
      <w:r w:rsidR="00143BD7">
        <w:rPr>
          <w:i/>
          <w:color w:val="555555"/>
        </w:rPr>
        <w:t>София</w:t>
      </w:r>
      <w:proofErr w:type="spellEnd"/>
      <w:r w:rsidR="00143BD7">
        <w:rPr>
          <w:i/>
          <w:color w:val="555555"/>
        </w:rPr>
        <w:t>)</w:t>
      </w:r>
      <w:r w:rsidR="00143BD7">
        <w:rPr>
          <w:color w:val="1A1A1A"/>
        </w:rPr>
        <w:t xml:space="preserve"> – </w:t>
      </w:r>
      <w:proofErr w:type="spellStart"/>
      <w:r w:rsidR="00143BD7">
        <w:rPr>
          <w:color w:val="1A1A1A"/>
        </w:rPr>
        <w:t>Сравнителен</w:t>
      </w:r>
      <w:proofErr w:type="spellEnd"/>
      <w:r w:rsidR="00143BD7">
        <w:rPr>
          <w:color w:val="1A1A1A"/>
        </w:rPr>
        <w:t xml:space="preserve"> </w:t>
      </w:r>
      <w:proofErr w:type="spellStart"/>
      <w:r w:rsidR="00143BD7">
        <w:rPr>
          <w:color w:val="1A1A1A"/>
        </w:rPr>
        <w:t>анализ</w:t>
      </w:r>
      <w:proofErr w:type="spellEnd"/>
      <w:r w:rsidR="00143BD7">
        <w:rPr>
          <w:color w:val="1A1A1A"/>
        </w:rPr>
        <w:t xml:space="preserve"> </w:t>
      </w:r>
      <w:proofErr w:type="spellStart"/>
      <w:r w:rsidR="00143BD7">
        <w:rPr>
          <w:color w:val="1A1A1A"/>
        </w:rPr>
        <w:t>на</w:t>
      </w:r>
      <w:proofErr w:type="spellEnd"/>
      <w:r w:rsidR="00143BD7">
        <w:rPr>
          <w:color w:val="1A1A1A"/>
        </w:rPr>
        <w:t xml:space="preserve"> </w:t>
      </w:r>
      <w:proofErr w:type="spellStart"/>
      <w:r w:rsidR="00143BD7">
        <w:rPr>
          <w:color w:val="1A1A1A"/>
        </w:rPr>
        <w:t>политиките</w:t>
      </w:r>
      <w:proofErr w:type="spellEnd"/>
      <w:r w:rsidR="00143BD7">
        <w:rPr>
          <w:color w:val="1A1A1A"/>
        </w:rPr>
        <w:t xml:space="preserve"> </w:t>
      </w:r>
      <w:proofErr w:type="spellStart"/>
      <w:r w:rsidR="00143BD7">
        <w:rPr>
          <w:color w:val="1A1A1A"/>
        </w:rPr>
        <w:t>на</w:t>
      </w:r>
      <w:proofErr w:type="spellEnd"/>
      <w:r w:rsidR="00143BD7">
        <w:rPr>
          <w:color w:val="1A1A1A"/>
        </w:rPr>
        <w:t xml:space="preserve"> </w:t>
      </w:r>
      <w:proofErr w:type="spellStart"/>
      <w:r w:rsidR="00143BD7">
        <w:rPr>
          <w:color w:val="1A1A1A"/>
        </w:rPr>
        <w:t>Украйна</w:t>
      </w:r>
      <w:proofErr w:type="spellEnd"/>
      <w:r w:rsidR="00143BD7">
        <w:rPr>
          <w:color w:val="1A1A1A"/>
        </w:rPr>
        <w:t xml:space="preserve"> и </w:t>
      </w:r>
      <w:proofErr w:type="spellStart"/>
      <w:r w:rsidR="00143BD7">
        <w:rPr>
          <w:color w:val="1A1A1A"/>
        </w:rPr>
        <w:t>Молдова</w:t>
      </w:r>
      <w:proofErr w:type="spellEnd"/>
      <w:r w:rsidR="00143BD7">
        <w:rPr>
          <w:color w:val="1A1A1A"/>
        </w:rPr>
        <w:t xml:space="preserve"> </w:t>
      </w:r>
      <w:proofErr w:type="spellStart"/>
      <w:r w:rsidR="00143BD7">
        <w:rPr>
          <w:color w:val="1A1A1A"/>
        </w:rPr>
        <w:t>към</w:t>
      </w:r>
      <w:proofErr w:type="spellEnd"/>
      <w:r w:rsidR="00143BD7">
        <w:rPr>
          <w:color w:val="1A1A1A"/>
        </w:rPr>
        <w:t xml:space="preserve"> </w:t>
      </w:r>
      <w:proofErr w:type="spellStart"/>
      <w:r w:rsidR="00143BD7">
        <w:rPr>
          <w:color w:val="1A1A1A"/>
        </w:rPr>
        <w:t>българските</w:t>
      </w:r>
      <w:proofErr w:type="spellEnd"/>
      <w:r w:rsidR="00143BD7">
        <w:rPr>
          <w:color w:val="1A1A1A"/>
        </w:rPr>
        <w:t xml:space="preserve"> </w:t>
      </w:r>
      <w:proofErr w:type="spellStart"/>
      <w:r w:rsidR="00143BD7">
        <w:rPr>
          <w:color w:val="1A1A1A"/>
        </w:rPr>
        <w:t>етнически</w:t>
      </w:r>
      <w:proofErr w:type="spellEnd"/>
      <w:r w:rsidR="00143BD7">
        <w:rPr>
          <w:color w:val="1A1A1A"/>
        </w:rPr>
        <w:t xml:space="preserve"> </w:t>
      </w:r>
      <w:proofErr w:type="spellStart"/>
      <w:r w:rsidR="00143BD7">
        <w:rPr>
          <w:color w:val="1A1A1A"/>
        </w:rPr>
        <w:t>малцинства</w:t>
      </w:r>
      <w:proofErr w:type="spellEnd"/>
      <w:r w:rsidR="00143BD7">
        <w:rPr>
          <w:color w:val="1A1A1A"/>
        </w:rPr>
        <w:t xml:space="preserve"> в </w:t>
      </w:r>
      <w:proofErr w:type="spellStart"/>
      <w:r w:rsidR="00143BD7">
        <w:rPr>
          <w:color w:val="1A1A1A"/>
        </w:rPr>
        <w:t>областта</w:t>
      </w:r>
      <w:proofErr w:type="spellEnd"/>
      <w:r w:rsidR="00143BD7">
        <w:rPr>
          <w:color w:val="1A1A1A"/>
        </w:rPr>
        <w:t xml:space="preserve"> </w:t>
      </w:r>
      <w:proofErr w:type="spellStart"/>
      <w:r w:rsidR="00143BD7">
        <w:rPr>
          <w:color w:val="1A1A1A"/>
        </w:rPr>
        <w:t>на</w:t>
      </w:r>
      <w:proofErr w:type="spellEnd"/>
      <w:r w:rsidR="00143BD7">
        <w:rPr>
          <w:color w:val="1A1A1A"/>
        </w:rPr>
        <w:t xml:space="preserve"> </w:t>
      </w:r>
      <w:proofErr w:type="spellStart"/>
      <w:r w:rsidR="00143BD7">
        <w:rPr>
          <w:color w:val="1A1A1A"/>
        </w:rPr>
        <w:t>културата</w:t>
      </w:r>
      <w:proofErr w:type="spellEnd"/>
      <w:r w:rsidR="00143BD7">
        <w:rPr>
          <w:color w:val="1A1A1A"/>
        </w:rPr>
        <w:t xml:space="preserve"> / Comparative Analysis of the Policies of Ukraine and Moldova towards the Bulgarian Ethnic Minorities in the Field of Culture</w:t>
      </w:r>
    </w:p>
    <w:p w14:paraId="7BCC17A1" w14:textId="62046AC3" w:rsidR="00310370" w:rsidRPr="00310370" w:rsidRDefault="000A4304" w:rsidP="000A4304">
      <w:pPr>
        <w:pBdr>
          <w:bottom w:val="single" w:sz="4" w:space="3" w:color="C8D5CC"/>
        </w:pBdr>
        <w:tabs>
          <w:tab w:val="left" w:pos="1474"/>
        </w:tabs>
        <w:spacing w:after="220" w:line="259" w:lineRule="auto"/>
        <w:ind w:left="1474" w:hanging="1474"/>
        <w:jc w:val="both"/>
        <w:rPr>
          <w:color w:val="1A1A1A"/>
          <w:lang w:val="bg-BG"/>
        </w:rPr>
      </w:pPr>
      <w:r w:rsidRPr="00094221">
        <w:rPr>
          <w:b/>
          <w:color w:val="C00000"/>
        </w:rPr>
        <w:t>14:15 – 14:30</w:t>
      </w:r>
      <w:r w:rsidRPr="000A4304">
        <w:rPr>
          <w:color w:val="1A1A1A"/>
        </w:rPr>
        <w:tab/>
      </w:r>
      <w:bookmarkStart w:id="1" w:name="_Hlk242115544"/>
      <w:r w:rsidR="00D812FE" w:rsidRPr="00D812FE">
        <w:rPr>
          <w:b/>
          <w:color w:val="1A1A1A"/>
        </w:rPr>
        <w:t>ЕВГЕНИЯ ТАРЛЕВА</w:t>
      </w:r>
      <w:r w:rsidR="00D812FE" w:rsidRPr="00D812FE">
        <w:rPr>
          <w:i/>
          <w:color w:val="555555"/>
        </w:rPr>
        <w:t xml:space="preserve"> (</w:t>
      </w:r>
      <w:proofErr w:type="spellStart"/>
      <w:r w:rsidR="00D812FE" w:rsidRPr="00D812FE">
        <w:rPr>
          <w:i/>
          <w:color w:val="555555"/>
        </w:rPr>
        <w:t>Българска</w:t>
      </w:r>
      <w:proofErr w:type="spellEnd"/>
      <w:r w:rsidR="00D812FE" w:rsidRPr="00D812FE">
        <w:rPr>
          <w:i/>
          <w:color w:val="555555"/>
        </w:rPr>
        <w:t xml:space="preserve"> </w:t>
      </w:r>
      <w:proofErr w:type="spellStart"/>
      <w:r w:rsidR="00D812FE" w:rsidRPr="00D812FE">
        <w:rPr>
          <w:i/>
          <w:color w:val="555555"/>
        </w:rPr>
        <w:t>община</w:t>
      </w:r>
      <w:proofErr w:type="spellEnd"/>
      <w:r w:rsidR="00D812FE" w:rsidRPr="00D812FE">
        <w:rPr>
          <w:i/>
          <w:color w:val="555555"/>
        </w:rPr>
        <w:t xml:space="preserve"> в </w:t>
      </w:r>
      <w:proofErr w:type="spellStart"/>
      <w:r w:rsidR="00D812FE" w:rsidRPr="00D812FE">
        <w:rPr>
          <w:i/>
          <w:color w:val="555555"/>
        </w:rPr>
        <w:t>Република</w:t>
      </w:r>
      <w:proofErr w:type="spellEnd"/>
      <w:r w:rsidR="00D812FE" w:rsidRPr="00D812FE">
        <w:rPr>
          <w:i/>
          <w:color w:val="555555"/>
        </w:rPr>
        <w:t xml:space="preserve"> </w:t>
      </w:r>
      <w:proofErr w:type="spellStart"/>
      <w:r w:rsidR="00D812FE" w:rsidRPr="00D812FE">
        <w:rPr>
          <w:i/>
          <w:color w:val="555555"/>
        </w:rPr>
        <w:t>Молдова</w:t>
      </w:r>
      <w:proofErr w:type="spellEnd"/>
      <w:r w:rsidR="00D812FE" w:rsidRPr="00D812FE">
        <w:rPr>
          <w:i/>
          <w:color w:val="555555"/>
        </w:rPr>
        <w:t>)</w:t>
      </w:r>
      <w:r w:rsidR="00D812FE" w:rsidRPr="00D812FE">
        <w:rPr>
          <w:color w:val="1A1A1A"/>
        </w:rPr>
        <w:t xml:space="preserve"> – </w:t>
      </w:r>
      <w:proofErr w:type="spellStart"/>
      <w:r w:rsidR="00D812FE" w:rsidRPr="00D812FE">
        <w:rPr>
          <w:color w:val="1A1A1A"/>
        </w:rPr>
        <w:t>Банатските</w:t>
      </w:r>
      <w:proofErr w:type="spellEnd"/>
      <w:r w:rsidR="00D812FE" w:rsidRPr="00D812FE">
        <w:rPr>
          <w:color w:val="1A1A1A"/>
        </w:rPr>
        <w:t xml:space="preserve"> </w:t>
      </w:r>
      <w:proofErr w:type="spellStart"/>
      <w:r w:rsidR="00D812FE" w:rsidRPr="00D812FE">
        <w:rPr>
          <w:color w:val="1A1A1A"/>
        </w:rPr>
        <w:t>българи</w:t>
      </w:r>
      <w:proofErr w:type="spellEnd"/>
      <w:r w:rsidR="00D812FE" w:rsidRPr="00D812FE">
        <w:rPr>
          <w:color w:val="1A1A1A"/>
        </w:rPr>
        <w:t xml:space="preserve"> и </w:t>
      </w:r>
      <w:proofErr w:type="spellStart"/>
      <w:r w:rsidR="00D812FE" w:rsidRPr="00D812FE">
        <w:rPr>
          <w:color w:val="1A1A1A"/>
        </w:rPr>
        <w:t>българите</w:t>
      </w:r>
      <w:proofErr w:type="spellEnd"/>
      <w:r w:rsidR="00D812FE" w:rsidRPr="00D812FE">
        <w:rPr>
          <w:color w:val="1A1A1A"/>
        </w:rPr>
        <w:t xml:space="preserve"> </w:t>
      </w:r>
      <w:proofErr w:type="spellStart"/>
      <w:r w:rsidR="00D812FE" w:rsidRPr="00D812FE">
        <w:rPr>
          <w:color w:val="1A1A1A"/>
        </w:rPr>
        <w:t>от</w:t>
      </w:r>
      <w:proofErr w:type="spellEnd"/>
      <w:r w:rsidR="00D812FE" w:rsidRPr="00D812FE">
        <w:rPr>
          <w:color w:val="1A1A1A"/>
        </w:rPr>
        <w:t xml:space="preserve"> </w:t>
      </w:r>
      <w:proofErr w:type="spellStart"/>
      <w:r w:rsidR="00D812FE" w:rsidRPr="00D812FE">
        <w:rPr>
          <w:color w:val="1A1A1A"/>
        </w:rPr>
        <w:t>Молдова</w:t>
      </w:r>
      <w:proofErr w:type="spellEnd"/>
      <w:r w:rsidR="00D812FE" w:rsidRPr="00D812FE">
        <w:rPr>
          <w:color w:val="1A1A1A"/>
        </w:rPr>
        <w:t xml:space="preserve"> / The Banat Bulgarians and the Bulgarians of Moldova</w:t>
      </w:r>
    </w:p>
    <w:p w14:paraId="7451D410" w14:textId="134595AD" w:rsidR="00BB7523" w:rsidRPr="0059233B" w:rsidRDefault="00143BD7" w:rsidP="00BB7523">
      <w:pPr>
        <w:pBdr>
          <w:bottom w:val="single" w:sz="4" w:space="3" w:color="C8D5CC"/>
        </w:pBdr>
        <w:tabs>
          <w:tab w:val="left" w:pos="1474"/>
        </w:tabs>
        <w:spacing w:after="220" w:line="259" w:lineRule="auto"/>
        <w:ind w:left="1474" w:hanging="1474"/>
        <w:jc w:val="both"/>
        <w:rPr>
          <w:color w:val="1A1A1A"/>
        </w:rPr>
      </w:pPr>
      <w:r>
        <w:rPr>
          <w:b/>
          <w:color w:val="A5281A"/>
        </w:rPr>
        <w:t>14:30 – 14:45</w:t>
      </w:r>
      <w:r>
        <w:rPr>
          <w:b/>
          <w:color w:val="1A1A1A"/>
        </w:rPr>
        <w:tab/>
      </w:r>
      <w:r w:rsidR="00BB7523" w:rsidRPr="0059233B">
        <w:rPr>
          <w:b/>
          <w:color w:val="1A1A1A"/>
        </w:rPr>
        <w:t>KENTA SUGAI</w:t>
      </w:r>
      <w:r w:rsidR="00BB7523" w:rsidRPr="0059233B">
        <w:rPr>
          <w:i/>
          <w:color w:val="555555"/>
        </w:rPr>
        <w:t xml:space="preserve"> (Hokkaido University, </w:t>
      </w:r>
      <w:r w:rsidR="00C94FE4">
        <w:rPr>
          <w:i/>
          <w:color w:val="555555"/>
        </w:rPr>
        <w:t>Japan</w:t>
      </w:r>
      <w:r w:rsidR="00BB7523" w:rsidRPr="0059233B">
        <w:rPr>
          <w:i/>
          <w:color w:val="555555"/>
        </w:rPr>
        <w:t>)</w:t>
      </w:r>
      <w:r w:rsidR="00BB7523" w:rsidRPr="0059233B">
        <w:rPr>
          <w:color w:val="1A1A1A"/>
        </w:rPr>
        <w:t xml:space="preserve"> – </w:t>
      </w:r>
      <w:proofErr w:type="spellStart"/>
      <w:r w:rsidR="00BB7523" w:rsidRPr="0059233B">
        <w:rPr>
          <w:color w:val="1A1A1A"/>
        </w:rPr>
        <w:t>Българският</w:t>
      </w:r>
      <w:proofErr w:type="spellEnd"/>
      <w:r w:rsidR="00BB7523" w:rsidRPr="0059233B">
        <w:rPr>
          <w:color w:val="1A1A1A"/>
        </w:rPr>
        <w:t xml:space="preserve"> </w:t>
      </w:r>
      <w:proofErr w:type="spellStart"/>
      <w:r w:rsidR="00BB7523" w:rsidRPr="0059233B">
        <w:rPr>
          <w:color w:val="1A1A1A"/>
        </w:rPr>
        <w:t>като</w:t>
      </w:r>
      <w:proofErr w:type="spellEnd"/>
      <w:r w:rsidR="00BB7523" w:rsidRPr="0059233B">
        <w:rPr>
          <w:color w:val="1A1A1A"/>
        </w:rPr>
        <w:t xml:space="preserve"> </w:t>
      </w:r>
      <w:proofErr w:type="spellStart"/>
      <w:r w:rsidR="00BB7523" w:rsidRPr="0059233B">
        <w:rPr>
          <w:color w:val="1A1A1A"/>
        </w:rPr>
        <w:t>малцинствен</w:t>
      </w:r>
      <w:proofErr w:type="spellEnd"/>
      <w:r w:rsidR="00BB7523" w:rsidRPr="0059233B">
        <w:rPr>
          <w:color w:val="1A1A1A"/>
        </w:rPr>
        <w:t xml:space="preserve"> </w:t>
      </w:r>
      <w:proofErr w:type="spellStart"/>
      <w:r w:rsidR="00BB7523" w:rsidRPr="0059233B">
        <w:rPr>
          <w:color w:val="1A1A1A"/>
        </w:rPr>
        <w:t>език</w:t>
      </w:r>
      <w:proofErr w:type="spellEnd"/>
      <w:r w:rsidR="00BB7523" w:rsidRPr="0059233B">
        <w:rPr>
          <w:color w:val="1A1A1A"/>
        </w:rPr>
        <w:t xml:space="preserve"> в </w:t>
      </w:r>
      <w:proofErr w:type="spellStart"/>
      <w:r w:rsidR="00BB7523" w:rsidRPr="0059233B">
        <w:rPr>
          <w:color w:val="1A1A1A"/>
        </w:rPr>
        <w:t>публичното</w:t>
      </w:r>
      <w:proofErr w:type="spellEnd"/>
      <w:r w:rsidR="00BB7523" w:rsidRPr="0059233B">
        <w:rPr>
          <w:color w:val="1A1A1A"/>
        </w:rPr>
        <w:t xml:space="preserve"> </w:t>
      </w:r>
      <w:proofErr w:type="spellStart"/>
      <w:r w:rsidR="00BB7523" w:rsidRPr="0059233B">
        <w:rPr>
          <w:color w:val="1A1A1A"/>
        </w:rPr>
        <w:t>пространство</w:t>
      </w:r>
      <w:proofErr w:type="spellEnd"/>
      <w:r w:rsidR="00BB7523" w:rsidRPr="0059233B">
        <w:rPr>
          <w:color w:val="1A1A1A"/>
        </w:rPr>
        <w:t xml:space="preserve">: </w:t>
      </w:r>
      <w:proofErr w:type="spellStart"/>
      <w:r w:rsidR="00BB7523" w:rsidRPr="0059233B">
        <w:rPr>
          <w:color w:val="1A1A1A"/>
        </w:rPr>
        <w:t>анализ</w:t>
      </w:r>
      <w:proofErr w:type="spellEnd"/>
      <w:r w:rsidR="00BB7523" w:rsidRPr="0059233B">
        <w:rPr>
          <w:color w:val="1A1A1A"/>
        </w:rPr>
        <w:t xml:space="preserve"> </w:t>
      </w:r>
      <w:proofErr w:type="spellStart"/>
      <w:r w:rsidR="00BB7523" w:rsidRPr="0059233B">
        <w:rPr>
          <w:color w:val="1A1A1A"/>
        </w:rPr>
        <w:t>на</w:t>
      </w:r>
      <w:proofErr w:type="spellEnd"/>
      <w:r w:rsidR="00BB7523" w:rsidRPr="0059233B">
        <w:rPr>
          <w:color w:val="1A1A1A"/>
        </w:rPr>
        <w:t xml:space="preserve"> </w:t>
      </w:r>
      <w:proofErr w:type="spellStart"/>
      <w:r w:rsidR="00BB7523" w:rsidRPr="0059233B">
        <w:rPr>
          <w:color w:val="1A1A1A"/>
        </w:rPr>
        <w:t>лингвистичния</w:t>
      </w:r>
      <w:proofErr w:type="spellEnd"/>
      <w:r w:rsidR="00BB7523" w:rsidRPr="0059233B">
        <w:rPr>
          <w:color w:val="1A1A1A"/>
        </w:rPr>
        <w:t xml:space="preserve"> </w:t>
      </w:r>
      <w:proofErr w:type="spellStart"/>
      <w:r w:rsidR="00BB7523" w:rsidRPr="0059233B">
        <w:rPr>
          <w:color w:val="1A1A1A"/>
        </w:rPr>
        <w:t>пейзаж</w:t>
      </w:r>
      <w:proofErr w:type="spellEnd"/>
      <w:r w:rsidR="00BB7523" w:rsidRPr="0059233B">
        <w:rPr>
          <w:color w:val="1A1A1A"/>
        </w:rPr>
        <w:t xml:space="preserve"> в </w:t>
      </w:r>
      <w:proofErr w:type="spellStart"/>
      <w:r w:rsidR="00BB7523" w:rsidRPr="0059233B">
        <w:rPr>
          <w:color w:val="1A1A1A"/>
        </w:rPr>
        <w:t>Република</w:t>
      </w:r>
      <w:proofErr w:type="spellEnd"/>
      <w:r w:rsidR="00BB7523" w:rsidRPr="0059233B">
        <w:rPr>
          <w:color w:val="1A1A1A"/>
        </w:rPr>
        <w:t xml:space="preserve"> </w:t>
      </w:r>
      <w:proofErr w:type="spellStart"/>
      <w:r w:rsidR="00BB7523" w:rsidRPr="0059233B">
        <w:rPr>
          <w:color w:val="1A1A1A"/>
        </w:rPr>
        <w:t>Молдова</w:t>
      </w:r>
      <w:proofErr w:type="spellEnd"/>
      <w:r w:rsidR="00BB7523" w:rsidRPr="0059233B">
        <w:rPr>
          <w:color w:val="1A1A1A"/>
        </w:rPr>
        <w:t xml:space="preserve"> / Bulgarian as a Minority Language in Public Space: Analysis of the Linguistic Landscape in the Republic of Moldova</w:t>
      </w:r>
    </w:p>
    <w:p w14:paraId="345EDE61" w14:textId="1E8552F4" w:rsidR="000A4304" w:rsidRPr="000A4304" w:rsidRDefault="000A4304" w:rsidP="000A4304">
      <w:pPr>
        <w:pBdr>
          <w:bottom w:val="single" w:sz="4" w:space="3" w:color="C8D5CC"/>
        </w:pBdr>
        <w:tabs>
          <w:tab w:val="left" w:pos="1474"/>
        </w:tabs>
        <w:spacing w:after="60" w:line="259" w:lineRule="auto"/>
        <w:ind w:left="1474" w:hanging="1474"/>
        <w:jc w:val="both"/>
        <w:rPr>
          <w:color w:val="1A1A1A"/>
        </w:rPr>
      </w:pPr>
      <w:r w:rsidRPr="00094221">
        <w:rPr>
          <w:b/>
          <w:bCs/>
          <w:i/>
          <w:color w:val="C00000"/>
        </w:rPr>
        <w:t>14:45 – 15:00</w:t>
      </w:r>
      <w:r w:rsidRPr="00094221">
        <w:rPr>
          <w:i/>
          <w:color w:val="C00000"/>
        </w:rPr>
        <w:t xml:space="preserve">   </w:t>
      </w:r>
      <w:proofErr w:type="spellStart"/>
      <w:r w:rsidRPr="000A4304">
        <w:rPr>
          <w:i/>
          <w:color w:val="1A1A1A"/>
        </w:rPr>
        <w:t>Дискусия</w:t>
      </w:r>
      <w:proofErr w:type="spellEnd"/>
      <w:r w:rsidRPr="000A4304">
        <w:rPr>
          <w:i/>
          <w:color w:val="1A1A1A"/>
        </w:rPr>
        <w:t xml:space="preserve"> / Discussion</w:t>
      </w:r>
    </w:p>
    <w:bookmarkEnd w:id="1"/>
    <w:p w14:paraId="27019C4B" w14:textId="244BB15B" w:rsidR="00A516F9" w:rsidRPr="00A516F9" w:rsidRDefault="00000000">
      <w:pPr>
        <w:pBdr>
          <w:left w:val="single" w:sz="24" w:space="6" w:color="A5281A"/>
        </w:pBdr>
        <w:shd w:val="clear" w:color="auto" w:fill="EEF3EF"/>
        <w:tabs>
          <w:tab w:val="left" w:pos="1474"/>
        </w:tabs>
        <w:spacing w:before="80"/>
        <w:ind w:left="1474" w:hanging="1474"/>
        <w:rPr>
          <w:bCs/>
          <w:i/>
          <w:color w:val="2A5E33"/>
          <w:lang w:val="bg-BG"/>
        </w:rPr>
      </w:pPr>
      <w:r>
        <w:rPr>
          <w:b/>
          <w:color w:val="2A5E33"/>
        </w:rPr>
        <w:t>15:00 – 15:20</w:t>
      </w:r>
      <w:r>
        <w:rPr>
          <w:b/>
          <w:color w:val="2A5E33"/>
        </w:rPr>
        <w:tab/>
      </w:r>
      <w:proofErr w:type="spellStart"/>
      <w:r>
        <w:rPr>
          <w:bCs/>
          <w:i/>
          <w:color w:val="2A5E33"/>
        </w:rPr>
        <w:t>Кафе</w:t>
      </w:r>
      <w:proofErr w:type="spellEnd"/>
      <w:r>
        <w:rPr>
          <w:bCs/>
          <w:i/>
          <w:color w:val="2A5E33"/>
        </w:rPr>
        <w:t xml:space="preserve"> </w:t>
      </w:r>
      <w:proofErr w:type="spellStart"/>
      <w:r>
        <w:rPr>
          <w:bCs/>
          <w:i/>
          <w:color w:val="2A5E33"/>
        </w:rPr>
        <w:t>пауза</w:t>
      </w:r>
      <w:proofErr w:type="spellEnd"/>
      <w:r>
        <w:rPr>
          <w:bCs/>
          <w:i/>
          <w:color w:val="2A5E33"/>
        </w:rPr>
        <w:t xml:space="preserve"> / Coffee break</w:t>
      </w:r>
    </w:p>
    <w:p w14:paraId="4F4AD39C" w14:textId="295F0BE2" w:rsidR="008E5318" w:rsidRPr="0059233B" w:rsidRDefault="001C5951">
      <w:pPr>
        <w:keepNext/>
        <w:pBdr>
          <w:top w:val="single" w:sz="18" w:space="4" w:color="A5281A"/>
        </w:pBdr>
        <w:spacing w:before="320" w:after="40"/>
        <w:jc w:val="center"/>
        <w:rPr>
          <w:smallCaps/>
          <w:sz w:val="28"/>
          <w:szCs w:val="28"/>
          <w:lang w:val="bg-BG"/>
        </w:rPr>
      </w:pPr>
      <w:r>
        <w:rPr>
          <w:noProof/>
        </w:rPr>
        <w:lastRenderedPageBreak/>
        <w:drawing>
          <wp:anchor distT="0" distB="0" distL="0" distR="0" simplePos="0" relativeHeight="251663872" behindDoc="1" locked="0" layoutInCell="1" allowOverlap="1" wp14:anchorId="3671F155" wp14:editId="5BF0638F">
            <wp:simplePos x="0" y="0"/>
            <wp:positionH relativeFrom="page">
              <wp:posOffset>777240</wp:posOffset>
            </wp:positionH>
            <wp:positionV relativeFrom="paragraph">
              <wp:posOffset>43180</wp:posOffset>
            </wp:positionV>
            <wp:extent cx="6012230" cy="586740"/>
            <wp:effectExtent l="0" t="0" r="7620" b="3810"/>
            <wp:wrapNone/>
            <wp:docPr id="710" name="B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_g.jpg"/>
                    <pic:cNvPicPr/>
                  </pic:nvPicPr>
                  <pic:blipFill>
                    <a:blip r:embed="rId17"/>
                    <a:stretch>
                      <a:fillRect/>
                    </a:stretch>
                  </pic:blipFill>
                  <pic:spPr>
                    <a:xfrm>
                      <a:off x="0" y="0"/>
                      <a:ext cx="6012230" cy="586740"/>
                    </a:xfrm>
                    <a:prstGeom prst="rect">
                      <a:avLst/>
                    </a:prstGeom>
                  </pic:spPr>
                </pic:pic>
              </a:graphicData>
            </a:graphic>
            <wp14:sizeRelV relativeFrom="margin">
              <wp14:pctHeight>0</wp14:pctHeight>
            </wp14:sizeRelV>
          </wp:anchor>
        </w:drawing>
      </w:r>
      <w:r>
        <w:rPr>
          <w:b/>
          <w:smallCaps/>
          <w:color w:val="FFFFFF"/>
          <w:sz w:val="28"/>
          <w:szCs w:val="28"/>
        </w:rPr>
        <w:t>СЕКЦИЯ „</w:t>
      </w:r>
      <w:proofErr w:type="spellStart"/>
      <w:r>
        <w:rPr>
          <w:b/>
          <w:smallCaps/>
          <w:color w:val="FFFFFF"/>
          <w:sz w:val="28"/>
          <w:szCs w:val="28"/>
        </w:rPr>
        <w:t>Ономастика</w:t>
      </w:r>
      <w:proofErr w:type="spellEnd"/>
      <w:r>
        <w:rPr>
          <w:b/>
          <w:smallCaps/>
          <w:color w:val="FFFFFF"/>
          <w:sz w:val="28"/>
          <w:szCs w:val="28"/>
        </w:rPr>
        <w:t xml:space="preserve">, </w:t>
      </w:r>
      <w:proofErr w:type="spellStart"/>
      <w:r>
        <w:rPr>
          <w:b/>
          <w:smallCaps/>
          <w:color w:val="FFFFFF"/>
          <w:sz w:val="28"/>
          <w:szCs w:val="28"/>
        </w:rPr>
        <w:t>топонимия</w:t>
      </w:r>
      <w:proofErr w:type="spellEnd"/>
      <w:r>
        <w:rPr>
          <w:b/>
          <w:smallCaps/>
          <w:color w:val="FFFFFF"/>
          <w:sz w:val="28"/>
          <w:szCs w:val="28"/>
        </w:rPr>
        <w:t xml:space="preserve"> и </w:t>
      </w:r>
      <w:proofErr w:type="spellStart"/>
      <w:proofErr w:type="gramStart"/>
      <w:r>
        <w:rPr>
          <w:b/>
          <w:smallCaps/>
          <w:color w:val="FFFFFF"/>
          <w:sz w:val="28"/>
          <w:szCs w:val="28"/>
        </w:rPr>
        <w:t>лексика</w:t>
      </w:r>
      <w:proofErr w:type="spellEnd"/>
      <w:r>
        <w:rPr>
          <w:b/>
          <w:smallCaps/>
          <w:color w:val="FFFFFF"/>
          <w:sz w:val="28"/>
          <w:szCs w:val="28"/>
        </w:rPr>
        <w:t>“</w:t>
      </w:r>
      <w:proofErr w:type="gramEnd"/>
    </w:p>
    <w:p w14:paraId="04A4E39D" w14:textId="77777777" w:rsidR="008E5318" w:rsidRPr="0059233B" w:rsidRDefault="00000000">
      <w:pPr>
        <w:keepNext/>
        <w:pBdr>
          <w:bottom w:val="single" w:sz="18" w:space="4" w:color="A5281A"/>
        </w:pBdr>
        <w:spacing w:after="40"/>
        <w:jc w:val="center"/>
        <w:rPr>
          <w:smallCaps/>
          <w:sz w:val="28"/>
          <w:szCs w:val="28"/>
          <w:lang w:val="bg-BG"/>
        </w:rPr>
      </w:pPr>
      <w:r>
        <w:rPr>
          <w:b/>
          <w:smallCaps/>
          <w:color w:val="FFFFFF"/>
          <w:sz w:val="28"/>
          <w:szCs w:val="28"/>
        </w:rPr>
        <w:t xml:space="preserve">SECTION „Onomastics, Toponymy and </w:t>
      </w:r>
      <w:proofErr w:type="gramStart"/>
      <w:r>
        <w:rPr>
          <w:b/>
          <w:smallCaps/>
          <w:color w:val="FFFFFF"/>
          <w:sz w:val="28"/>
          <w:szCs w:val="28"/>
        </w:rPr>
        <w:t>Lexis“</w:t>
      </w:r>
      <w:proofErr w:type="gramEnd"/>
    </w:p>
    <w:p w14:paraId="44BCACA4" w14:textId="3E12633C" w:rsidR="006128FF" w:rsidRPr="0059233B" w:rsidRDefault="006128FF">
      <w:pPr>
        <w:keepNext/>
        <w:spacing w:after="160"/>
        <w:jc w:val="center"/>
        <w:rPr>
          <w:i/>
          <w:smallCaps/>
          <w:color w:val="1A1A1A"/>
          <w:sz w:val="20"/>
          <w:lang w:val="bg-BG"/>
        </w:rPr>
      </w:pPr>
      <w:r>
        <w:rPr>
          <w:i/>
          <w:color w:val="1A1A1A"/>
          <w:sz w:val="20"/>
        </w:rPr>
        <w:t xml:space="preserve">15:20 – 16:20  </w:t>
      </w:r>
    </w:p>
    <w:p w14:paraId="1537E8AC" w14:textId="77777777" w:rsidR="008E5318" w:rsidRPr="0059233B" w:rsidRDefault="00000000">
      <w:pPr>
        <w:keepNext/>
        <w:pBdr>
          <w:left w:val="single" w:sz="24" w:space="6" w:color="2E7D5B"/>
        </w:pBdr>
        <w:shd w:val="clear" w:color="auto" w:fill="E3EFE7"/>
        <w:jc w:val="center"/>
        <w:rPr>
          <w:color w:val="1A1A1A"/>
        </w:rPr>
      </w:pPr>
      <w:proofErr w:type="spellStart"/>
      <w:r w:rsidRPr="0059233B">
        <w:rPr>
          <w:color w:val="1A1A1A"/>
        </w:rPr>
        <w:t>Модератор</w:t>
      </w:r>
      <w:proofErr w:type="spellEnd"/>
      <w:r w:rsidRPr="0059233B">
        <w:rPr>
          <w:color w:val="1A1A1A"/>
        </w:rPr>
        <w:t xml:space="preserve">: </w:t>
      </w:r>
      <w:proofErr w:type="spellStart"/>
      <w:r w:rsidRPr="0059233B">
        <w:rPr>
          <w:color w:val="1A1A1A"/>
        </w:rPr>
        <w:t>доц</w:t>
      </w:r>
      <w:proofErr w:type="spellEnd"/>
      <w:r w:rsidRPr="0059233B">
        <w:rPr>
          <w:color w:val="1A1A1A"/>
        </w:rPr>
        <w:t xml:space="preserve">. д-р </w:t>
      </w:r>
      <w:proofErr w:type="spellStart"/>
      <w:r w:rsidRPr="0059233B">
        <w:rPr>
          <w:color w:val="1A1A1A"/>
        </w:rPr>
        <w:t>Галин</w:t>
      </w:r>
      <w:proofErr w:type="spellEnd"/>
      <w:r w:rsidRPr="0059233B">
        <w:rPr>
          <w:color w:val="1A1A1A"/>
        </w:rPr>
        <w:t xml:space="preserve"> </w:t>
      </w:r>
      <w:proofErr w:type="spellStart"/>
      <w:r w:rsidRPr="0059233B">
        <w:rPr>
          <w:color w:val="1A1A1A"/>
        </w:rPr>
        <w:t>Георгиев</w:t>
      </w:r>
      <w:proofErr w:type="spellEnd"/>
      <w:r w:rsidRPr="0059233B">
        <w:rPr>
          <w:color w:val="1A1A1A"/>
        </w:rPr>
        <w:t xml:space="preserve"> / Moderator: Assoc. Prof. Dr. Galin Georgiev</w:t>
      </w:r>
    </w:p>
    <w:p w14:paraId="3523ADFB" w14:textId="27B0E571" w:rsidR="00375D0B" w:rsidRDefault="00143BD7" w:rsidP="00375D0B">
      <w:pPr>
        <w:pBdr>
          <w:bottom w:val="single" w:sz="4" w:space="3" w:color="C8D5CC"/>
        </w:pBdr>
        <w:tabs>
          <w:tab w:val="left" w:pos="1474"/>
        </w:tabs>
        <w:spacing w:after="220" w:line="259" w:lineRule="auto"/>
        <w:ind w:left="1474" w:hanging="1474"/>
        <w:jc w:val="both"/>
        <w:rPr>
          <w:color w:val="1A1A1A"/>
          <w:lang w:val="bg-BG"/>
        </w:rPr>
      </w:pPr>
      <w:r>
        <w:rPr>
          <w:b/>
          <w:color w:val="A5281A"/>
        </w:rPr>
        <w:t>15:20 – 15:35</w:t>
      </w:r>
      <w:r>
        <w:rPr>
          <w:b/>
          <w:color w:val="1A1A1A"/>
        </w:rPr>
        <w:tab/>
      </w:r>
      <w:r w:rsidR="00375D0B">
        <w:rPr>
          <w:b/>
          <w:color w:val="1A1A1A"/>
        </w:rPr>
        <w:t>СВЕТЛАНА ГЕОРГИЕВА</w:t>
      </w:r>
      <w:r w:rsidR="00375D0B">
        <w:rPr>
          <w:i/>
          <w:color w:val="555555"/>
        </w:rPr>
        <w:t xml:space="preserve"> (</w:t>
      </w:r>
      <w:proofErr w:type="spellStart"/>
      <w:r w:rsidR="00375D0B">
        <w:rPr>
          <w:i/>
          <w:color w:val="555555"/>
        </w:rPr>
        <w:t>Институт</w:t>
      </w:r>
      <w:proofErr w:type="spellEnd"/>
      <w:r w:rsidR="00375D0B">
        <w:rPr>
          <w:i/>
          <w:color w:val="555555"/>
        </w:rPr>
        <w:t xml:space="preserve"> </w:t>
      </w:r>
      <w:proofErr w:type="spellStart"/>
      <w:r w:rsidR="00375D0B">
        <w:rPr>
          <w:i/>
          <w:color w:val="555555"/>
        </w:rPr>
        <w:t>за</w:t>
      </w:r>
      <w:proofErr w:type="spellEnd"/>
      <w:r w:rsidR="00375D0B">
        <w:rPr>
          <w:i/>
          <w:color w:val="555555"/>
        </w:rPr>
        <w:t xml:space="preserve"> </w:t>
      </w:r>
      <w:proofErr w:type="spellStart"/>
      <w:r w:rsidR="00375D0B">
        <w:rPr>
          <w:i/>
          <w:color w:val="555555"/>
        </w:rPr>
        <w:t>български</w:t>
      </w:r>
      <w:proofErr w:type="spellEnd"/>
      <w:r w:rsidR="00375D0B">
        <w:rPr>
          <w:i/>
          <w:color w:val="555555"/>
        </w:rPr>
        <w:t xml:space="preserve"> </w:t>
      </w:r>
      <w:proofErr w:type="spellStart"/>
      <w:r w:rsidR="00375D0B">
        <w:rPr>
          <w:i/>
          <w:color w:val="555555"/>
        </w:rPr>
        <w:t>език</w:t>
      </w:r>
      <w:proofErr w:type="spellEnd"/>
      <w:r w:rsidR="00375D0B">
        <w:rPr>
          <w:i/>
          <w:color w:val="555555"/>
        </w:rPr>
        <w:t xml:space="preserve"> – БАН; </w:t>
      </w:r>
      <w:proofErr w:type="spellStart"/>
      <w:r w:rsidR="002A54B2">
        <w:rPr>
          <w:i/>
          <w:color w:val="555555"/>
        </w:rPr>
        <w:t>Одески</w:t>
      </w:r>
      <w:proofErr w:type="spellEnd"/>
      <w:r w:rsidR="002A54B2">
        <w:rPr>
          <w:i/>
          <w:color w:val="555555"/>
        </w:rPr>
        <w:t xml:space="preserve"> </w:t>
      </w:r>
      <w:proofErr w:type="spellStart"/>
      <w:r w:rsidR="002A54B2">
        <w:rPr>
          <w:i/>
          <w:color w:val="555555"/>
        </w:rPr>
        <w:t>нац</w:t>
      </w:r>
      <w:r w:rsidR="002A54B2">
        <w:rPr>
          <w:i/>
          <w:color w:val="555555"/>
          <w:lang w:val="bg-BG"/>
        </w:rPr>
        <w:t>ионален</w:t>
      </w:r>
      <w:proofErr w:type="spellEnd"/>
      <w:r w:rsidR="002A54B2">
        <w:rPr>
          <w:i/>
          <w:color w:val="555555"/>
          <w:lang w:val="bg-BG"/>
        </w:rPr>
        <w:t xml:space="preserve"> </w:t>
      </w:r>
      <w:proofErr w:type="spellStart"/>
      <w:r w:rsidR="002A54B2">
        <w:rPr>
          <w:i/>
          <w:color w:val="555555"/>
        </w:rPr>
        <w:t>унив</w:t>
      </w:r>
      <w:r w:rsidR="002A54B2">
        <w:rPr>
          <w:i/>
          <w:color w:val="555555"/>
          <w:lang w:val="bg-BG"/>
        </w:rPr>
        <w:t>е</w:t>
      </w:r>
      <w:r w:rsidR="00384AA8">
        <w:rPr>
          <w:i/>
          <w:color w:val="555555"/>
          <w:lang w:val="bg-BG"/>
        </w:rPr>
        <w:t>р</w:t>
      </w:r>
      <w:r w:rsidR="002A54B2">
        <w:rPr>
          <w:i/>
          <w:color w:val="555555"/>
          <w:lang w:val="bg-BG"/>
        </w:rPr>
        <w:t>ситет</w:t>
      </w:r>
      <w:proofErr w:type="spellEnd"/>
      <w:r w:rsidR="002A54B2">
        <w:rPr>
          <w:i/>
          <w:color w:val="555555"/>
        </w:rPr>
        <w:t xml:space="preserve"> „И. И. </w:t>
      </w:r>
      <w:proofErr w:type="spellStart"/>
      <w:proofErr w:type="gramStart"/>
      <w:r w:rsidR="002A54B2">
        <w:rPr>
          <w:i/>
          <w:color w:val="555555"/>
        </w:rPr>
        <w:t>Мечников</w:t>
      </w:r>
      <w:proofErr w:type="spellEnd"/>
      <w:r w:rsidR="002A54B2">
        <w:rPr>
          <w:i/>
          <w:color w:val="555555"/>
        </w:rPr>
        <w:t>“</w:t>
      </w:r>
      <w:proofErr w:type="gramEnd"/>
      <w:r w:rsidR="002A54B2">
        <w:rPr>
          <w:i/>
          <w:color w:val="555555"/>
        </w:rPr>
        <w:t xml:space="preserve">, </w:t>
      </w:r>
      <w:proofErr w:type="spellStart"/>
      <w:r w:rsidR="002A54B2">
        <w:rPr>
          <w:i/>
          <w:color w:val="555555"/>
        </w:rPr>
        <w:t>Украйна</w:t>
      </w:r>
      <w:proofErr w:type="spellEnd"/>
      <w:r w:rsidR="00375D0B">
        <w:rPr>
          <w:i/>
          <w:color w:val="555555"/>
        </w:rPr>
        <w:t>)</w:t>
      </w:r>
      <w:r w:rsidR="00375D0B">
        <w:rPr>
          <w:color w:val="1A1A1A"/>
        </w:rPr>
        <w:t xml:space="preserve"> – </w:t>
      </w:r>
      <w:proofErr w:type="spellStart"/>
      <w:r w:rsidR="00375D0B">
        <w:rPr>
          <w:color w:val="1A1A1A"/>
        </w:rPr>
        <w:t>Мъжките</w:t>
      </w:r>
      <w:proofErr w:type="spellEnd"/>
      <w:r w:rsidR="00375D0B">
        <w:rPr>
          <w:color w:val="1A1A1A"/>
        </w:rPr>
        <w:t xml:space="preserve"> </w:t>
      </w:r>
      <w:proofErr w:type="spellStart"/>
      <w:r w:rsidR="00375D0B">
        <w:rPr>
          <w:color w:val="1A1A1A"/>
        </w:rPr>
        <w:t>лични</w:t>
      </w:r>
      <w:proofErr w:type="spellEnd"/>
      <w:r w:rsidR="00375D0B">
        <w:rPr>
          <w:color w:val="1A1A1A"/>
        </w:rPr>
        <w:t xml:space="preserve"> </w:t>
      </w:r>
      <w:proofErr w:type="spellStart"/>
      <w:r w:rsidR="00375D0B">
        <w:rPr>
          <w:color w:val="1A1A1A"/>
        </w:rPr>
        <w:t>имена</w:t>
      </w:r>
      <w:proofErr w:type="spellEnd"/>
      <w:r w:rsidR="00375D0B">
        <w:rPr>
          <w:color w:val="1A1A1A"/>
        </w:rPr>
        <w:t xml:space="preserve"> в </w:t>
      </w:r>
      <w:proofErr w:type="spellStart"/>
      <w:r w:rsidR="00375D0B">
        <w:rPr>
          <w:color w:val="1A1A1A"/>
        </w:rPr>
        <w:t>антропонимикона</w:t>
      </w:r>
      <w:proofErr w:type="spellEnd"/>
      <w:r w:rsidR="00375D0B">
        <w:rPr>
          <w:color w:val="1A1A1A"/>
        </w:rPr>
        <w:t xml:space="preserve"> </w:t>
      </w:r>
      <w:proofErr w:type="spellStart"/>
      <w:r w:rsidR="00375D0B">
        <w:rPr>
          <w:color w:val="1A1A1A"/>
        </w:rPr>
        <w:t>на</w:t>
      </w:r>
      <w:proofErr w:type="spellEnd"/>
      <w:r w:rsidR="00375D0B">
        <w:rPr>
          <w:color w:val="1A1A1A"/>
        </w:rPr>
        <w:t xml:space="preserve"> </w:t>
      </w:r>
      <w:proofErr w:type="spellStart"/>
      <w:r w:rsidR="00375D0B">
        <w:rPr>
          <w:color w:val="1A1A1A"/>
        </w:rPr>
        <w:t>село</w:t>
      </w:r>
      <w:proofErr w:type="spellEnd"/>
      <w:r w:rsidR="00375D0B">
        <w:rPr>
          <w:color w:val="1A1A1A"/>
        </w:rPr>
        <w:t xml:space="preserve"> </w:t>
      </w:r>
      <w:proofErr w:type="spellStart"/>
      <w:r w:rsidR="00375D0B">
        <w:rPr>
          <w:color w:val="1A1A1A"/>
        </w:rPr>
        <w:t>Камчик</w:t>
      </w:r>
      <w:proofErr w:type="spellEnd"/>
      <w:r w:rsidR="00375D0B">
        <w:rPr>
          <w:color w:val="1A1A1A"/>
        </w:rPr>
        <w:t xml:space="preserve"> (</w:t>
      </w:r>
      <w:proofErr w:type="spellStart"/>
      <w:r w:rsidR="00375D0B">
        <w:rPr>
          <w:color w:val="1A1A1A"/>
        </w:rPr>
        <w:t>Украйна</w:t>
      </w:r>
      <w:proofErr w:type="spellEnd"/>
      <w:r w:rsidR="00375D0B">
        <w:rPr>
          <w:color w:val="1A1A1A"/>
        </w:rPr>
        <w:t xml:space="preserve">) в </w:t>
      </w:r>
      <w:proofErr w:type="spellStart"/>
      <w:r w:rsidR="00375D0B">
        <w:rPr>
          <w:color w:val="1A1A1A"/>
        </w:rPr>
        <w:t>светлината</w:t>
      </w:r>
      <w:proofErr w:type="spellEnd"/>
      <w:r w:rsidR="00375D0B">
        <w:rPr>
          <w:color w:val="1A1A1A"/>
        </w:rPr>
        <w:t xml:space="preserve"> </w:t>
      </w:r>
      <w:proofErr w:type="spellStart"/>
      <w:r w:rsidR="00375D0B">
        <w:rPr>
          <w:color w:val="1A1A1A"/>
        </w:rPr>
        <w:t>на</w:t>
      </w:r>
      <w:proofErr w:type="spellEnd"/>
      <w:r w:rsidR="00375D0B">
        <w:rPr>
          <w:color w:val="1A1A1A"/>
        </w:rPr>
        <w:t xml:space="preserve"> </w:t>
      </w:r>
      <w:proofErr w:type="spellStart"/>
      <w:r w:rsidR="00375D0B">
        <w:rPr>
          <w:color w:val="1A1A1A"/>
        </w:rPr>
        <w:t>езиковата</w:t>
      </w:r>
      <w:proofErr w:type="spellEnd"/>
      <w:r w:rsidR="00375D0B">
        <w:rPr>
          <w:color w:val="1A1A1A"/>
        </w:rPr>
        <w:t xml:space="preserve"> </w:t>
      </w:r>
      <w:proofErr w:type="spellStart"/>
      <w:r w:rsidR="00375D0B">
        <w:rPr>
          <w:color w:val="1A1A1A"/>
        </w:rPr>
        <w:t>археология</w:t>
      </w:r>
      <w:proofErr w:type="spellEnd"/>
      <w:r w:rsidR="00375D0B">
        <w:rPr>
          <w:color w:val="1A1A1A"/>
        </w:rPr>
        <w:t xml:space="preserve"> / Male Personal Names in the </w:t>
      </w:r>
      <w:proofErr w:type="spellStart"/>
      <w:r w:rsidR="00375D0B">
        <w:rPr>
          <w:color w:val="1A1A1A"/>
        </w:rPr>
        <w:t>Anthroponymicon</w:t>
      </w:r>
      <w:proofErr w:type="spellEnd"/>
      <w:r w:rsidR="00375D0B">
        <w:rPr>
          <w:color w:val="1A1A1A"/>
        </w:rPr>
        <w:t xml:space="preserve"> of the Village of </w:t>
      </w:r>
      <w:proofErr w:type="spellStart"/>
      <w:r w:rsidR="00375D0B">
        <w:rPr>
          <w:color w:val="1A1A1A"/>
        </w:rPr>
        <w:t>Kamchik</w:t>
      </w:r>
      <w:proofErr w:type="spellEnd"/>
      <w:r w:rsidR="00375D0B">
        <w:rPr>
          <w:color w:val="1A1A1A"/>
        </w:rPr>
        <w:t xml:space="preserve"> (Ukraine) in the Light of Linguistic Archaeology</w:t>
      </w:r>
    </w:p>
    <w:p w14:paraId="34D640AA" w14:textId="7816077B" w:rsidR="00143BD7" w:rsidRPr="0059233B" w:rsidRDefault="00143BD7" w:rsidP="00DC5E4C">
      <w:pPr>
        <w:pBdr>
          <w:bottom w:val="single" w:sz="4" w:space="3" w:color="C8D5CC"/>
        </w:pBdr>
        <w:tabs>
          <w:tab w:val="left" w:pos="1474"/>
        </w:tabs>
        <w:spacing w:after="220" w:line="259" w:lineRule="auto"/>
        <w:ind w:left="1474" w:hanging="1474"/>
        <w:jc w:val="both"/>
        <w:rPr>
          <w:lang w:val="bg-BG"/>
        </w:rPr>
      </w:pPr>
      <w:r>
        <w:rPr>
          <w:b/>
          <w:color w:val="A5281A"/>
        </w:rPr>
        <w:t>15:</w:t>
      </w:r>
      <w:r w:rsidR="007C6324">
        <w:rPr>
          <w:b/>
          <w:color w:val="A5281A"/>
          <w:lang w:val="bg-BG"/>
        </w:rPr>
        <w:t>35</w:t>
      </w:r>
      <w:r>
        <w:rPr>
          <w:b/>
          <w:color w:val="A5281A"/>
        </w:rPr>
        <w:t xml:space="preserve"> – 1</w:t>
      </w:r>
      <w:r w:rsidR="004C5CE6">
        <w:rPr>
          <w:b/>
          <w:color w:val="A5281A"/>
          <w:lang w:val="bg-BG"/>
        </w:rPr>
        <w:t>5</w:t>
      </w:r>
      <w:r>
        <w:rPr>
          <w:b/>
          <w:color w:val="A5281A"/>
        </w:rPr>
        <w:t>:</w:t>
      </w:r>
      <w:r w:rsidR="004C5CE6">
        <w:rPr>
          <w:b/>
          <w:color w:val="A5281A"/>
          <w:lang w:val="bg-BG"/>
        </w:rPr>
        <w:t>50</w:t>
      </w:r>
      <w:r>
        <w:rPr>
          <w:b/>
          <w:color w:val="1A1A1A"/>
        </w:rPr>
        <w:tab/>
        <w:t>ОЛГА КОЛОТ</w:t>
      </w:r>
      <w:r>
        <w:rPr>
          <w:i/>
          <w:color w:val="555555"/>
        </w:rPr>
        <w:t xml:space="preserve"> (</w:t>
      </w:r>
      <w:proofErr w:type="spellStart"/>
      <w:r>
        <w:rPr>
          <w:i/>
          <w:color w:val="555555"/>
        </w:rPr>
        <w:t>Институт</w:t>
      </w:r>
      <w:proofErr w:type="spellEnd"/>
      <w:r>
        <w:rPr>
          <w:i/>
          <w:color w:val="555555"/>
        </w:rPr>
        <w:t xml:space="preserve"> </w:t>
      </w:r>
      <w:proofErr w:type="spellStart"/>
      <w:r>
        <w:rPr>
          <w:i/>
          <w:color w:val="555555"/>
        </w:rPr>
        <w:t>за</w:t>
      </w:r>
      <w:proofErr w:type="spellEnd"/>
      <w:r>
        <w:rPr>
          <w:i/>
          <w:color w:val="555555"/>
        </w:rPr>
        <w:t xml:space="preserve"> </w:t>
      </w:r>
      <w:proofErr w:type="spellStart"/>
      <w:r>
        <w:rPr>
          <w:i/>
          <w:color w:val="555555"/>
        </w:rPr>
        <w:t>български</w:t>
      </w:r>
      <w:proofErr w:type="spellEnd"/>
      <w:r>
        <w:rPr>
          <w:i/>
          <w:color w:val="555555"/>
        </w:rPr>
        <w:t xml:space="preserve"> </w:t>
      </w:r>
      <w:proofErr w:type="spellStart"/>
      <w:r>
        <w:rPr>
          <w:i/>
          <w:color w:val="555555"/>
        </w:rPr>
        <w:t>език</w:t>
      </w:r>
      <w:proofErr w:type="spellEnd"/>
      <w:r>
        <w:rPr>
          <w:i/>
          <w:color w:val="555555"/>
        </w:rPr>
        <w:t xml:space="preserve"> – БАН)</w:t>
      </w:r>
      <w:r>
        <w:rPr>
          <w:color w:val="1A1A1A"/>
        </w:rPr>
        <w:t xml:space="preserve"> – </w:t>
      </w:r>
      <w:proofErr w:type="spellStart"/>
      <w:r>
        <w:rPr>
          <w:color w:val="1A1A1A"/>
        </w:rPr>
        <w:t>Лексика</w:t>
      </w:r>
      <w:proofErr w:type="spellEnd"/>
      <w:r>
        <w:rPr>
          <w:color w:val="1A1A1A"/>
        </w:rPr>
        <w:t xml:space="preserve"> </w:t>
      </w:r>
      <w:proofErr w:type="spellStart"/>
      <w:r>
        <w:rPr>
          <w:color w:val="1A1A1A"/>
        </w:rPr>
        <w:t>на</w:t>
      </w:r>
      <w:proofErr w:type="spellEnd"/>
      <w:r>
        <w:rPr>
          <w:color w:val="1A1A1A"/>
        </w:rPr>
        <w:t xml:space="preserve"> </w:t>
      </w:r>
      <w:proofErr w:type="spellStart"/>
      <w:r>
        <w:rPr>
          <w:color w:val="1A1A1A"/>
        </w:rPr>
        <w:t>женския</w:t>
      </w:r>
      <w:proofErr w:type="spellEnd"/>
      <w:r>
        <w:rPr>
          <w:color w:val="1A1A1A"/>
        </w:rPr>
        <w:t xml:space="preserve"> </w:t>
      </w:r>
      <w:proofErr w:type="spellStart"/>
      <w:r>
        <w:rPr>
          <w:color w:val="1A1A1A"/>
        </w:rPr>
        <w:t>обреден</w:t>
      </w:r>
      <w:proofErr w:type="spellEnd"/>
      <w:r>
        <w:rPr>
          <w:color w:val="1A1A1A"/>
        </w:rPr>
        <w:t xml:space="preserve"> </w:t>
      </w:r>
      <w:proofErr w:type="spellStart"/>
      <w:r>
        <w:rPr>
          <w:color w:val="1A1A1A"/>
        </w:rPr>
        <w:t>костюм</w:t>
      </w:r>
      <w:proofErr w:type="spellEnd"/>
      <w:r>
        <w:rPr>
          <w:color w:val="1A1A1A"/>
        </w:rPr>
        <w:t xml:space="preserve"> в </w:t>
      </w:r>
      <w:proofErr w:type="spellStart"/>
      <w:r>
        <w:rPr>
          <w:color w:val="1A1A1A"/>
        </w:rPr>
        <w:t>българския</w:t>
      </w:r>
      <w:proofErr w:type="spellEnd"/>
      <w:r>
        <w:rPr>
          <w:color w:val="1A1A1A"/>
        </w:rPr>
        <w:t xml:space="preserve"> </w:t>
      </w:r>
      <w:proofErr w:type="spellStart"/>
      <w:r>
        <w:rPr>
          <w:color w:val="1A1A1A"/>
        </w:rPr>
        <w:t>говор</w:t>
      </w:r>
      <w:proofErr w:type="spellEnd"/>
      <w:r>
        <w:rPr>
          <w:color w:val="1A1A1A"/>
        </w:rPr>
        <w:t xml:space="preserve"> </w:t>
      </w:r>
      <w:proofErr w:type="spellStart"/>
      <w:r>
        <w:rPr>
          <w:color w:val="1A1A1A"/>
        </w:rPr>
        <w:t>на</w:t>
      </w:r>
      <w:proofErr w:type="spellEnd"/>
      <w:r>
        <w:rPr>
          <w:color w:val="1A1A1A"/>
        </w:rPr>
        <w:t xml:space="preserve"> с. </w:t>
      </w:r>
      <w:proofErr w:type="spellStart"/>
      <w:r>
        <w:rPr>
          <w:color w:val="1A1A1A"/>
        </w:rPr>
        <w:t>Тернивка</w:t>
      </w:r>
      <w:proofErr w:type="spellEnd"/>
      <w:r>
        <w:rPr>
          <w:color w:val="1A1A1A"/>
        </w:rPr>
        <w:t xml:space="preserve">, </w:t>
      </w:r>
      <w:proofErr w:type="spellStart"/>
      <w:r>
        <w:rPr>
          <w:color w:val="1A1A1A"/>
        </w:rPr>
        <w:t>Миколаивска</w:t>
      </w:r>
      <w:proofErr w:type="spellEnd"/>
      <w:r>
        <w:rPr>
          <w:color w:val="1A1A1A"/>
        </w:rPr>
        <w:t xml:space="preserve"> </w:t>
      </w:r>
      <w:proofErr w:type="spellStart"/>
      <w:r>
        <w:rPr>
          <w:color w:val="1A1A1A"/>
        </w:rPr>
        <w:t>област</w:t>
      </w:r>
      <w:proofErr w:type="spellEnd"/>
      <w:r>
        <w:rPr>
          <w:color w:val="1A1A1A"/>
        </w:rPr>
        <w:t xml:space="preserve"> (</w:t>
      </w:r>
      <w:proofErr w:type="spellStart"/>
      <w:r>
        <w:rPr>
          <w:color w:val="1A1A1A"/>
        </w:rPr>
        <w:t>Украйна</w:t>
      </w:r>
      <w:proofErr w:type="spellEnd"/>
      <w:r>
        <w:rPr>
          <w:color w:val="1A1A1A"/>
        </w:rPr>
        <w:t>) / Vocabulary of the Female Ritual Costume in the Bulgarian Dialect of the Village of Ternivka, Mykolaiv Region (Ukraine)</w:t>
      </w:r>
    </w:p>
    <w:p w14:paraId="1A7B825E" w14:textId="0C032A6B" w:rsidR="00375D0B" w:rsidRPr="0059233B" w:rsidRDefault="00143BD7" w:rsidP="00375D0B">
      <w:pPr>
        <w:pBdr>
          <w:bottom w:val="single" w:sz="4" w:space="3" w:color="C8D5CC"/>
        </w:pBdr>
        <w:tabs>
          <w:tab w:val="left" w:pos="1474"/>
        </w:tabs>
        <w:spacing w:after="220" w:line="259" w:lineRule="auto"/>
        <w:ind w:left="1474" w:hanging="1474"/>
        <w:jc w:val="both"/>
        <w:rPr>
          <w:lang w:val="bg-BG"/>
        </w:rPr>
      </w:pPr>
      <w:r>
        <w:rPr>
          <w:b/>
          <w:color w:val="A5281A"/>
        </w:rPr>
        <w:t>1</w:t>
      </w:r>
      <w:r w:rsidR="004C5CE6">
        <w:rPr>
          <w:b/>
          <w:color w:val="A5281A"/>
          <w:lang w:val="bg-BG"/>
        </w:rPr>
        <w:t>5</w:t>
      </w:r>
      <w:r>
        <w:rPr>
          <w:b/>
          <w:color w:val="A5281A"/>
        </w:rPr>
        <w:t>:</w:t>
      </w:r>
      <w:r w:rsidR="004C5CE6">
        <w:rPr>
          <w:b/>
          <w:color w:val="A5281A"/>
          <w:lang w:val="bg-BG"/>
        </w:rPr>
        <w:t>50</w:t>
      </w:r>
      <w:r>
        <w:rPr>
          <w:b/>
          <w:color w:val="A5281A"/>
        </w:rPr>
        <w:t xml:space="preserve"> – 16:</w:t>
      </w:r>
      <w:r w:rsidR="004C5CE6">
        <w:rPr>
          <w:b/>
          <w:color w:val="A5281A"/>
          <w:lang w:val="bg-BG"/>
        </w:rPr>
        <w:t>05</w:t>
      </w:r>
      <w:r>
        <w:rPr>
          <w:b/>
          <w:color w:val="1A1A1A"/>
        </w:rPr>
        <w:tab/>
      </w:r>
      <w:r w:rsidR="00375D0B">
        <w:rPr>
          <w:b/>
          <w:color w:val="1A1A1A"/>
        </w:rPr>
        <w:t>ТАТЯНА БРАГА</w:t>
      </w:r>
      <w:r w:rsidR="00375D0B">
        <w:rPr>
          <w:i/>
          <w:color w:val="555555"/>
        </w:rPr>
        <w:t xml:space="preserve"> (</w:t>
      </w:r>
      <w:proofErr w:type="spellStart"/>
      <w:r w:rsidR="00375D0B">
        <w:rPr>
          <w:i/>
          <w:color w:val="555555"/>
        </w:rPr>
        <w:t>Институт</w:t>
      </w:r>
      <w:proofErr w:type="spellEnd"/>
      <w:r w:rsidR="00375D0B">
        <w:rPr>
          <w:i/>
          <w:color w:val="555555"/>
        </w:rPr>
        <w:t xml:space="preserve"> </w:t>
      </w:r>
      <w:proofErr w:type="spellStart"/>
      <w:r w:rsidR="00375D0B">
        <w:rPr>
          <w:i/>
          <w:color w:val="555555"/>
        </w:rPr>
        <w:t>за</w:t>
      </w:r>
      <w:proofErr w:type="spellEnd"/>
      <w:r w:rsidR="00375D0B">
        <w:rPr>
          <w:i/>
          <w:color w:val="555555"/>
        </w:rPr>
        <w:t xml:space="preserve"> </w:t>
      </w:r>
      <w:proofErr w:type="spellStart"/>
      <w:r w:rsidR="00375D0B">
        <w:rPr>
          <w:i/>
          <w:color w:val="555555"/>
        </w:rPr>
        <w:t>български</w:t>
      </w:r>
      <w:proofErr w:type="spellEnd"/>
      <w:r w:rsidR="00375D0B">
        <w:rPr>
          <w:i/>
          <w:color w:val="555555"/>
        </w:rPr>
        <w:t xml:space="preserve"> </w:t>
      </w:r>
      <w:proofErr w:type="spellStart"/>
      <w:r w:rsidR="00375D0B">
        <w:rPr>
          <w:i/>
          <w:color w:val="555555"/>
        </w:rPr>
        <w:t>език</w:t>
      </w:r>
      <w:proofErr w:type="spellEnd"/>
      <w:r w:rsidR="00375D0B">
        <w:rPr>
          <w:i/>
          <w:color w:val="555555"/>
        </w:rPr>
        <w:t xml:space="preserve"> – БАН)</w:t>
      </w:r>
      <w:r w:rsidR="00375D0B">
        <w:rPr>
          <w:color w:val="1A1A1A"/>
        </w:rPr>
        <w:t xml:space="preserve"> – </w:t>
      </w:r>
      <w:proofErr w:type="spellStart"/>
      <w:r w:rsidR="00375D0B">
        <w:rPr>
          <w:color w:val="1A1A1A"/>
        </w:rPr>
        <w:t>Имена</w:t>
      </w:r>
      <w:proofErr w:type="spellEnd"/>
      <w:r w:rsidR="00375D0B">
        <w:rPr>
          <w:color w:val="1A1A1A"/>
        </w:rPr>
        <w:t xml:space="preserve"> и </w:t>
      </w:r>
      <w:proofErr w:type="spellStart"/>
      <w:r w:rsidR="00375D0B">
        <w:rPr>
          <w:color w:val="1A1A1A"/>
        </w:rPr>
        <w:t>идентичност</w:t>
      </w:r>
      <w:proofErr w:type="spellEnd"/>
      <w:r w:rsidR="00375D0B">
        <w:rPr>
          <w:color w:val="1A1A1A"/>
        </w:rPr>
        <w:t xml:space="preserve"> </w:t>
      </w:r>
      <w:proofErr w:type="spellStart"/>
      <w:r w:rsidR="00375D0B">
        <w:rPr>
          <w:color w:val="1A1A1A"/>
        </w:rPr>
        <w:t>на</w:t>
      </w:r>
      <w:proofErr w:type="spellEnd"/>
      <w:r w:rsidR="00375D0B">
        <w:rPr>
          <w:color w:val="1A1A1A"/>
        </w:rPr>
        <w:t xml:space="preserve"> </w:t>
      </w:r>
      <w:proofErr w:type="spellStart"/>
      <w:r w:rsidR="00375D0B">
        <w:rPr>
          <w:color w:val="1A1A1A"/>
        </w:rPr>
        <w:t>бесарабските</w:t>
      </w:r>
      <w:proofErr w:type="spellEnd"/>
      <w:r w:rsidR="00375D0B">
        <w:rPr>
          <w:color w:val="1A1A1A"/>
        </w:rPr>
        <w:t xml:space="preserve"> </w:t>
      </w:r>
      <w:proofErr w:type="spellStart"/>
      <w:r w:rsidR="00375D0B">
        <w:rPr>
          <w:color w:val="1A1A1A"/>
        </w:rPr>
        <w:t>българи</w:t>
      </w:r>
      <w:proofErr w:type="spellEnd"/>
      <w:r w:rsidR="00375D0B">
        <w:rPr>
          <w:color w:val="1A1A1A"/>
        </w:rPr>
        <w:t xml:space="preserve"> в </w:t>
      </w:r>
      <w:proofErr w:type="spellStart"/>
      <w:r w:rsidR="00375D0B">
        <w:rPr>
          <w:color w:val="1A1A1A"/>
        </w:rPr>
        <w:t>Болград</w:t>
      </w:r>
      <w:proofErr w:type="spellEnd"/>
      <w:r w:rsidR="00375D0B">
        <w:rPr>
          <w:color w:val="1A1A1A"/>
        </w:rPr>
        <w:t xml:space="preserve"> </w:t>
      </w:r>
      <w:proofErr w:type="spellStart"/>
      <w:r w:rsidR="00375D0B">
        <w:rPr>
          <w:color w:val="1A1A1A"/>
        </w:rPr>
        <w:t>през</w:t>
      </w:r>
      <w:proofErr w:type="spellEnd"/>
      <w:r w:rsidR="00375D0B">
        <w:rPr>
          <w:color w:val="1A1A1A"/>
        </w:rPr>
        <w:t xml:space="preserve"> XIX </w:t>
      </w:r>
      <w:proofErr w:type="spellStart"/>
      <w:r w:rsidR="00375D0B">
        <w:rPr>
          <w:color w:val="1A1A1A"/>
        </w:rPr>
        <w:t>век</w:t>
      </w:r>
      <w:proofErr w:type="spellEnd"/>
      <w:r w:rsidR="00375D0B">
        <w:rPr>
          <w:color w:val="1A1A1A"/>
        </w:rPr>
        <w:t xml:space="preserve"> (</w:t>
      </w:r>
      <w:proofErr w:type="spellStart"/>
      <w:r w:rsidR="00375D0B">
        <w:rPr>
          <w:color w:val="1A1A1A"/>
        </w:rPr>
        <w:t>по</w:t>
      </w:r>
      <w:proofErr w:type="spellEnd"/>
      <w:r w:rsidR="00375D0B">
        <w:rPr>
          <w:color w:val="1A1A1A"/>
        </w:rPr>
        <w:t xml:space="preserve"> </w:t>
      </w:r>
      <w:proofErr w:type="spellStart"/>
      <w:r w:rsidR="00375D0B">
        <w:rPr>
          <w:color w:val="1A1A1A"/>
        </w:rPr>
        <w:t>архивни</w:t>
      </w:r>
      <w:proofErr w:type="spellEnd"/>
      <w:r w:rsidR="00375D0B">
        <w:rPr>
          <w:color w:val="1A1A1A"/>
        </w:rPr>
        <w:t xml:space="preserve"> </w:t>
      </w:r>
      <w:proofErr w:type="spellStart"/>
      <w:r w:rsidR="00375D0B">
        <w:rPr>
          <w:color w:val="1A1A1A"/>
        </w:rPr>
        <w:t>документи</w:t>
      </w:r>
      <w:proofErr w:type="spellEnd"/>
      <w:r w:rsidR="00375D0B">
        <w:rPr>
          <w:color w:val="1A1A1A"/>
        </w:rPr>
        <w:t xml:space="preserve">) / Names and Identity of the </w:t>
      </w:r>
      <w:proofErr w:type="spellStart"/>
      <w:r w:rsidR="00375D0B">
        <w:rPr>
          <w:color w:val="1A1A1A"/>
        </w:rPr>
        <w:t>Bessarabian</w:t>
      </w:r>
      <w:proofErr w:type="spellEnd"/>
      <w:r w:rsidR="00375D0B">
        <w:rPr>
          <w:color w:val="1A1A1A"/>
        </w:rPr>
        <w:t xml:space="preserve"> Bulgarians in </w:t>
      </w:r>
      <w:proofErr w:type="spellStart"/>
      <w:r w:rsidR="00375D0B">
        <w:rPr>
          <w:color w:val="1A1A1A"/>
        </w:rPr>
        <w:t>Bolgrad</w:t>
      </w:r>
      <w:proofErr w:type="spellEnd"/>
      <w:r w:rsidR="00375D0B">
        <w:rPr>
          <w:color w:val="1A1A1A"/>
        </w:rPr>
        <w:t xml:space="preserve"> in the 19th Century (Based on Archival Documents)</w:t>
      </w:r>
    </w:p>
    <w:p w14:paraId="0F450401" w14:textId="72FAC59B" w:rsidR="008E5318" w:rsidRDefault="00000000" w:rsidP="00375D0B">
      <w:pPr>
        <w:pBdr>
          <w:bottom w:val="single" w:sz="4" w:space="3" w:color="C8D5CC"/>
        </w:pBdr>
        <w:tabs>
          <w:tab w:val="left" w:pos="1474"/>
        </w:tabs>
        <w:spacing w:after="220" w:line="259" w:lineRule="auto"/>
        <w:ind w:left="1474" w:hanging="1474"/>
        <w:jc w:val="both"/>
        <w:rPr>
          <w:i/>
          <w:color w:val="1A1A1A"/>
          <w:lang w:val="bg-BG"/>
        </w:rPr>
      </w:pPr>
      <w:r w:rsidRPr="00094221">
        <w:rPr>
          <w:b/>
          <w:bCs/>
          <w:i/>
          <w:color w:val="C00000"/>
        </w:rPr>
        <w:t>16:</w:t>
      </w:r>
      <w:r w:rsidR="004C5CE6">
        <w:rPr>
          <w:b/>
          <w:bCs/>
          <w:i/>
          <w:color w:val="C00000"/>
          <w:lang w:val="bg-BG"/>
        </w:rPr>
        <w:t>05</w:t>
      </w:r>
      <w:r w:rsidRPr="00094221">
        <w:rPr>
          <w:b/>
          <w:bCs/>
          <w:i/>
          <w:color w:val="C00000"/>
        </w:rPr>
        <w:t xml:space="preserve"> – </w:t>
      </w:r>
      <w:proofErr w:type="gramStart"/>
      <w:r w:rsidRPr="00094221">
        <w:rPr>
          <w:b/>
          <w:bCs/>
          <w:i/>
          <w:color w:val="C00000"/>
        </w:rPr>
        <w:t>16:</w:t>
      </w:r>
      <w:r w:rsidR="004C5CE6">
        <w:rPr>
          <w:b/>
          <w:bCs/>
          <w:i/>
          <w:color w:val="C00000"/>
          <w:lang w:val="bg-BG"/>
        </w:rPr>
        <w:t>20</w:t>
      </w:r>
      <w:r w:rsidRPr="00094221">
        <w:rPr>
          <w:i/>
          <w:color w:val="C00000"/>
        </w:rPr>
        <w:t xml:space="preserve">  </w:t>
      </w:r>
      <w:proofErr w:type="spellStart"/>
      <w:r>
        <w:rPr>
          <w:i/>
          <w:color w:val="1A1A1A"/>
        </w:rPr>
        <w:t>Дискусия</w:t>
      </w:r>
      <w:proofErr w:type="spellEnd"/>
      <w:proofErr w:type="gramEnd"/>
      <w:r>
        <w:rPr>
          <w:i/>
          <w:color w:val="1A1A1A"/>
        </w:rPr>
        <w:t xml:space="preserve"> / Discussion</w:t>
      </w:r>
    </w:p>
    <w:p w14:paraId="53CF5495" w14:textId="77777777" w:rsidR="002C224A" w:rsidRPr="002C224A" w:rsidRDefault="002C224A" w:rsidP="00375D0B">
      <w:pPr>
        <w:pBdr>
          <w:bottom w:val="single" w:sz="4" w:space="3" w:color="C8D5CC"/>
        </w:pBdr>
        <w:tabs>
          <w:tab w:val="left" w:pos="1474"/>
        </w:tabs>
        <w:spacing w:after="220" w:line="259" w:lineRule="auto"/>
        <w:ind w:left="1474" w:hanging="1474"/>
        <w:jc w:val="both"/>
        <w:rPr>
          <w:i/>
          <w:color w:val="1A1A1A"/>
          <w:lang w:val="bg-BG"/>
        </w:rPr>
      </w:pPr>
    </w:p>
    <w:p w14:paraId="7F408BA8" w14:textId="77777777" w:rsidR="006128FF" w:rsidRDefault="001F052B" w:rsidP="00F91623">
      <w:pPr>
        <w:pageBreakBefore/>
        <w:spacing w:after="40"/>
        <w:jc w:val="center"/>
        <w:rPr>
          <w:b/>
          <w:color w:val="1A1A1A"/>
          <w:sz w:val="26"/>
          <w:lang w:val="bg-BG"/>
        </w:rPr>
      </w:pPr>
      <w:r>
        <w:rPr>
          <w:noProof/>
        </w:rPr>
        <w:lastRenderedPageBreak/>
        <w:drawing>
          <wp:inline distT="0" distB="0" distL="0" distR="0" wp14:anchorId="4DD24E5B" wp14:editId="1814CACF">
            <wp:extent cx="1387099" cy="1387099"/>
            <wp:effectExtent l="0" t="0" r="3810" b="3810"/>
            <wp:docPr id="98418062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27" cy="1397027"/>
                    </a:xfrm>
                    <a:prstGeom prst="rect">
                      <a:avLst/>
                    </a:prstGeom>
                    <a:noFill/>
                    <a:ln>
                      <a:noFill/>
                    </a:ln>
                  </pic:spPr>
                </pic:pic>
              </a:graphicData>
            </a:graphic>
          </wp:inline>
        </w:drawing>
      </w:r>
    </w:p>
    <w:p w14:paraId="6A3A9E85" w14:textId="77777777" w:rsidR="00B614E7" w:rsidRDefault="00000000" w:rsidP="006128FF">
      <w:pPr>
        <w:pBdr>
          <w:bottom w:val="single" w:sz="12" w:space="2" w:color="2A5E33"/>
        </w:pBdr>
        <w:spacing w:after="0"/>
        <w:jc w:val="center"/>
        <w:rPr>
          <w:b/>
          <w:color w:val="1A1A1A"/>
          <w:sz w:val="26"/>
          <w:lang w:val="bg-BG"/>
        </w:rPr>
      </w:pPr>
      <w:r>
        <w:rPr>
          <w:b/>
          <w:color w:val="FFFFFF"/>
          <w:sz w:val="26"/>
        </w:rPr>
        <w:t>25 ОКТОМВРИ 2026 Г. (НЕДЕЛЯ)</w:t>
      </w:r>
      <w:r>
        <w:rPr>
          <w:noProof/>
        </w:rPr>
        <w:drawing>
          <wp:anchor distT="0" distB="0" distL="0" distR="0" simplePos="0" relativeHeight="251651584" behindDoc="1" locked="0" layoutInCell="1" allowOverlap="1" wp14:anchorId="70B52131" wp14:editId="6FC74544">
            <wp:simplePos x="0" y="0"/>
            <wp:positionH relativeFrom="page">
              <wp:posOffset>774700</wp:posOffset>
            </wp:positionH>
            <wp:positionV relativeFrom="paragraph">
              <wp:posOffset>0</wp:posOffset>
            </wp:positionV>
            <wp:extent cx="6014720" cy="246888"/>
            <wp:effectExtent l="0" t="0" r="0" b="0"/>
            <wp:wrapNone/>
            <wp:docPr id="1547259046" name="Bar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_r.jpg"/>
                    <pic:cNvPicPr/>
                  </pic:nvPicPr>
                  <pic:blipFill>
                    <a:blip r:embed="rId16"/>
                    <a:stretch>
                      <a:fillRect/>
                    </a:stretch>
                  </pic:blipFill>
                  <pic:spPr>
                    <a:xfrm>
                      <a:off x="0" y="0"/>
                      <a:ext cx="6014720" cy="246888"/>
                    </a:xfrm>
                    <a:prstGeom prst="rect">
                      <a:avLst/>
                    </a:prstGeom>
                  </pic:spPr>
                </pic:pic>
              </a:graphicData>
            </a:graphic>
          </wp:anchor>
        </w:drawing>
      </w:r>
    </w:p>
    <w:p w14:paraId="65E04322" w14:textId="7D56ADE7" w:rsidR="002B7E9B" w:rsidRDefault="002B7E9B" w:rsidP="006128FF">
      <w:pPr>
        <w:pBdr>
          <w:bottom w:val="single" w:sz="12" w:space="2" w:color="2A5E33"/>
        </w:pBdr>
        <w:spacing w:after="0"/>
        <w:jc w:val="center"/>
        <w:rPr>
          <w:b/>
          <w:color w:val="1A1A1A"/>
          <w:sz w:val="26"/>
          <w:lang w:val="bg-BG"/>
        </w:rPr>
      </w:pPr>
      <w:r>
        <w:rPr>
          <w:b/>
          <w:color w:val="FFFFFF"/>
          <w:sz w:val="26"/>
        </w:rPr>
        <w:t>25 OCTOBER 2026 (SUNDAY)</w:t>
      </w:r>
      <w:r>
        <w:rPr>
          <w:noProof/>
        </w:rPr>
        <w:drawing>
          <wp:anchor distT="0" distB="0" distL="0" distR="0" simplePos="0" relativeHeight="251654656" behindDoc="1" locked="0" layoutInCell="1" allowOverlap="1" wp14:anchorId="4AB93445" wp14:editId="3E170A91">
            <wp:simplePos x="0" y="0"/>
            <wp:positionH relativeFrom="page">
              <wp:posOffset>774700</wp:posOffset>
            </wp:positionH>
            <wp:positionV relativeFrom="paragraph">
              <wp:posOffset>0</wp:posOffset>
            </wp:positionV>
            <wp:extent cx="6014720" cy="246888"/>
            <wp:effectExtent l="0" t="0" r="0" b="0"/>
            <wp:wrapNone/>
            <wp:docPr id="283790814" name="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_r.jpg"/>
                    <pic:cNvPicPr/>
                  </pic:nvPicPr>
                  <pic:blipFill>
                    <a:blip r:embed="rId16"/>
                    <a:stretch>
                      <a:fillRect/>
                    </a:stretch>
                  </pic:blipFill>
                  <pic:spPr>
                    <a:xfrm>
                      <a:off x="0" y="0"/>
                      <a:ext cx="6014720" cy="246888"/>
                    </a:xfrm>
                    <a:prstGeom prst="rect">
                      <a:avLst/>
                    </a:prstGeom>
                  </pic:spPr>
                </pic:pic>
              </a:graphicData>
            </a:graphic>
          </wp:anchor>
        </w:drawing>
      </w:r>
    </w:p>
    <w:p w14:paraId="1AB8DEBE" w14:textId="3D6815CC" w:rsidR="008E5318" w:rsidRPr="0059233B" w:rsidRDefault="00000000">
      <w:pPr>
        <w:pBdr>
          <w:left w:val="single" w:sz="24" w:space="6" w:color="A5281A"/>
        </w:pBdr>
        <w:shd w:val="clear" w:color="auto" w:fill="EEF3EF"/>
        <w:tabs>
          <w:tab w:val="left" w:pos="1474"/>
        </w:tabs>
        <w:spacing w:before="80"/>
        <w:ind w:left="1474" w:hanging="1474"/>
        <w:rPr>
          <w:bCs/>
          <w:i/>
          <w:color w:val="2A5E33"/>
          <w:lang w:val="bg-BG"/>
        </w:rPr>
      </w:pPr>
      <w:r>
        <w:rPr>
          <w:b/>
          <w:color w:val="2A5E33"/>
        </w:rPr>
        <w:t>10:</w:t>
      </w:r>
      <w:r w:rsidR="002A54B2">
        <w:rPr>
          <w:b/>
          <w:color w:val="2A5E33"/>
          <w:lang w:val="bg-BG"/>
        </w:rPr>
        <w:t>00</w:t>
      </w:r>
      <w:r>
        <w:rPr>
          <w:b/>
          <w:color w:val="2A5E33"/>
        </w:rPr>
        <w:t xml:space="preserve"> – 1</w:t>
      </w:r>
      <w:r w:rsidR="002A54B2">
        <w:rPr>
          <w:b/>
          <w:color w:val="2A5E33"/>
          <w:lang w:val="bg-BG"/>
        </w:rPr>
        <w:t>0</w:t>
      </w:r>
      <w:r>
        <w:rPr>
          <w:b/>
          <w:color w:val="2A5E33"/>
        </w:rPr>
        <w:t>:</w:t>
      </w:r>
      <w:r w:rsidR="002A54B2">
        <w:rPr>
          <w:b/>
          <w:color w:val="2A5E33"/>
          <w:lang w:val="bg-BG"/>
        </w:rPr>
        <w:t>15</w:t>
      </w:r>
      <w:r>
        <w:rPr>
          <w:b/>
          <w:color w:val="2A5E33"/>
        </w:rPr>
        <w:tab/>
      </w:r>
      <w:proofErr w:type="spellStart"/>
      <w:r>
        <w:rPr>
          <w:bCs/>
          <w:i/>
          <w:color w:val="2A5E33"/>
        </w:rPr>
        <w:t>Тест</w:t>
      </w:r>
      <w:proofErr w:type="spellEnd"/>
      <w:r>
        <w:rPr>
          <w:bCs/>
          <w:i/>
          <w:color w:val="2A5E33"/>
        </w:rPr>
        <w:t xml:space="preserve"> </w:t>
      </w:r>
      <w:proofErr w:type="spellStart"/>
      <w:r>
        <w:rPr>
          <w:bCs/>
          <w:i/>
          <w:color w:val="2A5E33"/>
        </w:rPr>
        <w:t>на</w:t>
      </w:r>
      <w:proofErr w:type="spellEnd"/>
      <w:r>
        <w:rPr>
          <w:bCs/>
          <w:i/>
          <w:color w:val="2A5E33"/>
        </w:rPr>
        <w:t xml:space="preserve"> </w:t>
      </w:r>
      <w:proofErr w:type="spellStart"/>
      <w:r>
        <w:rPr>
          <w:bCs/>
          <w:i/>
          <w:color w:val="2A5E33"/>
        </w:rPr>
        <w:t>връзката</w:t>
      </w:r>
      <w:proofErr w:type="spellEnd"/>
      <w:r>
        <w:rPr>
          <w:bCs/>
          <w:i/>
          <w:color w:val="2A5E33"/>
        </w:rPr>
        <w:t xml:space="preserve"> с </w:t>
      </w:r>
      <w:proofErr w:type="spellStart"/>
      <w:r>
        <w:rPr>
          <w:bCs/>
          <w:i/>
          <w:color w:val="2A5E33"/>
        </w:rPr>
        <w:t>онлайн</w:t>
      </w:r>
      <w:proofErr w:type="spellEnd"/>
      <w:r>
        <w:rPr>
          <w:bCs/>
          <w:i/>
          <w:color w:val="2A5E33"/>
        </w:rPr>
        <w:t xml:space="preserve"> </w:t>
      </w:r>
      <w:proofErr w:type="spellStart"/>
      <w:r>
        <w:rPr>
          <w:bCs/>
          <w:i/>
          <w:color w:val="2A5E33"/>
        </w:rPr>
        <w:t>участниците</w:t>
      </w:r>
      <w:proofErr w:type="spellEnd"/>
      <w:r>
        <w:rPr>
          <w:bCs/>
          <w:i/>
          <w:color w:val="2A5E33"/>
        </w:rPr>
        <w:t xml:space="preserve"> / Connection test with online participants</w:t>
      </w:r>
    </w:p>
    <w:p w14:paraId="17E62D01" w14:textId="5D190B60" w:rsidR="001A53DE" w:rsidRDefault="001A53DE" w:rsidP="001A53DE">
      <w:pPr>
        <w:keepNext/>
        <w:pBdr>
          <w:top w:val="single" w:sz="18" w:space="4" w:color="A5281A"/>
        </w:pBdr>
        <w:spacing w:before="120" w:after="40"/>
        <w:jc w:val="center"/>
        <w:rPr>
          <w:b/>
          <w:smallCaps/>
          <w:color w:val="FFFFFF"/>
          <w:sz w:val="28"/>
          <w:szCs w:val="28"/>
          <w:lang w:val="bg-BG"/>
        </w:rPr>
      </w:pPr>
      <w:r>
        <w:rPr>
          <w:noProof/>
        </w:rPr>
        <w:drawing>
          <wp:anchor distT="0" distB="0" distL="0" distR="0" simplePos="0" relativeHeight="251664896" behindDoc="1" locked="0" layoutInCell="1" allowOverlap="1" wp14:anchorId="3E60B801" wp14:editId="4D607B17">
            <wp:simplePos x="0" y="0"/>
            <wp:positionH relativeFrom="page">
              <wp:posOffset>784860</wp:posOffset>
            </wp:positionH>
            <wp:positionV relativeFrom="paragraph">
              <wp:posOffset>59055</wp:posOffset>
            </wp:positionV>
            <wp:extent cx="6011545" cy="1333500"/>
            <wp:effectExtent l="0" t="0" r="8255" b="0"/>
            <wp:wrapNone/>
            <wp:docPr id="712" name="Bar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_g.jpg"/>
                    <pic:cNvPicPr/>
                  </pic:nvPicPr>
                  <pic:blipFill>
                    <a:blip r:embed="rId17"/>
                    <a:stretch>
                      <a:fillRect/>
                    </a:stretch>
                  </pic:blipFill>
                  <pic:spPr>
                    <a:xfrm>
                      <a:off x="0" y="0"/>
                      <a:ext cx="6011545" cy="1333500"/>
                    </a:xfrm>
                    <a:prstGeom prst="rect">
                      <a:avLst/>
                    </a:prstGeom>
                  </pic:spPr>
                </pic:pic>
              </a:graphicData>
            </a:graphic>
            <wp14:sizeRelV relativeFrom="margin">
              <wp14:pctHeight>0</wp14:pctHeight>
            </wp14:sizeRelV>
          </wp:anchor>
        </w:drawing>
      </w:r>
      <w:r>
        <w:rPr>
          <w:b/>
          <w:smallCaps/>
          <w:color w:val="FFFFFF"/>
          <w:sz w:val="28"/>
          <w:szCs w:val="28"/>
          <w:lang w:val="bg-BG"/>
        </w:rPr>
        <w:t xml:space="preserve">СЕКЦИЯ </w:t>
      </w:r>
      <w:r w:rsidRPr="001A53DE">
        <w:rPr>
          <w:b/>
          <w:smallCaps/>
          <w:color w:val="FFFFFF"/>
          <w:sz w:val="28"/>
          <w:szCs w:val="28"/>
        </w:rPr>
        <w:t>„</w:t>
      </w:r>
      <w:proofErr w:type="spellStart"/>
      <w:r w:rsidRPr="001A53DE">
        <w:rPr>
          <w:b/>
          <w:smallCaps/>
          <w:color w:val="FFFFFF"/>
          <w:sz w:val="28"/>
          <w:szCs w:val="28"/>
        </w:rPr>
        <w:t>Паметта</w:t>
      </w:r>
      <w:proofErr w:type="spellEnd"/>
      <w:r w:rsidRPr="001A53DE">
        <w:rPr>
          <w:b/>
          <w:smallCaps/>
          <w:color w:val="FFFFFF"/>
          <w:sz w:val="28"/>
          <w:szCs w:val="28"/>
        </w:rPr>
        <w:t xml:space="preserve"> </w:t>
      </w:r>
      <w:proofErr w:type="spellStart"/>
      <w:r w:rsidRPr="001A53DE">
        <w:rPr>
          <w:b/>
          <w:smallCaps/>
          <w:color w:val="FFFFFF"/>
          <w:sz w:val="28"/>
          <w:szCs w:val="28"/>
        </w:rPr>
        <w:t>на</w:t>
      </w:r>
      <w:proofErr w:type="spellEnd"/>
      <w:r w:rsidRPr="001A53DE">
        <w:rPr>
          <w:b/>
          <w:smallCaps/>
          <w:color w:val="FFFFFF"/>
          <w:sz w:val="28"/>
          <w:szCs w:val="28"/>
        </w:rPr>
        <w:t xml:space="preserve"> </w:t>
      </w:r>
      <w:proofErr w:type="spellStart"/>
      <w:r w:rsidRPr="001A53DE">
        <w:rPr>
          <w:b/>
          <w:smallCaps/>
          <w:color w:val="FFFFFF"/>
          <w:sz w:val="28"/>
          <w:szCs w:val="28"/>
        </w:rPr>
        <w:t>българите</w:t>
      </w:r>
      <w:proofErr w:type="spellEnd"/>
      <w:r w:rsidRPr="001A53DE">
        <w:rPr>
          <w:b/>
          <w:smallCaps/>
          <w:color w:val="FFFFFF"/>
          <w:sz w:val="28"/>
          <w:szCs w:val="28"/>
        </w:rPr>
        <w:t xml:space="preserve"> </w:t>
      </w:r>
      <w:proofErr w:type="spellStart"/>
      <w:r w:rsidRPr="001A53DE">
        <w:rPr>
          <w:b/>
          <w:smallCaps/>
          <w:color w:val="FFFFFF"/>
          <w:sz w:val="28"/>
          <w:szCs w:val="28"/>
        </w:rPr>
        <w:t>католици</w:t>
      </w:r>
      <w:proofErr w:type="spellEnd"/>
      <w:r w:rsidRPr="001A53DE">
        <w:rPr>
          <w:b/>
          <w:smallCaps/>
          <w:color w:val="FFFFFF"/>
          <w:sz w:val="28"/>
          <w:szCs w:val="28"/>
        </w:rPr>
        <w:t xml:space="preserve"> в </w:t>
      </w:r>
      <w:proofErr w:type="spellStart"/>
      <w:r w:rsidRPr="001A53DE">
        <w:rPr>
          <w:b/>
          <w:smallCaps/>
          <w:color w:val="FFFFFF"/>
          <w:sz w:val="28"/>
          <w:szCs w:val="28"/>
        </w:rPr>
        <w:t>Румъния</w:t>
      </w:r>
      <w:proofErr w:type="spellEnd"/>
      <w:r w:rsidRPr="001A53DE">
        <w:rPr>
          <w:b/>
          <w:smallCaps/>
          <w:color w:val="FFFFFF"/>
          <w:sz w:val="28"/>
          <w:szCs w:val="28"/>
        </w:rPr>
        <w:t xml:space="preserve">: </w:t>
      </w:r>
      <w:proofErr w:type="spellStart"/>
      <w:r w:rsidRPr="001A53DE">
        <w:rPr>
          <w:b/>
          <w:smallCaps/>
          <w:color w:val="FFFFFF"/>
          <w:sz w:val="28"/>
          <w:szCs w:val="28"/>
        </w:rPr>
        <w:t>документи</w:t>
      </w:r>
      <w:proofErr w:type="spellEnd"/>
      <w:r w:rsidRPr="001A53DE">
        <w:rPr>
          <w:b/>
          <w:smallCaps/>
          <w:color w:val="FFFFFF"/>
          <w:sz w:val="28"/>
          <w:szCs w:val="28"/>
        </w:rPr>
        <w:t xml:space="preserve">, </w:t>
      </w:r>
      <w:proofErr w:type="spellStart"/>
      <w:r w:rsidRPr="001A53DE">
        <w:rPr>
          <w:b/>
          <w:smallCaps/>
          <w:color w:val="FFFFFF"/>
          <w:sz w:val="28"/>
          <w:szCs w:val="28"/>
        </w:rPr>
        <w:t>песни</w:t>
      </w:r>
      <w:proofErr w:type="spellEnd"/>
      <w:r w:rsidRPr="001A53DE">
        <w:rPr>
          <w:b/>
          <w:smallCaps/>
          <w:color w:val="FFFFFF"/>
          <w:sz w:val="28"/>
          <w:szCs w:val="28"/>
        </w:rPr>
        <w:t xml:space="preserve"> и </w:t>
      </w:r>
      <w:proofErr w:type="spellStart"/>
      <w:r w:rsidRPr="001A53DE">
        <w:rPr>
          <w:b/>
          <w:smallCaps/>
          <w:color w:val="FFFFFF"/>
          <w:sz w:val="28"/>
          <w:szCs w:val="28"/>
        </w:rPr>
        <w:t>облекло</w:t>
      </w:r>
      <w:proofErr w:type="spellEnd"/>
      <w:r w:rsidRPr="001A53DE">
        <w:rPr>
          <w:b/>
          <w:smallCaps/>
          <w:color w:val="FFFFFF"/>
          <w:sz w:val="28"/>
          <w:szCs w:val="28"/>
        </w:rPr>
        <w:t>“</w:t>
      </w:r>
    </w:p>
    <w:p w14:paraId="4145D92B" w14:textId="4ED7B832" w:rsidR="008E5318" w:rsidRPr="001A53DE" w:rsidRDefault="001A53DE" w:rsidP="001A53DE">
      <w:pPr>
        <w:keepNext/>
        <w:pBdr>
          <w:top w:val="single" w:sz="18" w:space="4" w:color="A5281A"/>
        </w:pBdr>
        <w:spacing w:before="120" w:after="40"/>
        <w:jc w:val="center"/>
        <w:rPr>
          <w:smallCaps/>
          <w:sz w:val="28"/>
          <w:szCs w:val="28"/>
          <w:lang w:val="bg-BG"/>
        </w:rPr>
      </w:pPr>
      <w:r w:rsidRPr="00BA0A33">
        <w:rPr>
          <w:b/>
          <w:smallCaps/>
          <w:color w:val="FFFFFF"/>
          <w:sz w:val="28"/>
          <w:szCs w:val="28"/>
        </w:rPr>
        <w:t>SECTION</w:t>
      </w:r>
      <w:r>
        <w:rPr>
          <w:b/>
          <w:smallCaps/>
          <w:color w:val="FFFFFF"/>
          <w:sz w:val="28"/>
          <w:szCs w:val="28"/>
          <w:lang w:val="bg-BG"/>
        </w:rPr>
        <w:t xml:space="preserve"> „</w:t>
      </w:r>
      <w:r w:rsidRPr="001A53DE">
        <w:rPr>
          <w:b/>
          <w:smallCaps/>
          <w:color w:val="FFFFFF"/>
          <w:sz w:val="28"/>
          <w:szCs w:val="28"/>
        </w:rPr>
        <w:t xml:space="preserve">The Memory of the Catholic Bulgarians in Romania: Documents, Songs and </w:t>
      </w:r>
      <w:proofErr w:type="gramStart"/>
      <w:r w:rsidRPr="001A53DE">
        <w:rPr>
          <w:b/>
          <w:smallCaps/>
          <w:color w:val="FFFFFF"/>
          <w:sz w:val="28"/>
          <w:szCs w:val="28"/>
        </w:rPr>
        <w:t>Dress</w:t>
      </w:r>
      <w:r>
        <w:rPr>
          <w:b/>
          <w:smallCaps/>
          <w:color w:val="FFFFFF"/>
          <w:sz w:val="28"/>
          <w:szCs w:val="28"/>
          <w:lang w:val="bg-BG"/>
        </w:rPr>
        <w:t>“</w:t>
      </w:r>
      <w:proofErr w:type="gramEnd"/>
    </w:p>
    <w:p w14:paraId="2FA91EAA" w14:textId="77C10B5D" w:rsidR="008E5318" w:rsidRPr="00BA0A33" w:rsidRDefault="00BD344B" w:rsidP="001A53DE">
      <w:pPr>
        <w:keepNext/>
        <w:pBdr>
          <w:bottom w:val="single" w:sz="18" w:space="4" w:color="A5281A"/>
        </w:pBdr>
        <w:spacing w:after="40"/>
        <w:jc w:val="center"/>
        <w:rPr>
          <w:smallCaps/>
          <w:sz w:val="28"/>
          <w:szCs w:val="28"/>
          <w:lang w:val="bg-BG"/>
        </w:rPr>
      </w:pPr>
      <w:r w:rsidRPr="00BA0A33">
        <w:rPr>
          <w:b/>
          <w:smallCaps/>
          <w:color w:val="FFFFFF"/>
          <w:sz w:val="28"/>
          <w:szCs w:val="28"/>
          <w:lang w:val="bg-BG"/>
        </w:rPr>
        <w:t xml:space="preserve"> </w:t>
      </w:r>
    </w:p>
    <w:p w14:paraId="060A23A6" w14:textId="5D7FC771" w:rsidR="006128FF" w:rsidRPr="0059233B" w:rsidRDefault="006128FF">
      <w:pPr>
        <w:keepNext/>
        <w:spacing w:after="160"/>
        <w:jc w:val="center"/>
        <w:rPr>
          <w:i/>
          <w:smallCaps/>
          <w:color w:val="1A1A1A"/>
          <w:sz w:val="20"/>
          <w:lang w:val="bg-BG"/>
        </w:rPr>
      </w:pPr>
      <w:r>
        <w:rPr>
          <w:i/>
          <w:color w:val="1A1A1A"/>
          <w:sz w:val="20"/>
        </w:rPr>
        <w:t>10:15 – 11:15</w:t>
      </w:r>
    </w:p>
    <w:p w14:paraId="4E063A25" w14:textId="7464FB92" w:rsidR="008E5318" w:rsidRPr="0059233B" w:rsidRDefault="00000000">
      <w:pPr>
        <w:keepNext/>
        <w:pBdr>
          <w:left w:val="single" w:sz="24" w:space="6" w:color="2E7D5B"/>
        </w:pBdr>
        <w:shd w:val="clear" w:color="auto" w:fill="E3EFE7"/>
        <w:jc w:val="center"/>
        <w:rPr>
          <w:color w:val="1A1A1A"/>
        </w:rPr>
      </w:pPr>
      <w:bookmarkStart w:id="2" w:name="_Hlk242114186"/>
      <w:proofErr w:type="spellStart"/>
      <w:r>
        <w:rPr>
          <w:color w:val="1A1A1A"/>
        </w:rPr>
        <w:t>Модератор</w:t>
      </w:r>
      <w:proofErr w:type="spellEnd"/>
      <w:r>
        <w:rPr>
          <w:color w:val="1A1A1A"/>
        </w:rPr>
        <w:t>:</w:t>
      </w:r>
      <w:r w:rsidR="00310370">
        <w:rPr>
          <w:color w:val="1A1A1A"/>
          <w:lang w:val="bg-BG"/>
        </w:rPr>
        <w:t xml:space="preserve"> проф. д-р Йовка Тишева / Moderator</w:t>
      </w:r>
      <w:r>
        <w:rPr>
          <w:color w:val="1A1A1A"/>
        </w:rPr>
        <w:t xml:space="preserve">: </w:t>
      </w:r>
      <w:r w:rsidR="00310370" w:rsidRPr="00310370">
        <w:rPr>
          <w:color w:val="1A1A1A"/>
        </w:rPr>
        <w:t xml:space="preserve">Prof. Dr. </w:t>
      </w:r>
      <w:proofErr w:type="spellStart"/>
      <w:r w:rsidR="00310370" w:rsidRPr="00310370">
        <w:rPr>
          <w:color w:val="1A1A1A"/>
        </w:rPr>
        <w:t>Yovka</w:t>
      </w:r>
      <w:proofErr w:type="spellEnd"/>
      <w:r w:rsidR="00310370" w:rsidRPr="00310370">
        <w:rPr>
          <w:color w:val="1A1A1A"/>
        </w:rPr>
        <w:t xml:space="preserve"> </w:t>
      </w:r>
      <w:proofErr w:type="spellStart"/>
      <w:r w:rsidR="00310370" w:rsidRPr="00310370">
        <w:rPr>
          <w:color w:val="1A1A1A"/>
        </w:rPr>
        <w:t>Tisheva</w:t>
      </w:r>
      <w:proofErr w:type="spellEnd"/>
    </w:p>
    <w:bookmarkEnd w:id="2"/>
    <w:p w14:paraId="5023182D" w14:textId="40F10EEF" w:rsidR="00143BD7" w:rsidRDefault="00143BD7" w:rsidP="00DC5E4C">
      <w:pPr>
        <w:pBdr>
          <w:bottom w:val="single" w:sz="4" w:space="3" w:color="C8D5CC"/>
        </w:pBdr>
        <w:tabs>
          <w:tab w:val="left" w:pos="1474"/>
        </w:tabs>
        <w:spacing w:after="220" w:line="259" w:lineRule="auto"/>
        <w:ind w:left="1474" w:hanging="1474"/>
        <w:jc w:val="both"/>
        <w:rPr>
          <w:color w:val="1A1A1A"/>
          <w:lang w:val="bg-BG"/>
        </w:rPr>
      </w:pPr>
      <w:r>
        <w:rPr>
          <w:b/>
          <w:color w:val="A5281A"/>
        </w:rPr>
        <w:t>1</w:t>
      </w:r>
      <w:r w:rsidR="002A54B2">
        <w:rPr>
          <w:b/>
          <w:color w:val="A5281A"/>
          <w:lang w:val="bg-BG"/>
        </w:rPr>
        <w:t>0</w:t>
      </w:r>
      <w:r>
        <w:rPr>
          <w:b/>
          <w:color w:val="A5281A"/>
        </w:rPr>
        <w:t>:</w:t>
      </w:r>
      <w:r w:rsidR="00F75149">
        <w:rPr>
          <w:b/>
          <w:color w:val="A5281A"/>
          <w:lang w:val="bg-BG"/>
        </w:rPr>
        <w:t>15</w:t>
      </w:r>
      <w:r>
        <w:rPr>
          <w:b/>
          <w:color w:val="A5281A"/>
        </w:rPr>
        <w:t xml:space="preserve"> – 1</w:t>
      </w:r>
      <w:r w:rsidR="002A54B2">
        <w:rPr>
          <w:b/>
          <w:color w:val="A5281A"/>
          <w:lang w:val="bg-BG"/>
        </w:rPr>
        <w:t>0</w:t>
      </w:r>
      <w:r>
        <w:rPr>
          <w:b/>
          <w:color w:val="A5281A"/>
        </w:rPr>
        <w:t>:</w:t>
      </w:r>
      <w:r w:rsidR="00F75149">
        <w:rPr>
          <w:b/>
          <w:color w:val="A5281A"/>
          <w:lang w:val="bg-BG"/>
        </w:rPr>
        <w:t>30</w:t>
      </w:r>
      <w:r>
        <w:rPr>
          <w:b/>
          <w:color w:val="1A1A1A"/>
        </w:rPr>
        <w:tab/>
        <w:t>GABRIELA MITU BULAREANU</w:t>
      </w:r>
      <w:r>
        <w:rPr>
          <w:i/>
          <w:color w:val="555555"/>
        </w:rPr>
        <w:t xml:space="preserve"> (</w:t>
      </w:r>
      <w:proofErr w:type="spellStart"/>
      <w:r>
        <w:rPr>
          <w:i/>
          <w:color w:val="555555"/>
        </w:rPr>
        <w:t>независим</w:t>
      </w:r>
      <w:proofErr w:type="spellEnd"/>
      <w:r>
        <w:rPr>
          <w:i/>
          <w:color w:val="555555"/>
        </w:rPr>
        <w:t xml:space="preserve"> </w:t>
      </w:r>
      <w:proofErr w:type="spellStart"/>
      <w:r>
        <w:rPr>
          <w:i/>
          <w:color w:val="555555"/>
        </w:rPr>
        <w:t>изследовател</w:t>
      </w:r>
      <w:proofErr w:type="spellEnd"/>
      <w:r>
        <w:rPr>
          <w:i/>
          <w:color w:val="555555"/>
        </w:rPr>
        <w:t xml:space="preserve">, </w:t>
      </w:r>
      <w:proofErr w:type="spellStart"/>
      <w:r>
        <w:rPr>
          <w:i/>
          <w:color w:val="555555"/>
        </w:rPr>
        <w:t>Румъния</w:t>
      </w:r>
      <w:proofErr w:type="spellEnd"/>
      <w:r>
        <w:rPr>
          <w:i/>
          <w:color w:val="555555"/>
        </w:rPr>
        <w:t xml:space="preserve">) </w:t>
      </w:r>
      <w:r>
        <w:rPr>
          <w:color w:val="1A1A1A"/>
        </w:rPr>
        <w:t xml:space="preserve">– Linguistic Borrowing in Banat Bulgarian Festive Attire: A Socio-Historical Perspective / </w:t>
      </w:r>
      <w:proofErr w:type="spellStart"/>
      <w:r>
        <w:rPr>
          <w:color w:val="1A1A1A"/>
        </w:rPr>
        <w:t>Езиково</w:t>
      </w:r>
      <w:proofErr w:type="spellEnd"/>
      <w:r>
        <w:rPr>
          <w:color w:val="1A1A1A"/>
        </w:rPr>
        <w:t xml:space="preserve"> </w:t>
      </w:r>
      <w:proofErr w:type="spellStart"/>
      <w:r>
        <w:rPr>
          <w:color w:val="1A1A1A"/>
        </w:rPr>
        <w:t>заимстване</w:t>
      </w:r>
      <w:proofErr w:type="spellEnd"/>
      <w:r>
        <w:rPr>
          <w:color w:val="1A1A1A"/>
        </w:rPr>
        <w:t xml:space="preserve"> в </w:t>
      </w:r>
      <w:proofErr w:type="spellStart"/>
      <w:r>
        <w:rPr>
          <w:color w:val="1A1A1A"/>
        </w:rPr>
        <w:t>празничното</w:t>
      </w:r>
      <w:proofErr w:type="spellEnd"/>
      <w:r>
        <w:rPr>
          <w:color w:val="1A1A1A"/>
        </w:rPr>
        <w:t xml:space="preserve"> </w:t>
      </w:r>
      <w:proofErr w:type="spellStart"/>
      <w:r>
        <w:rPr>
          <w:color w:val="1A1A1A"/>
        </w:rPr>
        <w:t>облекло</w:t>
      </w:r>
      <w:proofErr w:type="spellEnd"/>
      <w:r>
        <w:rPr>
          <w:color w:val="1A1A1A"/>
        </w:rPr>
        <w:t xml:space="preserve"> </w:t>
      </w:r>
      <w:proofErr w:type="spellStart"/>
      <w:r>
        <w:rPr>
          <w:color w:val="1A1A1A"/>
        </w:rPr>
        <w:t>на</w:t>
      </w:r>
      <w:proofErr w:type="spellEnd"/>
      <w:r>
        <w:rPr>
          <w:color w:val="1A1A1A"/>
        </w:rPr>
        <w:t xml:space="preserve"> </w:t>
      </w:r>
      <w:proofErr w:type="spellStart"/>
      <w:r>
        <w:rPr>
          <w:color w:val="1A1A1A"/>
        </w:rPr>
        <w:t>банатските</w:t>
      </w:r>
      <w:proofErr w:type="spellEnd"/>
      <w:r>
        <w:rPr>
          <w:color w:val="1A1A1A"/>
        </w:rPr>
        <w:t xml:space="preserve"> </w:t>
      </w:r>
      <w:proofErr w:type="spellStart"/>
      <w:r>
        <w:rPr>
          <w:color w:val="1A1A1A"/>
        </w:rPr>
        <w:t>българи</w:t>
      </w:r>
      <w:proofErr w:type="spellEnd"/>
      <w:r>
        <w:rPr>
          <w:color w:val="1A1A1A"/>
        </w:rPr>
        <w:t xml:space="preserve">: </w:t>
      </w:r>
      <w:proofErr w:type="spellStart"/>
      <w:r>
        <w:rPr>
          <w:color w:val="1A1A1A"/>
        </w:rPr>
        <w:t>социоисторическа</w:t>
      </w:r>
      <w:proofErr w:type="spellEnd"/>
      <w:r>
        <w:rPr>
          <w:color w:val="1A1A1A"/>
        </w:rPr>
        <w:t xml:space="preserve"> </w:t>
      </w:r>
      <w:proofErr w:type="spellStart"/>
      <w:r>
        <w:rPr>
          <w:color w:val="1A1A1A"/>
        </w:rPr>
        <w:t>перспектива</w:t>
      </w:r>
      <w:proofErr w:type="spellEnd"/>
    </w:p>
    <w:p w14:paraId="0725DCA1" w14:textId="1DF564C9" w:rsidR="00BD344B" w:rsidRDefault="00143BD7" w:rsidP="00BD344B">
      <w:pPr>
        <w:pBdr>
          <w:bottom w:val="single" w:sz="4" w:space="3" w:color="C8D5CC"/>
        </w:pBdr>
        <w:tabs>
          <w:tab w:val="left" w:pos="1474"/>
        </w:tabs>
        <w:spacing w:after="220" w:line="259" w:lineRule="auto"/>
        <w:ind w:left="1474" w:hanging="1474"/>
        <w:jc w:val="both"/>
        <w:rPr>
          <w:bCs/>
          <w:lang w:val="bg-BG"/>
        </w:rPr>
      </w:pPr>
      <w:r>
        <w:rPr>
          <w:b/>
          <w:color w:val="A5281A"/>
        </w:rPr>
        <w:t>1</w:t>
      </w:r>
      <w:r w:rsidR="002A54B2">
        <w:rPr>
          <w:b/>
          <w:color w:val="A5281A"/>
          <w:lang w:val="bg-BG"/>
        </w:rPr>
        <w:t>0</w:t>
      </w:r>
      <w:r>
        <w:rPr>
          <w:b/>
          <w:color w:val="A5281A"/>
        </w:rPr>
        <w:t>:</w:t>
      </w:r>
      <w:r w:rsidR="00F75149">
        <w:rPr>
          <w:b/>
          <w:color w:val="A5281A"/>
          <w:lang w:val="bg-BG"/>
        </w:rPr>
        <w:t>30</w:t>
      </w:r>
      <w:r>
        <w:rPr>
          <w:b/>
          <w:color w:val="A5281A"/>
        </w:rPr>
        <w:t xml:space="preserve"> – 1</w:t>
      </w:r>
      <w:r w:rsidR="00F75149">
        <w:rPr>
          <w:b/>
          <w:color w:val="A5281A"/>
          <w:lang w:val="bg-BG"/>
        </w:rPr>
        <w:t>0</w:t>
      </w:r>
      <w:r>
        <w:rPr>
          <w:b/>
          <w:color w:val="A5281A"/>
        </w:rPr>
        <w:t>:</w:t>
      </w:r>
      <w:r w:rsidR="00F75149">
        <w:rPr>
          <w:b/>
          <w:color w:val="A5281A"/>
          <w:lang w:val="bg-BG"/>
        </w:rPr>
        <w:t>45</w:t>
      </w:r>
      <w:r>
        <w:rPr>
          <w:b/>
          <w:color w:val="1A1A1A"/>
        </w:rPr>
        <w:tab/>
      </w:r>
      <w:r w:rsidR="00BD344B" w:rsidRPr="00751519">
        <w:rPr>
          <w:b/>
          <w:lang w:val="bg-BG"/>
        </w:rPr>
        <w:t>MARIUS OANȚĂ</w:t>
      </w:r>
      <w:r w:rsidR="00BD344B" w:rsidRPr="00751519">
        <w:rPr>
          <w:b/>
        </w:rPr>
        <w:t xml:space="preserve"> </w:t>
      </w:r>
      <w:r w:rsidR="00BD344B" w:rsidRPr="00094221">
        <w:rPr>
          <w:bCs/>
          <w:i/>
          <w:iCs/>
        </w:rPr>
        <w:t>(</w:t>
      </w:r>
      <w:proofErr w:type="spellStart"/>
      <w:r w:rsidR="00BD344B" w:rsidRPr="00094221">
        <w:rPr>
          <w:bCs/>
          <w:i/>
          <w:iCs/>
        </w:rPr>
        <w:t>независим</w:t>
      </w:r>
      <w:proofErr w:type="spellEnd"/>
      <w:r w:rsidR="00BD344B" w:rsidRPr="00094221">
        <w:rPr>
          <w:bCs/>
          <w:i/>
          <w:iCs/>
        </w:rPr>
        <w:t xml:space="preserve"> </w:t>
      </w:r>
      <w:proofErr w:type="spellStart"/>
      <w:r w:rsidR="00BD344B" w:rsidRPr="00094221">
        <w:rPr>
          <w:bCs/>
          <w:i/>
          <w:iCs/>
        </w:rPr>
        <w:t>изследовател</w:t>
      </w:r>
      <w:proofErr w:type="spellEnd"/>
      <w:r w:rsidR="00BD344B" w:rsidRPr="00094221">
        <w:rPr>
          <w:bCs/>
          <w:i/>
          <w:iCs/>
        </w:rPr>
        <w:t xml:space="preserve">, </w:t>
      </w:r>
      <w:proofErr w:type="spellStart"/>
      <w:r w:rsidR="00BD344B" w:rsidRPr="00094221">
        <w:rPr>
          <w:bCs/>
          <w:i/>
          <w:iCs/>
        </w:rPr>
        <w:t>Румъния</w:t>
      </w:r>
      <w:proofErr w:type="spellEnd"/>
      <w:r w:rsidR="00BD344B" w:rsidRPr="00094221">
        <w:rPr>
          <w:bCs/>
          <w:i/>
          <w:iCs/>
          <w:lang w:val="bg-BG"/>
        </w:rPr>
        <w:t>)</w:t>
      </w:r>
      <w:r w:rsidR="00BD344B" w:rsidRPr="00751519">
        <w:rPr>
          <w:bCs/>
        </w:rPr>
        <w:t xml:space="preserve"> </w:t>
      </w:r>
      <w:r w:rsidR="00BD344B" w:rsidRPr="00751519">
        <w:rPr>
          <w:bCs/>
          <w:lang w:val="bg-BG"/>
        </w:rPr>
        <w:t xml:space="preserve">– </w:t>
      </w:r>
      <w:proofErr w:type="spellStart"/>
      <w:r w:rsidR="00BD344B" w:rsidRPr="00751519">
        <w:rPr>
          <w:bCs/>
          <w:lang w:val="bg-BG"/>
        </w:rPr>
        <w:t>The</w:t>
      </w:r>
      <w:proofErr w:type="spellEnd"/>
      <w:r w:rsidR="00BD344B" w:rsidRPr="00751519">
        <w:rPr>
          <w:bCs/>
          <w:lang w:val="bg-BG"/>
        </w:rPr>
        <w:t xml:space="preserve"> </w:t>
      </w:r>
      <w:proofErr w:type="spellStart"/>
      <w:r w:rsidR="00BD344B" w:rsidRPr="00751519">
        <w:rPr>
          <w:bCs/>
          <w:lang w:val="bg-BG"/>
        </w:rPr>
        <w:t>Bulgarian</w:t>
      </w:r>
      <w:proofErr w:type="spellEnd"/>
      <w:r w:rsidR="00BD344B" w:rsidRPr="00751519">
        <w:rPr>
          <w:bCs/>
          <w:lang w:val="bg-BG"/>
        </w:rPr>
        <w:t xml:space="preserve"> </w:t>
      </w:r>
      <w:proofErr w:type="spellStart"/>
      <w:r w:rsidR="00BD344B" w:rsidRPr="00751519">
        <w:rPr>
          <w:bCs/>
          <w:lang w:val="bg-BG"/>
        </w:rPr>
        <w:t>Catholic</w:t>
      </w:r>
      <w:proofErr w:type="spellEnd"/>
      <w:r w:rsidR="00BD344B" w:rsidRPr="00751519">
        <w:rPr>
          <w:bCs/>
          <w:lang w:val="bg-BG"/>
        </w:rPr>
        <w:t xml:space="preserve"> </w:t>
      </w:r>
      <w:proofErr w:type="spellStart"/>
      <w:r w:rsidR="00BD344B" w:rsidRPr="00751519">
        <w:rPr>
          <w:bCs/>
          <w:lang w:val="bg-BG"/>
        </w:rPr>
        <w:t>Community</w:t>
      </w:r>
      <w:proofErr w:type="spellEnd"/>
      <w:r w:rsidR="00BD344B" w:rsidRPr="00751519">
        <w:rPr>
          <w:bCs/>
          <w:lang w:val="bg-BG"/>
        </w:rPr>
        <w:t xml:space="preserve"> </w:t>
      </w:r>
      <w:proofErr w:type="spellStart"/>
      <w:r w:rsidR="00BD344B" w:rsidRPr="00751519">
        <w:rPr>
          <w:bCs/>
          <w:lang w:val="bg-BG"/>
        </w:rPr>
        <w:t>in</w:t>
      </w:r>
      <w:proofErr w:type="spellEnd"/>
      <w:r w:rsidR="00BD344B" w:rsidRPr="00751519">
        <w:rPr>
          <w:bCs/>
          <w:lang w:val="bg-BG"/>
        </w:rPr>
        <w:t xml:space="preserve"> </w:t>
      </w:r>
      <w:proofErr w:type="spellStart"/>
      <w:r w:rsidR="00BD344B" w:rsidRPr="00751519">
        <w:rPr>
          <w:bCs/>
          <w:lang w:val="bg-BG"/>
        </w:rPr>
        <w:t>Cioplea</w:t>
      </w:r>
      <w:proofErr w:type="spellEnd"/>
      <w:r w:rsidR="00BD344B" w:rsidRPr="00751519">
        <w:rPr>
          <w:bCs/>
          <w:lang w:val="bg-BG"/>
        </w:rPr>
        <w:t xml:space="preserve"> </w:t>
      </w:r>
      <w:proofErr w:type="spellStart"/>
      <w:r w:rsidR="00BD344B" w:rsidRPr="00751519">
        <w:rPr>
          <w:bCs/>
          <w:lang w:val="bg-BG"/>
        </w:rPr>
        <w:t>in</w:t>
      </w:r>
      <w:proofErr w:type="spellEnd"/>
      <w:r w:rsidR="00BD344B" w:rsidRPr="00751519">
        <w:rPr>
          <w:bCs/>
          <w:lang w:val="bg-BG"/>
        </w:rPr>
        <w:t xml:space="preserve"> </w:t>
      </w:r>
      <w:proofErr w:type="spellStart"/>
      <w:r w:rsidR="00BD344B" w:rsidRPr="00751519">
        <w:rPr>
          <w:bCs/>
          <w:lang w:val="bg-BG"/>
        </w:rPr>
        <w:t>the</w:t>
      </w:r>
      <w:proofErr w:type="spellEnd"/>
      <w:r w:rsidR="00BD344B" w:rsidRPr="00751519">
        <w:rPr>
          <w:bCs/>
          <w:lang w:val="bg-BG"/>
        </w:rPr>
        <w:t xml:space="preserve"> </w:t>
      </w:r>
      <w:proofErr w:type="spellStart"/>
      <w:r w:rsidR="00BD344B" w:rsidRPr="00751519">
        <w:rPr>
          <w:bCs/>
          <w:lang w:val="bg-BG"/>
        </w:rPr>
        <w:t>Memorials</w:t>
      </w:r>
      <w:proofErr w:type="spellEnd"/>
      <w:r w:rsidR="00BD344B" w:rsidRPr="00751519">
        <w:rPr>
          <w:bCs/>
          <w:lang w:val="bg-BG"/>
        </w:rPr>
        <w:t xml:space="preserve"> </w:t>
      </w:r>
      <w:proofErr w:type="spellStart"/>
      <w:r w:rsidR="00BD344B" w:rsidRPr="00751519">
        <w:rPr>
          <w:bCs/>
          <w:lang w:val="bg-BG"/>
        </w:rPr>
        <w:t>of</w:t>
      </w:r>
      <w:proofErr w:type="spellEnd"/>
      <w:r w:rsidR="00BD344B" w:rsidRPr="00751519">
        <w:rPr>
          <w:bCs/>
          <w:lang w:val="bg-BG"/>
        </w:rPr>
        <w:t xml:space="preserve"> </w:t>
      </w:r>
      <w:proofErr w:type="spellStart"/>
      <w:r w:rsidR="00BD344B" w:rsidRPr="00751519">
        <w:rPr>
          <w:bCs/>
          <w:lang w:val="bg-BG"/>
        </w:rPr>
        <w:t>Archbishop</w:t>
      </w:r>
      <w:proofErr w:type="spellEnd"/>
      <w:r w:rsidR="00BD344B" w:rsidRPr="00751519">
        <w:rPr>
          <w:bCs/>
          <w:lang w:val="bg-BG"/>
        </w:rPr>
        <w:t xml:space="preserve"> </w:t>
      </w:r>
      <w:proofErr w:type="spellStart"/>
      <w:r w:rsidR="00BD344B" w:rsidRPr="00751519">
        <w:rPr>
          <w:bCs/>
          <w:lang w:val="bg-BG"/>
        </w:rPr>
        <w:t>Raymund</w:t>
      </w:r>
      <w:proofErr w:type="spellEnd"/>
      <w:r w:rsidR="00BD344B" w:rsidRPr="00751519">
        <w:rPr>
          <w:bCs/>
          <w:lang w:val="bg-BG"/>
        </w:rPr>
        <w:t xml:space="preserve"> </w:t>
      </w:r>
      <w:proofErr w:type="spellStart"/>
      <w:r w:rsidR="00BD344B" w:rsidRPr="00751519">
        <w:rPr>
          <w:bCs/>
          <w:lang w:val="bg-BG"/>
        </w:rPr>
        <w:t>Netzhammer</w:t>
      </w:r>
      <w:proofErr w:type="spellEnd"/>
      <w:r w:rsidR="00BD344B" w:rsidRPr="00751519">
        <w:rPr>
          <w:bCs/>
          <w:lang w:val="bg-BG"/>
        </w:rPr>
        <w:t xml:space="preserve"> (19th–20th </w:t>
      </w:r>
      <w:proofErr w:type="spellStart"/>
      <w:r w:rsidR="00BD344B" w:rsidRPr="00751519">
        <w:rPr>
          <w:bCs/>
          <w:lang w:val="bg-BG"/>
        </w:rPr>
        <w:t>Centuries</w:t>
      </w:r>
      <w:proofErr w:type="spellEnd"/>
      <w:r w:rsidR="00BD344B" w:rsidRPr="00751519">
        <w:rPr>
          <w:bCs/>
          <w:lang w:val="bg-BG"/>
        </w:rPr>
        <w:t xml:space="preserve">) / Българската католическа общност в </w:t>
      </w:r>
      <w:proofErr w:type="spellStart"/>
      <w:r w:rsidR="00BD344B" w:rsidRPr="00751519">
        <w:rPr>
          <w:bCs/>
          <w:lang w:val="bg-BG"/>
        </w:rPr>
        <w:t>Чоплеа</w:t>
      </w:r>
      <w:proofErr w:type="spellEnd"/>
      <w:r w:rsidR="00BD344B" w:rsidRPr="00751519">
        <w:rPr>
          <w:bCs/>
          <w:lang w:val="bg-BG"/>
        </w:rPr>
        <w:t xml:space="preserve"> в мемоарите на архиепископ </w:t>
      </w:r>
      <w:proofErr w:type="spellStart"/>
      <w:r w:rsidR="00BD344B" w:rsidRPr="00751519">
        <w:rPr>
          <w:bCs/>
          <w:lang w:val="bg-BG"/>
        </w:rPr>
        <w:t>Раймунд</w:t>
      </w:r>
      <w:proofErr w:type="spellEnd"/>
      <w:r w:rsidR="00BD344B" w:rsidRPr="00751519">
        <w:rPr>
          <w:bCs/>
          <w:lang w:val="bg-BG"/>
        </w:rPr>
        <w:t xml:space="preserve"> </w:t>
      </w:r>
      <w:proofErr w:type="spellStart"/>
      <w:r w:rsidR="00BD344B" w:rsidRPr="00751519">
        <w:rPr>
          <w:bCs/>
          <w:lang w:val="bg-BG"/>
        </w:rPr>
        <w:t>Нецхамер</w:t>
      </w:r>
      <w:proofErr w:type="spellEnd"/>
      <w:r w:rsidR="00BD344B" w:rsidRPr="00751519">
        <w:rPr>
          <w:bCs/>
          <w:lang w:val="bg-BG"/>
        </w:rPr>
        <w:t xml:space="preserve"> (XIX–XX век)</w:t>
      </w:r>
    </w:p>
    <w:p w14:paraId="69A6C68D" w14:textId="2477FBD3" w:rsidR="00BD344B" w:rsidRDefault="00143BD7" w:rsidP="00BD344B">
      <w:pPr>
        <w:pBdr>
          <w:bottom w:val="single" w:sz="4" w:space="3" w:color="C8D5CC"/>
        </w:pBdr>
        <w:tabs>
          <w:tab w:val="left" w:pos="1474"/>
        </w:tabs>
        <w:spacing w:after="220" w:line="259" w:lineRule="auto"/>
        <w:ind w:left="1474" w:hanging="1474"/>
        <w:jc w:val="both"/>
        <w:rPr>
          <w:b/>
          <w:color w:val="1A1A1A"/>
          <w:lang w:val="bg-BG"/>
        </w:rPr>
      </w:pPr>
      <w:r>
        <w:rPr>
          <w:b/>
          <w:color w:val="A5281A"/>
        </w:rPr>
        <w:t>1</w:t>
      </w:r>
      <w:r w:rsidR="00F75149">
        <w:rPr>
          <w:b/>
          <w:color w:val="A5281A"/>
          <w:lang w:val="bg-BG"/>
        </w:rPr>
        <w:t>0</w:t>
      </w:r>
      <w:r>
        <w:rPr>
          <w:b/>
          <w:color w:val="A5281A"/>
        </w:rPr>
        <w:t>:</w:t>
      </w:r>
      <w:r w:rsidR="00F75149">
        <w:rPr>
          <w:b/>
          <w:color w:val="A5281A"/>
          <w:lang w:val="bg-BG"/>
        </w:rPr>
        <w:t>45</w:t>
      </w:r>
      <w:r>
        <w:rPr>
          <w:b/>
          <w:color w:val="A5281A"/>
        </w:rPr>
        <w:t xml:space="preserve"> – 1</w:t>
      </w:r>
      <w:r w:rsidR="002A54B2">
        <w:rPr>
          <w:b/>
          <w:color w:val="A5281A"/>
          <w:lang w:val="bg-BG"/>
        </w:rPr>
        <w:t>1</w:t>
      </w:r>
      <w:r>
        <w:rPr>
          <w:b/>
          <w:color w:val="A5281A"/>
        </w:rPr>
        <w:t>:</w:t>
      </w:r>
      <w:r w:rsidR="00F75149">
        <w:rPr>
          <w:b/>
          <w:color w:val="A5281A"/>
          <w:lang w:val="bg-BG"/>
        </w:rPr>
        <w:t>00</w:t>
      </w:r>
      <w:r>
        <w:rPr>
          <w:b/>
          <w:color w:val="1A1A1A"/>
        </w:rPr>
        <w:tab/>
      </w:r>
      <w:r w:rsidR="00BD344B">
        <w:rPr>
          <w:b/>
          <w:color w:val="1A1A1A"/>
        </w:rPr>
        <w:t>CĂTĂLIN GRIGORE</w:t>
      </w:r>
      <w:r w:rsidR="00BD344B">
        <w:rPr>
          <w:i/>
          <w:color w:val="555555"/>
        </w:rPr>
        <w:t xml:space="preserve"> (University of Bucharest, </w:t>
      </w:r>
      <w:r w:rsidR="00BD344B" w:rsidRPr="00C94FE4">
        <w:rPr>
          <w:i/>
          <w:color w:val="555555"/>
        </w:rPr>
        <w:t>Romania</w:t>
      </w:r>
      <w:r w:rsidR="00BD344B">
        <w:rPr>
          <w:i/>
          <w:color w:val="555555"/>
        </w:rPr>
        <w:t>)</w:t>
      </w:r>
      <w:r w:rsidR="00BD344B">
        <w:rPr>
          <w:color w:val="1A1A1A"/>
        </w:rPr>
        <w:t xml:space="preserve"> – Preserving the </w:t>
      </w:r>
      <w:proofErr w:type="spellStart"/>
      <w:r w:rsidR="00BD344B">
        <w:rPr>
          <w:color w:val="1A1A1A"/>
        </w:rPr>
        <w:t>Pavlikean</w:t>
      </w:r>
      <w:proofErr w:type="spellEnd"/>
      <w:r w:rsidR="00BD344B">
        <w:rPr>
          <w:color w:val="1A1A1A"/>
        </w:rPr>
        <w:t xml:space="preserve"> Voice: A Comparative Linguistic and Literary Analysis of Folklore across Two Eras</w:t>
      </w:r>
      <w:r w:rsidR="00BD344B">
        <w:rPr>
          <w:color w:val="1A1A1A"/>
          <w:lang w:val="bg-BG"/>
        </w:rPr>
        <w:t xml:space="preserve"> / </w:t>
      </w:r>
      <w:proofErr w:type="spellStart"/>
      <w:r w:rsidR="00BD344B">
        <w:rPr>
          <w:color w:val="1A1A1A"/>
        </w:rPr>
        <w:t>Съхраняване</w:t>
      </w:r>
      <w:proofErr w:type="spellEnd"/>
      <w:r w:rsidR="00BD344B">
        <w:rPr>
          <w:color w:val="1A1A1A"/>
        </w:rPr>
        <w:t xml:space="preserve"> </w:t>
      </w:r>
      <w:proofErr w:type="spellStart"/>
      <w:r w:rsidR="00BD344B">
        <w:rPr>
          <w:color w:val="1A1A1A"/>
        </w:rPr>
        <w:t>на</w:t>
      </w:r>
      <w:proofErr w:type="spellEnd"/>
      <w:r w:rsidR="00BD344B">
        <w:rPr>
          <w:color w:val="1A1A1A"/>
        </w:rPr>
        <w:t xml:space="preserve"> </w:t>
      </w:r>
      <w:proofErr w:type="spellStart"/>
      <w:r w:rsidR="00BD344B">
        <w:rPr>
          <w:color w:val="1A1A1A"/>
        </w:rPr>
        <w:t>павликянския</w:t>
      </w:r>
      <w:proofErr w:type="spellEnd"/>
      <w:r w:rsidR="00BD344B">
        <w:rPr>
          <w:color w:val="1A1A1A"/>
        </w:rPr>
        <w:t xml:space="preserve"> </w:t>
      </w:r>
      <w:proofErr w:type="spellStart"/>
      <w:r w:rsidR="00BD344B">
        <w:rPr>
          <w:color w:val="1A1A1A"/>
        </w:rPr>
        <w:t>глас</w:t>
      </w:r>
      <w:proofErr w:type="spellEnd"/>
      <w:r w:rsidR="00BD344B">
        <w:rPr>
          <w:color w:val="1A1A1A"/>
        </w:rPr>
        <w:t xml:space="preserve">: </w:t>
      </w:r>
      <w:proofErr w:type="spellStart"/>
      <w:r w:rsidR="00BD344B">
        <w:rPr>
          <w:color w:val="1A1A1A"/>
        </w:rPr>
        <w:t>сравнителен</w:t>
      </w:r>
      <w:proofErr w:type="spellEnd"/>
      <w:r w:rsidR="00BD344B">
        <w:rPr>
          <w:color w:val="1A1A1A"/>
        </w:rPr>
        <w:t xml:space="preserve"> </w:t>
      </w:r>
      <w:proofErr w:type="spellStart"/>
      <w:r w:rsidR="00BD344B">
        <w:rPr>
          <w:color w:val="1A1A1A"/>
        </w:rPr>
        <w:t>езиков</w:t>
      </w:r>
      <w:proofErr w:type="spellEnd"/>
      <w:r w:rsidR="00BD344B">
        <w:rPr>
          <w:color w:val="1A1A1A"/>
        </w:rPr>
        <w:t xml:space="preserve"> и </w:t>
      </w:r>
      <w:proofErr w:type="spellStart"/>
      <w:r w:rsidR="00BD344B">
        <w:rPr>
          <w:color w:val="1A1A1A"/>
        </w:rPr>
        <w:t>литературен</w:t>
      </w:r>
      <w:proofErr w:type="spellEnd"/>
      <w:r w:rsidR="00BD344B">
        <w:rPr>
          <w:color w:val="1A1A1A"/>
        </w:rPr>
        <w:t xml:space="preserve"> </w:t>
      </w:r>
      <w:proofErr w:type="spellStart"/>
      <w:r w:rsidR="00BD344B">
        <w:rPr>
          <w:color w:val="1A1A1A"/>
        </w:rPr>
        <w:t>анализ</w:t>
      </w:r>
      <w:proofErr w:type="spellEnd"/>
      <w:r w:rsidR="00BD344B">
        <w:rPr>
          <w:color w:val="1A1A1A"/>
        </w:rPr>
        <w:t xml:space="preserve"> </w:t>
      </w:r>
      <w:proofErr w:type="spellStart"/>
      <w:r w:rsidR="00BD344B">
        <w:rPr>
          <w:color w:val="1A1A1A"/>
        </w:rPr>
        <w:t>на</w:t>
      </w:r>
      <w:proofErr w:type="spellEnd"/>
      <w:r w:rsidR="00BD344B">
        <w:rPr>
          <w:color w:val="1A1A1A"/>
        </w:rPr>
        <w:t xml:space="preserve"> </w:t>
      </w:r>
      <w:proofErr w:type="spellStart"/>
      <w:r w:rsidR="00BD344B">
        <w:rPr>
          <w:color w:val="1A1A1A"/>
        </w:rPr>
        <w:t>фолклора</w:t>
      </w:r>
      <w:proofErr w:type="spellEnd"/>
      <w:r w:rsidR="00BD344B">
        <w:rPr>
          <w:color w:val="1A1A1A"/>
        </w:rPr>
        <w:t xml:space="preserve"> </w:t>
      </w:r>
      <w:proofErr w:type="spellStart"/>
      <w:r w:rsidR="00BD344B">
        <w:rPr>
          <w:color w:val="1A1A1A"/>
        </w:rPr>
        <w:t>през</w:t>
      </w:r>
      <w:proofErr w:type="spellEnd"/>
      <w:r w:rsidR="00BD344B">
        <w:rPr>
          <w:color w:val="1A1A1A"/>
        </w:rPr>
        <w:t xml:space="preserve"> </w:t>
      </w:r>
      <w:proofErr w:type="spellStart"/>
      <w:r w:rsidR="00BD344B">
        <w:rPr>
          <w:color w:val="1A1A1A"/>
        </w:rPr>
        <w:t>две</w:t>
      </w:r>
      <w:proofErr w:type="spellEnd"/>
      <w:r w:rsidR="00BD344B">
        <w:rPr>
          <w:color w:val="1A1A1A"/>
        </w:rPr>
        <w:t xml:space="preserve"> </w:t>
      </w:r>
      <w:proofErr w:type="spellStart"/>
      <w:r w:rsidR="00BD344B">
        <w:rPr>
          <w:color w:val="1A1A1A"/>
        </w:rPr>
        <w:t>епохи</w:t>
      </w:r>
      <w:proofErr w:type="spellEnd"/>
      <w:r w:rsidR="00BD344B">
        <w:rPr>
          <w:color w:val="1A1A1A"/>
        </w:rPr>
        <w:t xml:space="preserve"> </w:t>
      </w:r>
    </w:p>
    <w:p w14:paraId="5878AE02" w14:textId="2605DA01" w:rsidR="00BD344B" w:rsidRDefault="00143BD7" w:rsidP="00BD344B">
      <w:pPr>
        <w:pBdr>
          <w:bottom w:val="single" w:sz="4" w:space="3" w:color="C8D5CC"/>
        </w:pBdr>
        <w:tabs>
          <w:tab w:val="left" w:pos="1474"/>
        </w:tabs>
        <w:spacing w:after="220" w:line="259" w:lineRule="auto"/>
        <w:ind w:left="1474" w:hanging="1474"/>
        <w:jc w:val="both"/>
        <w:rPr>
          <w:color w:val="1A1A1A"/>
          <w:lang w:val="bg-BG"/>
        </w:rPr>
      </w:pPr>
      <w:r>
        <w:rPr>
          <w:b/>
          <w:color w:val="A5281A"/>
        </w:rPr>
        <w:t>1</w:t>
      </w:r>
      <w:r w:rsidR="002A54B2">
        <w:rPr>
          <w:b/>
          <w:color w:val="A5281A"/>
          <w:lang w:val="bg-BG"/>
        </w:rPr>
        <w:t>1</w:t>
      </w:r>
      <w:r>
        <w:rPr>
          <w:b/>
          <w:color w:val="A5281A"/>
        </w:rPr>
        <w:t>:</w:t>
      </w:r>
      <w:r w:rsidR="00F75149">
        <w:rPr>
          <w:b/>
          <w:color w:val="A5281A"/>
          <w:lang w:val="bg-BG"/>
        </w:rPr>
        <w:t>00</w:t>
      </w:r>
      <w:r>
        <w:rPr>
          <w:b/>
          <w:color w:val="A5281A"/>
        </w:rPr>
        <w:t xml:space="preserve"> – 1</w:t>
      </w:r>
      <w:r w:rsidR="002A54B2">
        <w:rPr>
          <w:b/>
          <w:color w:val="A5281A"/>
          <w:lang w:val="bg-BG"/>
        </w:rPr>
        <w:t>1</w:t>
      </w:r>
      <w:r>
        <w:rPr>
          <w:b/>
          <w:color w:val="A5281A"/>
        </w:rPr>
        <w:t>:</w:t>
      </w:r>
      <w:r w:rsidR="00F75149">
        <w:rPr>
          <w:b/>
          <w:color w:val="A5281A"/>
          <w:lang w:val="bg-BG"/>
        </w:rPr>
        <w:t>15</w:t>
      </w:r>
      <w:r>
        <w:rPr>
          <w:b/>
          <w:color w:val="1A1A1A"/>
        </w:rPr>
        <w:tab/>
      </w:r>
      <w:r w:rsidR="00BD344B">
        <w:rPr>
          <w:b/>
          <w:color w:val="1A1A1A"/>
        </w:rPr>
        <w:t>ВЕНЕТА ЯНКОВА</w:t>
      </w:r>
      <w:r w:rsidR="00BD344B">
        <w:rPr>
          <w:i/>
          <w:color w:val="555555"/>
        </w:rPr>
        <w:t xml:space="preserve"> (</w:t>
      </w:r>
      <w:proofErr w:type="spellStart"/>
      <w:r w:rsidR="00BD344B">
        <w:rPr>
          <w:i/>
          <w:color w:val="555555"/>
        </w:rPr>
        <w:t>Букурещки</w:t>
      </w:r>
      <w:proofErr w:type="spellEnd"/>
      <w:r w:rsidR="00BD344B">
        <w:rPr>
          <w:i/>
          <w:color w:val="555555"/>
        </w:rPr>
        <w:t xml:space="preserve"> </w:t>
      </w:r>
      <w:proofErr w:type="spellStart"/>
      <w:r w:rsidR="00BD344B">
        <w:rPr>
          <w:i/>
          <w:color w:val="555555"/>
        </w:rPr>
        <w:t>университет</w:t>
      </w:r>
      <w:proofErr w:type="spellEnd"/>
      <w:r w:rsidR="00BD344B">
        <w:rPr>
          <w:i/>
          <w:color w:val="555555"/>
        </w:rPr>
        <w:t xml:space="preserve">; </w:t>
      </w:r>
      <w:proofErr w:type="spellStart"/>
      <w:r w:rsidR="00BD344B">
        <w:rPr>
          <w:i/>
          <w:color w:val="555555"/>
        </w:rPr>
        <w:t>Кирило-Методиевски</w:t>
      </w:r>
      <w:proofErr w:type="spellEnd"/>
      <w:r w:rsidR="00BD344B">
        <w:rPr>
          <w:i/>
          <w:color w:val="555555"/>
        </w:rPr>
        <w:t xml:space="preserve"> </w:t>
      </w:r>
      <w:proofErr w:type="spellStart"/>
      <w:r w:rsidR="00BD344B">
        <w:rPr>
          <w:i/>
          <w:color w:val="555555"/>
        </w:rPr>
        <w:t>научен</w:t>
      </w:r>
      <w:proofErr w:type="spellEnd"/>
      <w:r w:rsidR="00BD344B">
        <w:rPr>
          <w:i/>
          <w:color w:val="555555"/>
        </w:rPr>
        <w:t xml:space="preserve"> </w:t>
      </w:r>
      <w:proofErr w:type="spellStart"/>
      <w:r w:rsidR="00BD344B">
        <w:rPr>
          <w:i/>
          <w:color w:val="555555"/>
        </w:rPr>
        <w:t>център</w:t>
      </w:r>
      <w:proofErr w:type="spellEnd"/>
      <w:r w:rsidR="00BD344B">
        <w:rPr>
          <w:i/>
          <w:color w:val="555555"/>
        </w:rPr>
        <w:t xml:space="preserve"> – </w:t>
      </w:r>
      <w:proofErr w:type="gramStart"/>
      <w:r w:rsidR="00BD344B">
        <w:rPr>
          <w:i/>
          <w:color w:val="555555"/>
        </w:rPr>
        <w:t>БАН</w:t>
      </w:r>
      <w:r w:rsidR="00BD344B">
        <w:rPr>
          <w:i/>
          <w:color w:val="555555"/>
          <w:lang w:val="bg-BG"/>
        </w:rPr>
        <w:t>)</w:t>
      </w:r>
      <w:r w:rsidR="00BD344B">
        <w:rPr>
          <w:i/>
          <w:color w:val="555555"/>
        </w:rPr>
        <w:t xml:space="preserve"> </w:t>
      </w:r>
      <w:r w:rsidR="00BD344B">
        <w:rPr>
          <w:color w:val="1A1A1A"/>
        </w:rPr>
        <w:t xml:space="preserve"> –</w:t>
      </w:r>
      <w:proofErr w:type="gramEnd"/>
      <w:r w:rsidR="00BD344B">
        <w:rPr>
          <w:color w:val="1A1A1A"/>
        </w:rPr>
        <w:t xml:space="preserve"> „</w:t>
      </w:r>
      <w:proofErr w:type="spellStart"/>
      <w:r w:rsidR="00BD344B">
        <w:rPr>
          <w:color w:val="1A1A1A"/>
        </w:rPr>
        <w:t>Които</w:t>
      </w:r>
      <w:proofErr w:type="spellEnd"/>
      <w:r w:rsidR="00BD344B">
        <w:rPr>
          <w:color w:val="1A1A1A"/>
        </w:rPr>
        <w:t xml:space="preserve"> </w:t>
      </w:r>
      <w:proofErr w:type="spellStart"/>
      <w:r w:rsidR="00BD344B">
        <w:rPr>
          <w:color w:val="1A1A1A"/>
        </w:rPr>
        <w:t>са</w:t>
      </w:r>
      <w:proofErr w:type="spellEnd"/>
      <w:r w:rsidR="00BD344B">
        <w:rPr>
          <w:color w:val="1A1A1A"/>
        </w:rPr>
        <w:t xml:space="preserve"> </w:t>
      </w:r>
      <w:proofErr w:type="spellStart"/>
      <w:r w:rsidR="00BD344B">
        <w:rPr>
          <w:color w:val="1A1A1A"/>
        </w:rPr>
        <w:t>чужденци</w:t>
      </w:r>
      <w:proofErr w:type="spellEnd"/>
      <w:r w:rsidR="00BD344B">
        <w:rPr>
          <w:color w:val="1A1A1A"/>
        </w:rPr>
        <w:t xml:space="preserve"> у </w:t>
      </w:r>
      <w:proofErr w:type="spellStart"/>
      <w:r w:rsidR="00BD344B">
        <w:rPr>
          <w:color w:val="1A1A1A"/>
        </w:rPr>
        <w:t>дома</w:t>
      </w:r>
      <w:proofErr w:type="spellEnd"/>
      <w:r w:rsidR="00BD344B">
        <w:rPr>
          <w:color w:val="1A1A1A"/>
        </w:rPr>
        <w:t xml:space="preserve"> </w:t>
      </w:r>
      <w:proofErr w:type="spellStart"/>
      <w:proofErr w:type="gramStart"/>
      <w:r w:rsidR="00BD344B">
        <w:rPr>
          <w:color w:val="1A1A1A"/>
        </w:rPr>
        <w:t>си</w:t>
      </w:r>
      <w:proofErr w:type="spellEnd"/>
      <w:r w:rsidR="00BD344B">
        <w:rPr>
          <w:color w:val="1A1A1A"/>
        </w:rPr>
        <w:t>“ (</w:t>
      </w:r>
      <w:proofErr w:type="spellStart"/>
      <w:proofErr w:type="gramEnd"/>
      <w:r w:rsidR="00BD344B">
        <w:rPr>
          <w:color w:val="1A1A1A"/>
        </w:rPr>
        <w:t>унгарски</w:t>
      </w:r>
      <w:proofErr w:type="spellEnd"/>
      <w:r w:rsidR="00BD344B">
        <w:rPr>
          <w:color w:val="1A1A1A"/>
        </w:rPr>
        <w:t xml:space="preserve"> </w:t>
      </w:r>
      <w:proofErr w:type="spellStart"/>
      <w:r w:rsidR="00BD344B">
        <w:rPr>
          <w:color w:val="1A1A1A"/>
        </w:rPr>
        <w:t>свидетелства</w:t>
      </w:r>
      <w:proofErr w:type="spellEnd"/>
      <w:r w:rsidR="00BD344B">
        <w:rPr>
          <w:color w:val="1A1A1A"/>
        </w:rPr>
        <w:t xml:space="preserve"> </w:t>
      </w:r>
      <w:proofErr w:type="spellStart"/>
      <w:r w:rsidR="00BD344B">
        <w:rPr>
          <w:color w:val="1A1A1A"/>
        </w:rPr>
        <w:t>от</w:t>
      </w:r>
      <w:proofErr w:type="spellEnd"/>
      <w:r w:rsidR="00BD344B">
        <w:rPr>
          <w:color w:val="1A1A1A"/>
        </w:rPr>
        <w:t xml:space="preserve"> 1884 г. </w:t>
      </w:r>
      <w:proofErr w:type="spellStart"/>
      <w:r w:rsidR="00BD344B">
        <w:rPr>
          <w:color w:val="1A1A1A"/>
        </w:rPr>
        <w:t>за</w:t>
      </w:r>
      <w:proofErr w:type="spellEnd"/>
      <w:r w:rsidR="00BD344B">
        <w:rPr>
          <w:color w:val="1A1A1A"/>
        </w:rPr>
        <w:t xml:space="preserve"> </w:t>
      </w:r>
      <w:proofErr w:type="spellStart"/>
      <w:r w:rsidR="00BD344B">
        <w:rPr>
          <w:color w:val="1A1A1A"/>
        </w:rPr>
        <w:t>реемиграцията</w:t>
      </w:r>
      <w:proofErr w:type="spellEnd"/>
      <w:r w:rsidR="00BD344B">
        <w:rPr>
          <w:color w:val="1A1A1A"/>
        </w:rPr>
        <w:t xml:space="preserve"> </w:t>
      </w:r>
      <w:proofErr w:type="spellStart"/>
      <w:r w:rsidR="00BD344B">
        <w:rPr>
          <w:color w:val="1A1A1A"/>
        </w:rPr>
        <w:t>на</w:t>
      </w:r>
      <w:proofErr w:type="spellEnd"/>
      <w:r w:rsidR="00BD344B">
        <w:rPr>
          <w:color w:val="1A1A1A"/>
        </w:rPr>
        <w:t xml:space="preserve"> </w:t>
      </w:r>
      <w:proofErr w:type="spellStart"/>
      <w:r w:rsidR="00BD344B">
        <w:rPr>
          <w:color w:val="1A1A1A"/>
        </w:rPr>
        <w:t>банатските</w:t>
      </w:r>
      <w:proofErr w:type="spellEnd"/>
      <w:r w:rsidR="00BD344B">
        <w:rPr>
          <w:color w:val="1A1A1A"/>
        </w:rPr>
        <w:t xml:space="preserve"> </w:t>
      </w:r>
      <w:proofErr w:type="spellStart"/>
      <w:r w:rsidR="00BD344B">
        <w:rPr>
          <w:color w:val="1A1A1A"/>
        </w:rPr>
        <w:t>българи</w:t>
      </w:r>
      <w:proofErr w:type="spellEnd"/>
      <w:r w:rsidR="00BD344B">
        <w:rPr>
          <w:color w:val="1A1A1A"/>
        </w:rPr>
        <w:t>) / 'Who Are Strangers in Their Home' (Hungarian Testimony from 1884 on the Re-emigration of the Banat Bulgarians)</w:t>
      </w:r>
    </w:p>
    <w:p w14:paraId="6AD4FB79" w14:textId="12582B78" w:rsidR="00F75149" w:rsidRPr="000A4304" w:rsidRDefault="00F75149" w:rsidP="00F75149">
      <w:pPr>
        <w:pBdr>
          <w:bottom w:val="single" w:sz="4" w:space="3" w:color="C8D5CC"/>
        </w:pBdr>
        <w:tabs>
          <w:tab w:val="left" w:pos="1474"/>
        </w:tabs>
        <w:spacing w:after="220" w:line="259" w:lineRule="auto"/>
        <w:ind w:left="1474" w:hanging="1474"/>
        <w:jc w:val="both"/>
        <w:rPr>
          <w:color w:val="1A1A1A"/>
        </w:rPr>
      </w:pPr>
      <w:r w:rsidRPr="00094221">
        <w:rPr>
          <w:b/>
          <w:bCs/>
          <w:i/>
          <w:color w:val="C00000"/>
        </w:rPr>
        <w:t>1</w:t>
      </w:r>
      <w:r>
        <w:rPr>
          <w:b/>
          <w:bCs/>
          <w:i/>
          <w:color w:val="C00000"/>
          <w:lang w:val="bg-BG"/>
        </w:rPr>
        <w:t>1</w:t>
      </w:r>
      <w:r w:rsidRPr="00094221">
        <w:rPr>
          <w:b/>
          <w:bCs/>
          <w:i/>
          <w:color w:val="C00000"/>
        </w:rPr>
        <w:t>:</w:t>
      </w:r>
      <w:r>
        <w:rPr>
          <w:b/>
          <w:bCs/>
          <w:i/>
          <w:color w:val="C00000"/>
          <w:lang w:val="bg-BG"/>
        </w:rPr>
        <w:t>15</w:t>
      </w:r>
      <w:r w:rsidRPr="00094221">
        <w:rPr>
          <w:b/>
          <w:bCs/>
          <w:i/>
          <w:color w:val="C00000"/>
        </w:rPr>
        <w:t xml:space="preserve"> – 1</w:t>
      </w:r>
      <w:r>
        <w:rPr>
          <w:b/>
          <w:bCs/>
          <w:i/>
          <w:color w:val="C00000"/>
          <w:lang w:val="bg-BG"/>
        </w:rPr>
        <w:t>1</w:t>
      </w:r>
      <w:r w:rsidRPr="00094221">
        <w:rPr>
          <w:b/>
          <w:bCs/>
          <w:i/>
          <w:color w:val="C00000"/>
        </w:rPr>
        <w:t>:</w:t>
      </w:r>
      <w:r>
        <w:rPr>
          <w:b/>
          <w:bCs/>
          <w:i/>
          <w:color w:val="C00000"/>
          <w:lang w:val="bg-BG"/>
        </w:rPr>
        <w:t>30</w:t>
      </w:r>
      <w:r w:rsidRPr="00094221">
        <w:rPr>
          <w:i/>
          <w:color w:val="C00000"/>
        </w:rPr>
        <w:t xml:space="preserve">   </w:t>
      </w:r>
      <w:proofErr w:type="spellStart"/>
      <w:r w:rsidRPr="000A4304">
        <w:rPr>
          <w:i/>
          <w:color w:val="1A1A1A"/>
        </w:rPr>
        <w:t>Дискусия</w:t>
      </w:r>
      <w:proofErr w:type="spellEnd"/>
      <w:r w:rsidRPr="000A4304">
        <w:rPr>
          <w:i/>
          <w:color w:val="1A1A1A"/>
        </w:rPr>
        <w:t xml:space="preserve"> / Discussion</w:t>
      </w:r>
    </w:p>
    <w:p w14:paraId="4CCC5511" w14:textId="543B006B" w:rsidR="008E5318" w:rsidRPr="0059233B" w:rsidRDefault="00BA0A33">
      <w:pPr>
        <w:keepNext/>
        <w:pBdr>
          <w:top w:val="single" w:sz="18" w:space="4" w:color="A5281A"/>
        </w:pBdr>
        <w:spacing w:before="320" w:after="40"/>
        <w:jc w:val="center"/>
        <w:rPr>
          <w:smallCaps/>
          <w:sz w:val="28"/>
          <w:szCs w:val="28"/>
          <w:lang w:val="bg-BG"/>
        </w:rPr>
      </w:pPr>
      <w:r>
        <w:rPr>
          <w:noProof/>
        </w:rPr>
        <w:lastRenderedPageBreak/>
        <w:drawing>
          <wp:anchor distT="0" distB="0" distL="0" distR="0" simplePos="0" relativeHeight="251665920" behindDoc="1" locked="0" layoutInCell="1" allowOverlap="1" wp14:anchorId="3E60B801" wp14:editId="00D6EAA2">
            <wp:simplePos x="0" y="0"/>
            <wp:positionH relativeFrom="page">
              <wp:posOffset>762000</wp:posOffset>
            </wp:positionH>
            <wp:positionV relativeFrom="paragraph">
              <wp:posOffset>67310</wp:posOffset>
            </wp:positionV>
            <wp:extent cx="6012099" cy="800100"/>
            <wp:effectExtent l="0" t="0" r="8255" b="0"/>
            <wp:wrapNone/>
            <wp:docPr id="9119" name="Picture 9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_g.jpg"/>
                    <pic:cNvPicPr/>
                  </pic:nvPicPr>
                  <pic:blipFill>
                    <a:blip r:embed="rId17"/>
                    <a:stretch>
                      <a:fillRect/>
                    </a:stretch>
                  </pic:blipFill>
                  <pic:spPr>
                    <a:xfrm>
                      <a:off x="0" y="0"/>
                      <a:ext cx="6012099" cy="800100"/>
                    </a:xfrm>
                    <a:prstGeom prst="rect">
                      <a:avLst/>
                    </a:prstGeom>
                  </pic:spPr>
                </pic:pic>
              </a:graphicData>
            </a:graphic>
            <wp14:sizeRelV relativeFrom="margin">
              <wp14:pctHeight>0</wp14:pctHeight>
            </wp14:sizeRelV>
          </wp:anchor>
        </w:drawing>
      </w:r>
      <w:r w:rsidR="00BD344B">
        <w:rPr>
          <w:b/>
          <w:smallCaps/>
          <w:color w:val="FFFFFF"/>
          <w:sz w:val="28"/>
          <w:szCs w:val="28"/>
        </w:rPr>
        <w:t>СЕКЦИЯ „</w:t>
      </w:r>
      <w:proofErr w:type="spellStart"/>
      <w:r w:rsidR="00F75149" w:rsidRPr="00F75149">
        <w:rPr>
          <w:b/>
          <w:smallCaps/>
          <w:color w:val="FFFFFF"/>
          <w:sz w:val="28"/>
          <w:szCs w:val="28"/>
        </w:rPr>
        <w:t>Бесарабия</w:t>
      </w:r>
      <w:proofErr w:type="spellEnd"/>
      <w:r w:rsidR="00F75149" w:rsidRPr="00F75149">
        <w:rPr>
          <w:b/>
          <w:smallCaps/>
          <w:color w:val="FFFFFF"/>
          <w:sz w:val="28"/>
          <w:szCs w:val="28"/>
        </w:rPr>
        <w:t xml:space="preserve"> и </w:t>
      </w:r>
      <w:proofErr w:type="spellStart"/>
      <w:r w:rsidR="00F75149" w:rsidRPr="00F75149">
        <w:rPr>
          <w:b/>
          <w:smallCaps/>
          <w:color w:val="FFFFFF"/>
          <w:sz w:val="28"/>
          <w:szCs w:val="28"/>
        </w:rPr>
        <w:t>Таврия</w:t>
      </w:r>
      <w:proofErr w:type="spellEnd"/>
      <w:r w:rsidR="00F75149" w:rsidRPr="00F75149">
        <w:rPr>
          <w:b/>
          <w:smallCaps/>
          <w:color w:val="FFFFFF"/>
          <w:sz w:val="28"/>
          <w:szCs w:val="28"/>
        </w:rPr>
        <w:t xml:space="preserve">: </w:t>
      </w:r>
      <w:proofErr w:type="spellStart"/>
      <w:r w:rsidR="00F75149" w:rsidRPr="00F75149">
        <w:rPr>
          <w:b/>
          <w:smallCaps/>
          <w:color w:val="FFFFFF"/>
          <w:sz w:val="28"/>
          <w:szCs w:val="28"/>
        </w:rPr>
        <w:t>език</w:t>
      </w:r>
      <w:proofErr w:type="spellEnd"/>
      <w:r w:rsidR="00F75149" w:rsidRPr="00F75149">
        <w:rPr>
          <w:b/>
          <w:smallCaps/>
          <w:color w:val="FFFFFF"/>
          <w:sz w:val="28"/>
          <w:szCs w:val="28"/>
        </w:rPr>
        <w:t xml:space="preserve">, </w:t>
      </w:r>
      <w:proofErr w:type="spellStart"/>
      <w:r w:rsidR="00F75149" w:rsidRPr="00F75149">
        <w:rPr>
          <w:b/>
          <w:smallCaps/>
          <w:color w:val="FFFFFF"/>
          <w:sz w:val="28"/>
          <w:szCs w:val="28"/>
        </w:rPr>
        <w:t>образование</w:t>
      </w:r>
      <w:proofErr w:type="spellEnd"/>
      <w:r w:rsidR="00F75149" w:rsidRPr="00F75149">
        <w:rPr>
          <w:b/>
          <w:smallCaps/>
          <w:color w:val="FFFFFF"/>
          <w:sz w:val="28"/>
          <w:szCs w:val="28"/>
        </w:rPr>
        <w:t xml:space="preserve"> и </w:t>
      </w:r>
      <w:proofErr w:type="spellStart"/>
      <w:r w:rsidR="00F75149" w:rsidRPr="00F75149">
        <w:rPr>
          <w:b/>
          <w:smallCaps/>
          <w:color w:val="FFFFFF"/>
          <w:sz w:val="28"/>
          <w:szCs w:val="28"/>
        </w:rPr>
        <w:t>културна</w:t>
      </w:r>
      <w:proofErr w:type="spellEnd"/>
      <w:r w:rsidR="00F75149" w:rsidRPr="00F75149">
        <w:rPr>
          <w:b/>
          <w:smallCaps/>
          <w:color w:val="FFFFFF"/>
          <w:sz w:val="28"/>
          <w:szCs w:val="28"/>
        </w:rPr>
        <w:t xml:space="preserve"> </w:t>
      </w:r>
      <w:proofErr w:type="spellStart"/>
      <w:proofErr w:type="gramStart"/>
      <w:r w:rsidR="00F75149" w:rsidRPr="00F75149">
        <w:rPr>
          <w:b/>
          <w:smallCaps/>
          <w:color w:val="FFFFFF"/>
          <w:sz w:val="28"/>
          <w:szCs w:val="28"/>
        </w:rPr>
        <w:t>памет</w:t>
      </w:r>
      <w:proofErr w:type="spellEnd"/>
      <w:r w:rsidR="00BD344B">
        <w:rPr>
          <w:b/>
          <w:smallCaps/>
          <w:color w:val="FFFFFF"/>
          <w:sz w:val="28"/>
          <w:szCs w:val="28"/>
        </w:rPr>
        <w:t>“</w:t>
      </w:r>
      <w:proofErr w:type="gramEnd"/>
    </w:p>
    <w:p w14:paraId="55E84690" w14:textId="77777777" w:rsidR="008E5318" w:rsidRPr="00BA0A33" w:rsidRDefault="00BD344B">
      <w:pPr>
        <w:keepNext/>
        <w:pBdr>
          <w:bottom w:val="single" w:sz="18" w:space="4" w:color="A5281A"/>
        </w:pBdr>
        <w:spacing w:after="40"/>
        <w:jc w:val="center"/>
        <w:rPr>
          <w:smallCaps/>
          <w:sz w:val="28"/>
          <w:szCs w:val="28"/>
          <w:lang w:val="bg-BG"/>
        </w:rPr>
      </w:pPr>
      <w:r w:rsidRPr="00BA0A33">
        <w:rPr>
          <w:b/>
          <w:smallCaps/>
          <w:color w:val="FFFFFF"/>
          <w:sz w:val="28"/>
          <w:szCs w:val="28"/>
        </w:rPr>
        <w:t>SECTION</w:t>
      </w:r>
      <w:r w:rsidRPr="00BA0A33">
        <w:rPr>
          <w:b/>
          <w:smallCaps/>
          <w:color w:val="FFFFFF"/>
          <w:sz w:val="28"/>
          <w:szCs w:val="28"/>
          <w:lang w:val="bg-BG"/>
        </w:rPr>
        <w:t xml:space="preserve"> </w:t>
      </w:r>
      <w:r w:rsidRPr="00BA0A33">
        <w:rPr>
          <w:b/>
          <w:smallCaps/>
          <w:color w:val="FFFFFF"/>
          <w:sz w:val="28"/>
          <w:szCs w:val="28"/>
        </w:rPr>
        <w:t>„</w:t>
      </w:r>
      <w:r w:rsidR="00F75149" w:rsidRPr="00BA0A33">
        <w:rPr>
          <w:b/>
          <w:smallCaps/>
          <w:color w:val="FFFFFF"/>
          <w:sz w:val="28"/>
          <w:szCs w:val="28"/>
        </w:rPr>
        <w:t xml:space="preserve">Bessarabia and Tavria: Language, Education and Cultural </w:t>
      </w:r>
      <w:proofErr w:type="gramStart"/>
      <w:r w:rsidR="00F75149" w:rsidRPr="00BA0A33">
        <w:rPr>
          <w:b/>
          <w:smallCaps/>
          <w:color w:val="FFFFFF"/>
          <w:sz w:val="28"/>
          <w:szCs w:val="28"/>
        </w:rPr>
        <w:t>Memory</w:t>
      </w:r>
      <w:r w:rsidRPr="00BA0A33">
        <w:rPr>
          <w:b/>
          <w:smallCaps/>
          <w:color w:val="FFFFFF"/>
          <w:sz w:val="28"/>
          <w:szCs w:val="28"/>
        </w:rPr>
        <w:t>“</w:t>
      </w:r>
      <w:proofErr w:type="gramEnd"/>
    </w:p>
    <w:p w14:paraId="4AE7F6E7" w14:textId="77777777" w:rsidR="006128FF" w:rsidRPr="0059233B" w:rsidRDefault="006128FF">
      <w:pPr>
        <w:keepNext/>
        <w:spacing w:after="160"/>
        <w:jc w:val="center"/>
        <w:rPr>
          <w:i/>
          <w:smallCaps/>
          <w:color w:val="1A1A1A"/>
          <w:sz w:val="20"/>
          <w:lang w:val="bg-BG"/>
        </w:rPr>
      </w:pPr>
      <w:r>
        <w:rPr>
          <w:i/>
          <w:color w:val="1A1A1A"/>
          <w:sz w:val="20"/>
        </w:rPr>
        <w:t>11:30 – 13:00</w:t>
      </w:r>
    </w:p>
    <w:p w14:paraId="61E47E61" w14:textId="1C2269CD" w:rsidR="001805B4" w:rsidRPr="0059233B" w:rsidRDefault="001805B4" w:rsidP="001805B4">
      <w:pPr>
        <w:keepNext/>
        <w:pBdr>
          <w:left w:val="single" w:sz="24" w:space="6" w:color="2E7D5B"/>
        </w:pBdr>
        <w:shd w:val="clear" w:color="auto" w:fill="E3EFE7"/>
        <w:jc w:val="center"/>
        <w:rPr>
          <w:color w:val="1A1A1A"/>
        </w:rPr>
      </w:pPr>
      <w:proofErr w:type="spellStart"/>
      <w:r>
        <w:rPr>
          <w:color w:val="1A1A1A"/>
        </w:rPr>
        <w:t>Модератор</w:t>
      </w:r>
      <w:proofErr w:type="spellEnd"/>
      <w:r>
        <w:rPr>
          <w:color w:val="1A1A1A"/>
        </w:rPr>
        <w:t xml:space="preserve">: </w:t>
      </w:r>
      <w:r w:rsidR="00F75149">
        <w:rPr>
          <w:color w:val="1A1A1A"/>
          <w:lang w:val="bg-BG"/>
        </w:rPr>
        <w:t xml:space="preserve">гл. ас. </w:t>
      </w:r>
      <w:r w:rsidRPr="0059233B">
        <w:rPr>
          <w:color w:val="1A1A1A"/>
        </w:rPr>
        <w:t xml:space="preserve">д-р </w:t>
      </w:r>
      <w:proofErr w:type="spellStart"/>
      <w:r w:rsidRPr="0059233B">
        <w:rPr>
          <w:color w:val="1A1A1A"/>
        </w:rPr>
        <w:t>Олга</w:t>
      </w:r>
      <w:proofErr w:type="spellEnd"/>
      <w:r w:rsidRPr="0059233B">
        <w:rPr>
          <w:color w:val="1A1A1A"/>
        </w:rPr>
        <w:t xml:space="preserve"> </w:t>
      </w:r>
      <w:proofErr w:type="spellStart"/>
      <w:r w:rsidRPr="0059233B">
        <w:rPr>
          <w:color w:val="1A1A1A"/>
        </w:rPr>
        <w:t>Колот</w:t>
      </w:r>
      <w:proofErr w:type="spellEnd"/>
      <w:r w:rsidRPr="0059233B">
        <w:rPr>
          <w:color w:val="1A1A1A"/>
        </w:rPr>
        <w:t xml:space="preserve"> </w:t>
      </w:r>
      <w:r>
        <w:rPr>
          <w:color w:val="1A1A1A"/>
        </w:rPr>
        <w:t>/ Moderator: Assist. Prof. Dr. Olga Kolot</w:t>
      </w:r>
    </w:p>
    <w:p w14:paraId="7377D117" w14:textId="77777777" w:rsidR="00BD344B" w:rsidRPr="0059233B" w:rsidRDefault="00143BD7" w:rsidP="00BD344B">
      <w:pPr>
        <w:pBdr>
          <w:bottom w:val="single" w:sz="4" w:space="3" w:color="C8D5CC"/>
        </w:pBdr>
        <w:tabs>
          <w:tab w:val="left" w:pos="1474"/>
        </w:tabs>
        <w:spacing w:after="220" w:line="259" w:lineRule="auto"/>
        <w:ind w:left="1474" w:hanging="1474"/>
        <w:jc w:val="both"/>
        <w:rPr>
          <w:lang w:val="bg-BG"/>
        </w:rPr>
      </w:pPr>
      <w:bookmarkStart w:id="3" w:name="_Hlk241755005"/>
      <w:r>
        <w:rPr>
          <w:b/>
          <w:color w:val="A5281A"/>
        </w:rPr>
        <w:t>1</w:t>
      </w:r>
      <w:r w:rsidR="002A54B2">
        <w:rPr>
          <w:b/>
          <w:color w:val="A5281A"/>
          <w:lang w:val="bg-BG"/>
        </w:rPr>
        <w:t>1</w:t>
      </w:r>
      <w:r>
        <w:rPr>
          <w:b/>
          <w:color w:val="A5281A"/>
        </w:rPr>
        <w:t>:</w:t>
      </w:r>
      <w:r w:rsidR="002A54B2">
        <w:rPr>
          <w:b/>
          <w:color w:val="A5281A"/>
          <w:lang w:val="bg-BG"/>
        </w:rPr>
        <w:t>30</w:t>
      </w:r>
      <w:r>
        <w:rPr>
          <w:b/>
          <w:color w:val="A5281A"/>
        </w:rPr>
        <w:t xml:space="preserve"> – 1</w:t>
      </w:r>
      <w:r w:rsidR="002A54B2">
        <w:rPr>
          <w:b/>
          <w:color w:val="A5281A"/>
          <w:lang w:val="bg-BG"/>
        </w:rPr>
        <w:t>1</w:t>
      </w:r>
      <w:r>
        <w:rPr>
          <w:b/>
          <w:color w:val="A5281A"/>
        </w:rPr>
        <w:t>:</w:t>
      </w:r>
      <w:r w:rsidR="002A54B2">
        <w:rPr>
          <w:b/>
          <w:color w:val="A5281A"/>
          <w:lang w:val="bg-BG"/>
        </w:rPr>
        <w:t>45</w:t>
      </w:r>
      <w:bookmarkEnd w:id="3"/>
      <w:r>
        <w:rPr>
          <w:b/>
          <w:color w:val="1A1A1A"/>
        </w:rPr>
        <w:tab/>
      </w:r>
      <w:r w:rsidR="00BD344B">
        <w:rPr>
          <w:b/>
          <w:color w:val="1A1A1A"/>
        </w:rPr>
        <w:t>НАДЕЖДА ГАЙДАРЖИ</w:t>
      </w:r>
      <w:r w:rsidR="00BD344B">
        <w:rPr>
          <w:i/>
          <w:color w:val="555555"/>
        </w:rPr>
        <w:t xml:space="preserve"> (</w:t>
      </w:r>
      <w:proofErr w:type="spellStart"/>
      <w:r w:rsidR="00BD344B">
        <w:rPr>
          <w:i/>
          <w:color w:val="555555"/>
        </w:rPr>
        <w:t>Русенски</w:t>
      </w:r>
      <w:proofErr w:type="spellEnd"/>
      <w:r w:rsidR="00BD344B">
        <w:rPr>
          <w:i/>
          <w:color w:val="555555"/>
        </w:rPr>
        <w:t xml:space="preserve"> </w:t>
      </w:r>
      <w:proofErr w:type="spellStart"/>
      <w:r w:rsidR="00BD344B">
        <w:rPr>
          <w:i/>
          <w:color w:val="555555"/>
        </w:rPr>
        <w:t>унив</w:t>
      </w:r>
      <w:r w:rsidR="00BD344B">
        <w:rPr>
          <w:i/>
          <w:color w:val="555555"/>
          <w:lang w:val="bg-BG"/>
        </w:rPr>
        <w:t>ерситет</w:t>
      </w:r>
      <w:proofErr w:type="spellEnd"/>
      <w:r w:rsidR="00BD344B">
        <w:rPr>
          <w:i/>
          <w:color w:val="555555"/>
        </w:rPr>
        <w:t xml:space="preserve"> „</w:t>
      </w:r>
      <w:proofErr w:type="spellStart"/>
      <w:r w:rsidR="00BD344B">
        <w:rPr>
          <w:i/>
          <w:color w:val="555555"/>
        </w:rPr>
        <w:t>Ангел</w:t>
      </w:r>
      <w:proofErr w:type="spellEnd"/>
      <w:r w:rsidR="00BD344B">
        <w:rPr>
          <w:i/>
          <w:color w:val="555555"/>
        </w:rPr>
        <w:t xml:space="preserve"> </w:t>
      </w:r>
      <w:proofErr w:type="gramStart"/>
      <w:r w:rsidR="00BD344B">
        <w:rPr>
          <w:i/>
          <w:color w:val="555555"/>
        </w:rPr>
        <w:t>Кънчев“</w:t>
      </w:r>
      <w:r w:rsidR="00BD344B">
        <w:rPr>
          <w:i/>
          <w:color w:val="555555"/>
          <w:lang w:val="bg-BG"/>
        </w:rPr>
        <w:t xml:space="preserve"> </w:t>
      </w:r>
      <w:r w:rsidR="00BD344B">
        <w:rPr>
          <w:i/>
          <w:color w:val="555555"/>
        </w:rPr>
        <w:t>–</w:t>
      </w:r>
      <w:proofErr w:type="gramEnd"/>
      <w:r w:rsidR="00BD344B">
        <w:rPr>
          <w:i/>
          <w:color w:val="555555"/>
        </w:rPr>
        <w:t xml:space="preserve"> </w:t>
      </w:r>
      <w:r w:rsidR="00BD344B">
        <w:rPr>
          <w:i/>
          <w:color w:val="555555"/>
          <w:lang w:val="bg-BG"/>
        </w:rPr>
        <w:t>Ф</w:t>
      </w:r>
      <w:proofErr w:type="spellStart"/>
      <w:r w:rsidR="00BD344B">
        <w:rPr>
          <w:i/>
          <w:color w:val="555555"/>
        </w:rPr>
        <w:t>илиал</w:t>
      </w:r>
      <w:proofErr w:type="spellEnd"/>
      <w:r w:rsidR="00BD344B">
        <w:rPr>
          <w:i/>
          <w:color w:val="555555"/>
        </w:rPr>
        <w:t xml:space="preserve"> Тараклия, Р</w:t>
      </w:r>
      <w:proofErr w:type="spellStart"/>
      <w:r w:rsidR="00BD344B">
        <w:rPr>
          <w:i/>
          <w:color w:val="555555"/>
          <w:lang w:val="bg-BG"/>
        </w:rPr>
        <w:t>епублика</w:t>
      </w:r>
      <w:proofErr w:type="spellEnd"/>
      <w:r w:rsidR="00BD344B">
        <w:rPr>
          <w:i/>
          <w:color w:val="555555"/>
        </w:rPr>
        <w:t xml:space="preserve"> </w:t>
      </w:r>
      <w:proofErr w:type="spellStart"/>
      <w:r w:rsidR="00BD344B">
        <w:rPr>
          <w:i/>
          <w:color w:val="555555"/>
        </w:rPr>
        <w:t>Молдова</w:t>
      </w:r>
      <w:proofErr w:type="spellEnd"/>
      <w:r w:rsidR="00BD344B">
        <w:rPr>
          <w:i/>
          <w:color w:val="555555"/>
          <w:lang w:val="bg-BG"/>
        </w:rPr>
        <w:t xml:space="preserve">) </w:t>
      </w:r>
      <w:r w:rsidR="00BD344B">
        <w:rPr>
          <w:color w:val="1A1A1A"/>
        </w:rPr>
        <w:t xml:space="preserve">– </w:t>
      </w:r>
      <w:proofErr w:type="spellStart"/>
      <w:r w:rsidR="00BD344B">
        <w:rPr>
          <w:color w:val="1A1A1A"/>
        </w:rPr>
        <w:t>Гласове</w:t>
      </w:r>
      <w:proofErr w:type="spellEnd"/>
      <w:r w:rsidR="00BD344B">
        <w:rPr>
          <w:color w:val="1A1A1A"/>
        </w:rPr>
        <w:t xml:space="preserve"> </w:t>
      </w:r>
      <w:proofErr w:type="spellStart"/>
      <w:r w:rsidR="00BD344B">
        <w:rPr>
          <w:color w:val="1A1A1A"/>
        </w:rPr>
        <w:t>от</w:t>
      </w:r>
      <w:proofErr w:type="spellEnd"/>
      <w:r w:rsidR="00BD344B">
        <w:rPr>
          <w:color w:val="1A1A1A"/>
        </w:rPr>
        <w:t xml:space="preserve"> </w:t>
      </w:r>
      <w:proofErr w:type="spellStart"/>
      <w:r w:rsidR="00BD344B">
        <w:rPr>
          <w:color w:val="1A1A1A"/>
        </w:rPr>
        <w:t>миналото</w:t>
      </w:r>
      <w:proofErr w:type="spellEnd"/>
      <w:r w:rsidR="00BD344B">
        <w:rPr>
          <w:color w:val="1A1A1A"/>
        </w:rPr>
        <w:t xml:space="preserve">, </w:t>
      </w:r>
      <w:proofErr w:type="spellStart"/>
      <w:r w:rsidR="00BD344B">
        <w:rPr>
          <w:color w:val="1A1A1A"/>
        </w:rPr>
        <w:t>послания</w:t>
      </w:r>
      <w:proofErr w:type="spellEnd"/>
      <w:r w:rsidR="00BD344B">
        <w:rPr>
          <w:color w:val="1A1A1A"/>
        </w:rPr>
        <w:t xml:space="preserve"> в </w:t>
      </w:r>
      <w:proofErr w:type="spellStart"/>
      <w:r w:rsidR="00BD344B">
        <w:rPr>
          <w:color w:val="1A1A1A"/>
        </w:rPr>
        <w:t>бъдещето</w:t>
      </w:r>
      <w:proofErr w:type="spellEnd"/>
      <w:r w:rsidR="00BD344B">
        <w:rPr>
          <w:color w:val="1A1A1A"/>
        </w:rPr>
        <w:t xml:space="preserve">: </w:t>
      </w:r>
      <w:proofErr w:type="spellStart"/>
      <w:r w:rsidR="00BD344B">
        <w:rPr>
          <w:color w:val="1A1A1A"/>
        </w:rPr>
        <w:t>бабините</w:t>
      </w:r>
      <w:proofErr w:type="spellEnd"/>
      <w:r w:rsidR="00BD344B">
        <w:rPr>
          <w:color w:val="1A1A1A"/>
        </w:rPr>
        <w:t xml:space="preserve"> </w:t>
      </w:r>
      <w:proofErr w:type="spellStart"/>
      <w:r w:rsidR="00BD344B">
        <w:rPr>
          <w:color w:val="1A1A1A"/>
        </w:rPr>
        <w:t>песни</w:t>
      </w:r>
      <w:proofErr w:type="spellEnd"/>
      <w:r w:rsidR="00BD344B">
        <w:rPr>
          <w:color w:val="1A1A1A"/>
        </w:rPr>
        <w:t xml:space="preserve"> </w:t>
      </w:r>
      <w:proofErr w:type="spellStart"/>
      <w:r w:rsidR="00BD344B">
        <w:rPr>
          <w:color w:val="1A1A1A"/>
        </w:rPr>
        <w:t>от</w:t>
      </w:r>
      <w:proofErr w:type="spellEnd"/>
      <w:r w:rsidR="00BD344B">
        <w:rPr>
          <w:color w:val="1A1A1A"/>
        </w:rPr>
        <w:t xml:space="preserve"> </w:t>
      </w:r>
      <w:proofErr w:type="spellStart"/>
      <w:r w:rsidR="00BD344B">
        <w:rPr>
          <w:color w:val="1A1A1A"/>
        </w:rPr>
        <w:t>Бесарабия</w:t>
      </w:r>
      <w:proofErr w:type="spellEnd"/>
      <w:r w:rsidR="00BD344B">
        <w:rPr>
          <w:color w:val="1A1A1A"/>
        </w:rPr>
        <w:t xml:space="preserve"> в </w:t>
      </w:r>
      <w:proofErr w:type="spellStart"/>
      <w:r w:rsidR="00BD344B">
        <w:rPr>
          <w:color w:val="1A1A1A"/>
        </w:rPr>
        <w:t>диалог</w:t>
      </w:r>
      <w:proofErr w:type="spellEnd"/>
      <w:r w:rsidR="00BD344B">
        <w:rPr>
          <w:color w:val="1A1A1A"/>
        </w:rPr>
        <w:t xml:space="preserve"> с </w:t>
      </w:r>
      <w:proofErr w:type="spellStart"/>
      <w:r w:rsidR="00BD344B">
        <w:rPr>
          <w:color w:val="1A1A1A"/>
        </w:rPr>
        <w:t>българската</w:t>
      </w:r>
      <w:proofErr w:type="spellEnd"/>
      <w:r w:rsidR="00BD344B">
        <w:rPr>
          <w:color w:val="1A1A1A"/>
        </w:rPr>
        <w:t xml:space="preserve"> </w:t>
      </w:r>
      <w:proofErr w:type="spellStart"/>
      <w:r w:rsidR="00BD344B">
        <w:rPr>
          <w:color w:val="1A1A1A"/>
        </w:rPr>
        <w:t>литературна</w:t>
      </w:r>
      <w:proofErr w:type="spellEnd"/>
      <w:r w:rsidR="00BD344B">
        <w:rPr>
          <w:color w:val="1A1A1A"/>
        </w:rPr>
        <w:t xml:space="preserve"> </w:t>
      </w:r>
      <w:proofErr w:type="spellStart"/>
      <w:r w:rsidR="00BD344B">
        <w:rPr>
          <w:color w:val="1A1A1A"/>
        </w:rPr>
        <w:t>класика</w:t>
      </w:r>
      <w:proofErr w:type="spellEnd"/>
      <w:r w:rsidR="00BD344B">
        <w:rPr>
          <w:color w:val="1A1A1A"/>
        </w:rPr>
        <w:t xml:space="preserve"> / Voices from the Past, Messages for the Future: Grandmothers' Songs from Bessarabia in Dialogue with Bulgarian Literary Classics</w:t>
      </w:r>
    </w:p>
    <w:p w14:paraId="651F135B" w14:textId="4933B3ED" w:rsidR="00143BD7" w:rsidRDefault="00143BD7" w:rsidP="00DC5E4C">
      <w:pPr>
        <w:pBdr>
          <w:bottom w:val="single" w:sz="4" w:space="3" w:color="C8D5CC"/>
        </w:pBdr>
        <w:tabs>
          <w:tab w:val="left" w:pos="1474"/>
        </w:tabs>
        <w:spacing w:after="220" w:line="259" w:lineRule="auto"/>
        <w:ind w:left="1474" w:hanging="1474"/>
        <w:jc w:val="both"/>
        <w:rPr>
          <w:lang w:val="bg-BG"/>
        </w:rPr>
      </w:pPr>
      <w:r>
        <w:rPr>
          <w:b/>
          <w:color w:val="A5281A"/>
        </w:rPr>
        <w:t>11:45 – 12:00</w:t>
      </w:r>
      <w:r>
        <w:rPr>
          <w:b/>
          <w:color w:val="A5281A"/>
          <w:lang w:val="bg-BG"/>
        </w:rPr>
        <w:tab/>
      </w:r>
      <w:r w:rsidRPr="00094221">
        <w:rPr>
          <w:b/>
          <w:lang w:val="bg-BG"/>
        </w:rPr>
        <w:t>МАРИЯ СМИРНОВА</w:t>
      </w:r>
      <w:r w:rsidRPr="00094221">
        <w:rPr>
          <w:b/>
        </w:rPr>
        <w:t xml:space="preserve"> </w:t>
      </w:r>
      <w:r w:rsidRPr="00094221">
        <w:rPr>
          <w:bCs/>
          <w:color w:val="1A1A1A"/>
        </w:rPr>
        <w:t>(</w:t>
      </w:r>
      <w:proofErr w:type="spellStart"/>
      <w:r w:rsidRPr="00094221">
        <w:rPr>
          <w:bCs/>
          <w:color w:val="1A1A1A"/>
        </w:rPr>
        <w:t>Докторантско</w:t>
      </w:r>
      <w:proofErr w:type="spellEnd"/>
      <w:r w:rsidRPr="00094221">
        <w:rPr>
          <w:bCs/>
          <w:color w:val="1A1A1A"/>
        </w:rPr>
        <w:t xml:space="preserve"> </w:t>
      </w:r>
      <w:proofErr w:type="spellStart"/>
      <w:r w:rsidRPr="00094221">
        <w:rPr>
          <w:bCs/>
          <w:color w:val="1A1A1A"/>
        </w:rPr>
        <w:t>училище</w:t>
      </w:r>
      <w:proofErr w:type="spellEnd"/>
      <w:r w:rsidRPr="00094221">
        <w:rPr>
          <w:bCs/>
          <w:color w:val="1A1A1A"/>
        </w:rPr>
        <w:t xml:space="preserve">, </w:t>
      </w:r>
      <w:proofErr w:type="spellStart"/>
      <w:r w:rsidRPr="00094221">
        <w:rPr>
          <w:bCs/>
          <w:color w:val="1A1A1A"/>
        </w:rPr>
        <w:t>Държавен</w:t>
      </w:r>
      <w:proofErr w:type="spellEnd"/>
      <w:r w:rsidRPr="00094221">
        <w:rPr>
          <w:bCs/>
          <w:color w:val="1A1A1A"/>
        </w:rPr>
        <w:t xml:space="preserve"> </w:t>
      </w:r>
      <w:proofErr w:type="spellStart"/>
      <w:r w:rsidRPr="00094221">
        <w:rPr>
          <w:bCs/>
          <w:color w:val="1A1A1A"/>
        </w:rPr>
        <w:t>университет</w:t>
      </w:r>
      <w:proofErr w:type="spellEnd"/>
      <w:r w:rsidRPr="00094221">
        <w:rPr>
          <w:bCs/>
          <w:color w:val="1A1A1A"/>
        </w:rPr>
        <w:t xml:space="preserve"> </w:t>
      </w:r>
      <w:proofErr w:type="spellStart"/>
      <w:r w:rsidRPr="00094221">
        <w:rPr>
          <w:bCs/>
          <w:color w:val="1A1A1A"/>
        </w:rPr>
        <w:t>на</w:t>
      </w:r>
      <w:proofErr w:type="spellEnd"/>
      <w:r w:rsidRPr="00094221">
        <w:rPr>
          <w:bCs/>
          <w:color w:val="1A1A1A"/>
        </w:rPr>
        <w:t xml:space="preserve"> Молдова)</w:t>
      </w:r>
      <w:r>
        <w:rPr>
          <w:i/>
          <w:color w:val="555555"/>
        </w:rPr>
        <w:t xml:space="preserve"> – </w:t>
      </w:r>
      <w:proofErr w:type="spellStart"/>
      <w:r>
        <w:rPr>
          <w:i/>
          <w:color w:val="555555"/>
        </w:rPr>
        <w:t>Училищното</w:t>
      </w:r>
      <w:proofErr w:type="spellEnd"/>
      <w:r>
        <w:rPr>
          <w:i/>
          <w:color w:val="555555"/>
        </w:rPr>
        <w:t xml:space="preserve"> </w:t>
      </w:r>
      <w:proofErr w:type="spellStart"/>
      <w:r>
        <w:rPr>
          <w:i/>
          <w:color w:val="555555"/>
        </w:rPr>
        <w:t>дело</w:t>
      </w:r>
      <w:proofErr w:type="spellEnd"/>
      <w:r>
        <w:rPr>
          <w:i/>
          <w:color w:val="555555"/>
        </w:rPr>
        <w:t xml:space="preserve"> в </w:t>
      </w:r>
      <w:proofErr w:type="spellStart"/>
      <w:r>
        <w:rPr>
          <w:i/>
          <w:color w:val="555555"/>
        </w:rPr>
        <w:t>българските</w:t>
      </w:r>
      <w:proofErr w:type="spellEnd"/>
      <w:r>
        <w:rPr>
          <w:i/>
          <w:color w:val="555555"/>
        </w:rPr>
        <w:t xml:space="preserve"> </w:t>
      </w:r>
      <w:proofErr w:type="spellStart"/>
      <w:r>
        <w:rPr>
          <w:i/>
          <w:color w:val="555555"/>
        </w:rPr>
        <w:t>селища</w:t>
      </w:r>
      <w:proofErr w:type="spellEnd"/>
      <w:r>
        <w:rPr>
          <w:i/>
          <w:color w:val="555555"/>
        </w:rPr>
        <w:t xml:space="preserve"> в </w:t>
      </w:r>
      <w:proofErr w:type="spellStart"/>
      <w:r>
        <w:rPr>
          <w:i/>
          <w:color w:val="555555"/>
        </w:rPr>
        <w:t>Бесарабия</w:t>
      </w:r>
      <w:proofErr w:type="spellEnd"/>
      <w:r>
        <w:rPr>
          <w:i/>
          <w:color w:val="555555"/>
        </w:rPr>
        <w:t xml:space="preserve"> </w:t>
      </w:r>
      <w:proofErr w:type="spellStart"/>
      <w:r>
        <w:rPr>
          <w:i/>
          <w:color w:val="555555"/>
        </w:rPr>
        <w:t>през</w:t>
      </w:r>
      <w:proofErr w:type="spellEnd"/>
      <w:r>
        <w:rPr>
          <w:i/>
          <w:color w:val="555555"/>
        </w:rPr>
        <w:t xml:space="preserve"> </w:t>
      </w:r>
      <w:proofErr w:type="spellStart"/>
      <w:r>
        <w:rPr>
          <w:i/>
          <w:color w:val="555555"/>
        </w:rPr>
        <w:t>втората</w:t>
      </w:r>
      <w:proofErr w:type="spellEnd"/>
      <w:r>
        <w:rPr>
          <w:i/>
          <w:color w:val="555555"/>
        </w:rPr>
        <w:t xml:space="preserve"> </w:t>
      </w:r>
      <w:proofErr w:type="spellStart"/>
      <w:r>
        <w:rPr>
          <w:i/>
          <w:color w:val="555555"/>
        </w:rPr>
        <w:t>половина</w:t>
      </w:r>
      <w:proofErr w:type="spellEnd"/>
      <w:r>
        <w:rPr>
          <w:i/>
          <w:color w:val="555555"/>
        </w:rPr>
        <w:t xml:space="preserve"> </w:t>
      </w:r>
      <w:proofErr w:type="spellStart"/>
      <w:r>
        <w:rPr>
          <w:i/>
          <w:color w:val="555555"/>
        </w:rPr>
        <w:t>на</w:t>
      </w:r>
      <w:proofErr w:type="spellEnd"/>
      <w:r>
        <w:rPr>
          <w:i/>
          <w:color w:val="555555"/>
        </w:rPr>
        <w:t xml:space="preserve"> XIX </w:t>
      </w:r>
      <w:proofErr w:type="spellStart"/>
      <w:r>
        <w:rPr>
          <w:i/>
          <w:color w:val="555555"/>
        </w:rPr>
        <w:t>век</w:t>
      </w:r>
      <w:proofErr w:type="spellEnd"/>
      <w:r>
        <w:rPr>
          <w:i/>
          <w:color w:val="555555"/>
        </w:rPr>
        <w:t xml:space="preserve"> (</w:t>
      </w:r>
      <w:proofErr w:type="spellStart"/>
      <w:r>
        <w:rPr>
          <w:i/>
          <w:color w:val="555555"/>
        </w:rPr>
        <w:t>по</w:t>
      </w:r>
      <w:proofErr w:type="spellEnd"/>
      <w:r>
        <w:rPr>
          <w:i/>
          <w:color w:val="555555"/>
        </w:rPr>
        <w:t xml:space="preserve"> </w:t>
      </w:r>
      <w:proofErr w:type="spellStart"/>
      <w:r>
        <w:rPr>
          <w:i/>
          <w:color w:val="555555"/>
        </w:rPr>
        <w:t>материали</w:t>
      </w:r>
      <w:proofErr w:type="spellEnd"/>
      <w:r>
        <w:rPr>
          <w:i/>
          <w:color w:val="555555"/>
        </w:rPr>
        <w:t xml:space="preserve"> </w:t>
      </w:r>
      <w:proofErr w:type="spellStart"/>
      <w:r>
        <w:rPr>
          <w:i/>
          <w:color w:val="555555"/>
        </w:rPr>
        <w:t>от</w:t>
      </w:r>
      <w:proofErr w:type="spellEnd"/>
      <w:r>
        <w:rPr>
          <w:i/>
          <w:color w:val="555555"/>
        </w:rPr>
        <w:t xml:space="preserve"> „Кишиневские </w:t>
      </w:r>
      <w:proofErr w:type="spellStart"/>
      <w:r>
        <w:rPr>
          <w:i/>
          <w:color w:val="555555"/>
        </w:rPr>
        <w:t>епархиальные</w:t>
      </w:r>
      <w:proofErr w:type="spellEnd"/>
      <w:r>
        <w:rPr>
          <w:i/>
          <w:color w:val="555555"/>
        </w:rPr>
        <w:t xml:space="preserve"> </w:t>
      </w:r>
      <w:proofErr w:type="spellStart"/>
      <w:proofErr w:type="gramStart"/>
      <w:r>
        <w:rPr>
          <w:i/>
          <w:color w:val="555555"/>
        </w:rPr>
        <w:t>ведомости</w:t>
      </w:r>
      <w:proofErr w:type="spellEnd"/>
      <w:r>
        <w:rPr>
          <w:i/>
          <w:color w:val="555555"/>
        </w:rPr>
        <w:t>“</w:t>
      </w:r>
      <w:proofErr w:type="gramEnd"/>
      <w:r>
        <w:rPr>
          <w:i/>
          <w:color w:val="555555"/>
        </w:rPr>
        <w:t>) / School Education in the Bulgarian Settlements of Bessarabia in the Second Half of the 19th Century (Based on Materials from the 'Kishinev Diocesan Gazette')</w:t>
      </w:r>
    </w:p>
    <w:p w14:paraId="61AA1C6A" w14:textId="77777777" w:rsidR="003B03B0" w:rsidRDefault="00A02F0E" w:rsidP="003B03B0">
      <w:pPr>
        <w:pBdr>
          <w:bottom w:val="single" w:sz="4" w:space="3" w:color="C8D5CC"/>
        </w:pBdr>
        <w:tabs>
          <w:tab w:val="left" w:pos="1474"/>
        </w:tabs>
        <w:spacing w:after="220" w:line="259" w:lineRule="auto"/>
        <w:ind w:left="1474" w:hanging="1474"/>
        <w:jc w:val="both"/>
        <w:rPr>
          <w:b/>
          <w:color w:val="1A1A1A"/>
          <w:lang w:val="bg-BG"/>
        </w:rPr>
      </w:pPr>
      <w:bookmarkStart w:id="4" w:name="_Hlk242103388"/>
      <w:r>
        <w:rPr>
          <w:b/>
          <w:color w:val="A5281A"/>
        </w:rPr>
        <w:t>12:00 – 12:15</w:t>
      </w:r>
      <w:bookmarkEnd w:id="4"/>
      <w:r>
        <w:rPr>
          <w:b/>
          <w:color w:val="A5281A"/>
          <w:lang w:val="bg-BG"/>
        </w:rPr>
        <w:tab/>
      </w:r>
      <w:r w:rsidR="003B03B0">
        <w:rPr>
          <w:b/>
          <w:color w:val="1A1A1A"/>
        </w:rPr>
        <w:t>ОЛГА НОВАК</w:t>
      </w:r>
      <w:r w:rsidR="003B03B0">
        <w:rPr>
          <w:i/>
          <w:color w:val="555555"/>
        </w:rPr>
        <w:t xml:space="preserve"> (</w:t>
      </w:r>
      <w:proofErr w:type="spellStart"/>
      <w:r w:rsidR="003B03B0">
        <w:rPr>
          <w:i/>
          <w:color w:val="555555"/>
        </w:rPr>
        <w:t>Одески</w:t>
      </w:r>
      <w:proofErr w:type="spellEnd"/>
      <w:r w:rsidR="003B03B0">
        <w:rPr>
          <w:i/>
          <w:color w:val="555555"/>
        </w:rPr>
        <w:t xml:space="preserve"> </w:t>
      </w:r>
      <w:proofErr w:type="spellStart"/>
      <w:r w:rsidR="003B03B0">
        <w:rPr>
          <w:i/>
          <w:color w:val="555555"/>
        </w:rPr>
        <w:t>нац</w:t>
      </w:r>
      <w:r w:rsidR="003B03B0">
        <w:rPr>
          <w:i/>
          <w:color w:val="555555"/>
          <w:lang w:val="bg-BG"/>
        </w:rPr>
        <w:t>ионален</w:t>
      </w:r>
      <w:proofErr w:type="spellEnd"/>
      <w:r w:rsidR="003B03B0">
        <w:rPr>
          <w:i/>
          <w:color w:val="555555"/>
        </w:rPr>
        <w:t xml:space="preserve"> </w:t>
      </w:r>
      <w:proofErr w:type="spellStart"/>
      <w:r w:rsidR="003B03B0">
        <w:rPr>
          <w:i/>
          <w:color w:val="555555"/>
        </w:rPr>
        <w:t>унив</w:t>
      </w:r>
      <w:r w:rsidR="003B03B0">
        <w:rPr>
          <w:i/>
          <w:color w:val="555555"/>
          <w:lang w:val="bg-BG"/>
        </w:rPr>
        <w:t>ерситет</w:t>
      </w:r>
      <w:proofErr w:type="spellEnd"/>
      <w:r w:rsidR="003B03B0">
        <w:rPr>
          <w:i/>
          <w:color w:val="555555"/>
        </w:rPr>
        <w:t xml:space="preserve"> „И. И. </w:t>
      </w:r>
      <w:proofErr w:type="spellStart"/>
      <w:proofErr w:type="gramStart"/>
      <w:r w:rsidR="003B03B0">
        <w:rPr>
          <w:i/>
          <w:color w:val="555555"/>
        </w:rPr>
        <w:t>Мечников</w:t>
      </w:r>
      <w:proofErr w:type="spellEnd"/>
      <w:r w:rsidR="003B03B0">
        <w:rPr>
          <w:i/>
          <w:color w:val="555555"/>
        </w:rPr>
        <w:t>“</w:t>
      </w:r>
      <w:proofErr w:type="gramEnd"/>
      <w:r w:rsidR="003B03B0">
        <w:rPr>
          <w:i/>
          <w:color w:val="555555"/>
        </w:rPr>
        <w:t xml:space="preserve">, </w:t>
      </w:r>
      <w:proofErr w:type="spellStart"/>
      <w:r w:rsidR="003B03B0">
        <w:rPr>
          <w:i/>
          <w:color w:val="555555"/>
        </w:rPr>
        <w:t>Украйна</w:t>
      </w:r>
      <w:proofErr w:type="spellEnd"/>
      <w:r w:rsidR="003B03B0">
        <w:rPr>
          <w:i/>
          <w:color w:val="555555"/>
        </w:rPr>
        <w:t>)</w:t>
      </w:r>
      <w:r w:rsidR="003B03B0">
        <w:rPr>
          <w:color w:val="1A1A1A"/>
        </w:rPr>
        <w:t xml:space="preserve"> – </w:t>
      </w:r>
      <w:proofErr w:type="spellStart"/>
      <w:r w:rsidR="003B03B0">
        <w:rPr>
          <w:color w:val="1A1A1A"/>
        </w:rPr>
        <w:t>Билингвалната</w:t>
      </w:r>
      <w:proofErr w:type="spellEnd"/>
      <w:r w:rsidR="003B03B0">
        <w:rPr>
          <w:color w:val="1A1A1A"/>
        </w:rPr>
        <w:t xml:space="preserve"> </w:t>
      </w:r>
      <w:proofErr w:type="spellStart"/>
      <w:r w:rsidR="003B03B0">
        <w:rPr>
          <w:color w:val="1A1A1A"/>
        </w:rPr>
        <w:t>езикова</w:t>
      </w:r>
      <w:proofErr w:type="spellEnd"/>
      <w:r w:rsidR="003B03B0">
        <w:rPr>
          <w:color w:val="1A1A1A"/>
        </w:rPr>
        <w:t xml:space="preserve"> </w:t>
      </w:r>
      <w:proofErr w:type="spellStart"/>
      <w:r w:rsidR="003B03B0">
        <w:rPr>
          <w:color w:val="1A1A1A"/>
        </w:rPr>
        <w:t>личност</w:t>
      </w:r>
      <w:proofErr w:type="spellEnd"/>
      <w:r w:rsidR="003B03B0">
        <w:rPr>
          <w:color w:val="1A1A1A"/>
        </w:rPr>
        <w:t xml:space="preserve"> в </w:t>
      </w:r>
      <w:proofErr w:type="spellStart"/>
      <w:r w:rsidR="003B03B0">
        <w:rPr>
          <w:color w:val="1A1A1A"/>
        </w:rPr>
        <w:t>когнитивен</w:t>
      </w:r>
      <w:proofErr w:type="spellEnd"/>
      <w:r w:rsidR="003B03B0">
        <w:rPr>
          <w:color w:val="1A1A1A"/>
        </w:rPr>
        <w:t xml:space="preserve"> </w:t>
      </w:r>
      <w:proofErr w:type="spellStart"/>
      <w:r w:rsidR="003B03B0">
        <w:rPr>
          <w:color w:val="1A1A1A"/>
        </w:rPr>
        <w:t>аспект</w:t>
      </w:r>
      <w:proofErr w:type="spellEnd"/>
      <w:r w:rsidR="003B03B0">
        <w:rPr>
          <w:color w:val="1A1A1A"/>
        </w:rPr>
        <w:t xml:space="preserve"> (</w:t>
      </w:r>
      <w:proofErr w:type="spellStart"/>
      <w:r w:rsidR="003B03B0">
        <w:rPr>
          <w:color w:val="1A1A1A"/>
        </w:rPr>
        <w:t>въз</w:t>
      </w:r>
      <w:proofErr w:type="spellEnd"/>
      <w:r w:rsidR="003B03B0">
        <w:rPr>
          <w:color w:val="1A1A1A"/>
        </w:rPr>
        <w:t xml:space="preserve"> </w:t>
      </w:r>
      <w:proofErr w:type="spellStart"/>
      <w:r w:rsidR="003B03B0">
        <w:rPr>
          <w:color w:val="1A1A1A"/>
        </w:rPr>
        <w:t>основа</w:t>
      </w:r>
      <w:proofErr w:type="spellEnd"/>
      <w:r w:rsidR="003B03B0">
        <w:rPr>
          <w:color w:val="1A1A1A"/>
        </w:rPr>
        <w:t xml:space="preserve"> </w:t>
      </w:r>
      <w:proofErr w:type="spellStart"/>
      <w:r w:rsidR="003B03B0">
        <w:rPr>
          <w:color w:val="1A1A1A"/>
        </w:rPr>
        <w:t>на</w:t>
      </w:r>
      <w:proofErr w:type="spellEnd"/>
      <w:r w:rsidR="003B03B0">
        <w:rPr>
          <w:color w:val="1A1A1A"/>
        </w:rPr>
        <w:t xml:space="preserve"> </w:t>
      </w:r>
      <w:proofErr w:type="spellStart"/>
      <w:r w:rsidR="003B03B0">
        <w:rPr>
          <w:color w:val="1A1A1A"/>
        </w:rPr>
        <w:t>теренни</w:t>
      </w:r>
      <w:proofErr w:type="spellEnd"/>
      <w:r w:rsidR="003B03B0">
        <w:rPr>
          <w:color w:val="1A1A1A"/>
        </w:rPr>
        <w:t xml:space="preserve"> </w:t>
      </w:r>
      <w:proofErr w:type="spellStart"/>
      <w:r w:rsidR="003B03B0">
        <w:rPr>
          <w:color w:val="1A1A1A"/>
        </w:rPr>
        <w:t>наблюдения</w:t>
      </w:r>
      <w:proofErr w:type="spellEnd"/>
      <w:r w:rsidR="003B03B0">
        <w:rPr>
          <w:color w:val="1A1A1A"/>
        </w:rPr>
        <w:t xml:space="preserve"> </w:t>
      </w:r>
      <w:proofErr w:type="spellStart"/>
      <w:r w:rsidR="003B03B0">
        <w:rPr>
          <w:color w:val="1A1A1A"/>
        </w:rPr>
        <w:t>върху</w:t>
      </w:r>
      <w:proofErr w:type="spellEnd"/>
      <w:r w:rsidR="003B03B0">
        <w:rPr>
          <w:color w:val="1A1A1A"/>
        </w:rPr>
        <w:t xml:space="preserve"> </w:t>
      </w:r>
      <w:proofErr w:type="spellStart"/>
      <w:r w:rsidR="003B03B0">
        <w:rPr>
          <w:color w:val="1A1A1A"/>
        </w:rPr>
        <w:t>езиковото</w:t>
      </w:r>
      <w:proofErr w:type="spellEnd"/>
      <w:r w:rsidR="003B03B0">
        <w:rPr>
          <w:color w:val="1A1A1A"/>
        </w:rPr>
        <w:t xml:space="preserve"> </w:t>
      </w:r>
      <w:proofErr w:type="spellStart"/>
      <w:r w:rsidR="003B03B0">
        <w:rPr>
          <w:color w:val="1A1A1A"/>
        </w:rPr>
        <w:t>поведение</w:t>
      </w:r>
      <w:proofErr w:type="spellEnd"/>
      <w:r w:rsidR="003B03B0">
        <w:rPr>
          <w:color w:val="1A1A1A"/>
        </w:rPr>
        <w:t xml:space="preserve"> </w:t>
      </w:r>
      <w:proofErr w:type="spellStart"/>
      <w:r w:rsidR="003B03B0">
        <w:rPr>
          <w:color w:val="1A1A1A"/>
        </w:rPr>
        <w:t>на</w:t>
      </w:r>
      <w:proofErr w:type="spellEnd"/>
      <w:r w:rsidR="003B03B0">
        <w:rPr>
          <w:color w:val="1A1A1A"/>
        </w:rPr>
        <w:t xml:space="preserve"> </w:t>
      </w:r>
      <w:proofErr w:type="spellStart"/>
      <w:r w:rsidR="003B03B0">
        <w:rPr>
          <w:color w:val="1A1A1A"/>
        </w:rPr>
        <w:t>бесарабските</w:t>
      </w:r>
      <w:proofErr w:type="spellEnd"/>
      <w:r w:rsidR="003B03B0">
        <w:rPr>
          <w:color w:val="1A1A1A"/>
        </w:rPr>
        <w:t xml:space="preserve"> </w:t>
      </w:r>
      <w:proofErr w:type="spellStart"/>
      <w:r w:rsidR="003B03B0">
        <w:rPr>
          <w:color w:val="1A1A1A"/>
        </w:rPr>
        <w:t>българи</w:t>
      </w:r>
      <w:proofErr w:type="spellEnd"/>
      <w:r w:rsidR="003B03B0">
        <w:rPr>
          <w:color w:val="1A1A1A"/>
        </w:rPr>
        <w:t xml:space="preserve">) / The Bilingual Linguistic Personality in Cognitive Perspective (Based on Field Observations of the Linguistic Behavior of </w:t>
      </w:r>
      <w:proofErr w:type="spellStart"/>
      <w:r w:rsidR="003B03B0">
        <w:rPr>
          <w:color w:val="1A1A1A"/>
        </w:rPr>
        <w:t>Bessarabian</w:t>
      </w:r>
      <w:proofErr w:type="spellEnd"/>
      <w:r w:rsidR="003B03B0">
        <w:rPr>
          <w:color w:val="1A1A1A"/>
        </w:rPr>
        <w:t xml:space="preserve"> Bulgarians)</w:t>
      </w:r>
    </w:p>
    <w:p w14:paraId="4B84DF7A" w14:textId="536D961F" w:rsidR="00170F9A" w:rsidRDefault="00C2585D" w:rsidP="00170F9A">
      <w:pPr>
        <w:pBdr>
          <w:bottom w:val="single" w:sz="4" w:space="3" w:color="C8D5CC"/>
        </w:pBdr>
        <w:tabs>
          <w:tab w:val="left" w:pos="1474"/>
        </w:tabs>
        <w:spacing w:after="220" w:line="259" w:lineRule="auto"/>
        <w:ind w:left="1474" w:hanging="1474"/>
        <w:jc w:val="both"/>
        <w:rPr>
          <w:color w:val="1A1A1A"/>
          <w:lang w:val="bg-BG"/>
        </w:rPr>
      </w:pPr>
      <w:r>
        <w:rPr>
          <w:b/>
          <w:color w:val="A5281A"/>
        </w:rPr>
        <w:t>12:</w:t>
      </w:r>
      <w:r w:rsidR="00507EB0">
        <w:rPr>
          <w:b/>
          <w:color w:val="A5281A"/>
          <w:lang w:val="bg-BG"/>
        </w:rPr>
        <w:t>15</w:t>
      </w:r>
      <w:r>
        <w:rPr>
          <w:b/>
          <w:color w:val="A5281A"/>
        </w:rPr>
        <w:t xml:space="preserve"> – 12:30</w:t>
      </w:r>
      <w:r>
        <w:rPr>
          <w:b/>
          <w:color w:val="A5281A"/>
        </w:rPr>
        <w:tab/>
      </w:r>
      <w:r w:rsidRPr="00F71FB3">
        <w:rPr>
          <w:b/>
        </w:rPr>
        <w:t>І</w:t>
      </w:r>
      <w:r w:rsidR="00A03D46">
        <w:rPr>
          <w:b/>
          <w:color w:val="1A1A1A"/>
        </w:rPr>
        <w:t>РИНА</w:t>
      </w:r>
      <w:r w:rsidR="00170F9A">
        <w:rPr>
          <w:b/>
          <w:color w:val="1A1A1A"/>
        </w:rPr>
        <w:t xml:space="preserve"> ГАНЧЕВА-ЧУРСА</w:t>
      </w:r>
      <w:r w:rsidR="00170F9A">
        <w:rPr>
          <w:i/>
          <w:color w:val="555555"/>
        </w:rPr>
        <w:t xml:space="preserve"> (</w:t>
      </w:r>
      <w:proofErr w:type="spellStart"/>
      <w:r w:rsidR="00A03D46" w:rsidRPr="00A03D46">
        <w:rPr>
          <w:i/>
          <w:color w:val="555555"/>
        </w:rPr>
        <w:t>Запорожко</w:t>
      </w:r>
      <w:proofErr w:type="spellEnd"/>
      <w:r w:rsidR="00A03D46" w:rsidRPr="00A03D46">
        <w:rPr>
          <w:i/>
          <w:color w:val="555555"/>
        </w:rPr>
        <w:t xml:space="preserve"> </w:t>
      </w:r>
      <w:proofErr w:type="spellStart"/>
      <w:r w:rsidR="00A03D46" w:rsidRPr="00A03D46">
        <w:rPr>
          <w:i/>
          <w:color w:val="555555"/>
        </w:rPr>
        <w:t>областно</w:t>
      </w:r>
      <w:proofErr w:type="spellEnd"/>
      <w:r w:rsidR="00A03D46" w:rsidRPr="00A03D46">
        <w:rPr>
          <w:i/>
          <w:color w:val="555555"/>
        </w:rPr>
        <w:t xml:space="preserve"> </w:t>
      </w:r>
      <w:proofErr w:type="spellStart"/>
      <w:r w:rsidR="00A03D46" w:rsidRPr="00A03D46">
        <w:rPr>
          <w:i/>
          <w:color w:val="555555"/>
        </w:rPr>
        <w:t>дружество</w:t>
      </w:r>
      <w:proofErr w:type="spellEnd"/>
      <w:r w:rsidR="00A03D46" w:rsidRPr="00A03D46">
        <w:rPr>
          <w:i/>
          <w:color w:val="555555"/>
        </w:rPr>
        <w:t xml:space="preserve"> </w:t>
      </w:r>
      <w:proofErr w:type="spellStart"/>
      <w:r w:rsidR="00A03D46" w:rsidRPr="00A03D46">
        <w:rPr>
          <w:i/>
          <w:color w:val="555555"/>
        </w:rPr>
        <w:t>за</w:t>
      </w:r>
      <w:proofErr w:type="spellEnd"/>
      <w:r w:rsidR="00A03D46" w:rsidRPr="00A03D46">
        <w:rPr>
          <w:i/>
          <w:color w:val="555555"/>
        </w:rPr>
        <w:t xml:space="preserve"> </w:t>
      </w:r>
      <w:proofErr w:type="spellStart"/>
      <w:r w:rsidR="00A03D46" w:rsidRPr="00A03D46">
        <w:rPr>
          <w:i/>
          <w:color w:val="555555"/>
        </w:rPr>
        <w:t>българска</w:t>
      </w:r>
      <w:proofErr w:type="spellEnd"/>
      <w:r w:rsidR="00A03D46" w:rsidRPr="00A03D46">
        <w:rPr>
          <w:i/>
          <w:color w:val="555555"/>
        </w:rPr>
        <w:t xml:space="preserve"> </w:t>
      </w:r>
      <w:proofErr w:type="spellStart"/>
      <w:r w:rsidR="00A03D46" w:rsidRPr="00A03D46">
        <w:rPr>
          <w:i/>
          <w:color w:val="555555"/>
        </w:rPr>
        <w:t>култура</w:t>
      </w:r>
      <w:proofErr w:type="spellEnd"/>
      <w:r w:rsidR="00A03D46" w:rsidRPr="00A03D46">
        <w:rPr>
          <w:i/>
          <w:color w:val="555555"/>
        </w:rPr>
        <w:t xml:space="preserve">, </w:t>
      </w:r>
      <w:proofErr w:type="spellStart"/>
      <w:r w:rsidR="00A03D46" w:rsidRPr="00A03D46">
        <w:rPr>
          <w:i/>
          <w:color w:val="555555"/>
        </w:rPr>
        <w:t>Украйна</w:t>
      </w:r>
      <w:proofErr w:type="spellEnd"/>
      <w:r w:rsidR="00170F9A">
        <w:rPr>
          <w:i/>
          <w:color w:val="555555"/>
          <w:lang w:val="bg-BG"/>
        </w:rPr>
        <w:t xml:space="preserve">) </w:t>
      </w:r>
      <w:r w:rsidR="00170F9A">
        <w:rPr>
          <w:color w:val="1A1A1A"/>
        </w:rPr>
        <w:t xml:space="preserve">– </w:t>
      </w:r>
      <w:proofErr w:type="spellStart"/>
      <w:r w:rsidR="00170F9A">
        <w:rPr>
          <w:color w:val="1A1A1A"/>
        </w:rPr>
        <w:t>Украинско-българско</w:t>
      </w:r>
      <w:proofErr w:type="spellEnd"/>
      <w:r w:rsidR="00A03D46">
        <w:rPr>
          <w:color w:val="1A1A1A"/>
          <w:lang w:val="bg-BG"/>
        </w:rPr>
        <w:t>то</w:t>
      </w:r>
      <w:r w:rsidR="00170F9A">
        <w:rPr>
          <w:color w:val="1A1A1A"/>
        </w:rPr>
        <w:t xml:space="preserve"> </w:t>
      </w:r>
      <w:proofErr w:type="spellStart"/>
      <w:r w:rsidR="00170F9A">
        <w:rPr>
          <w:color w:val="1A1A1A"/>
        </w:rPr>
        <w:t>сияние</w:t>
      </w:r>
      <w:proofErr w:type="spellEnd"/>
      <w:r w:rsidR="00A03D46">
        <w:rPr>
          <w:color w:val="1A1A1A"/>
          <w:lang w:val="bg-BG"/>
        </w:rPr>
        <w:t xml:space="preserve"> на</w:t>
      </w:r>
      <w:r w:rsidR="00170F9A">
        <w:rPr>
          <w:color w:val="1A1A1A"/>
        </w:rPr>
        <w:t xml:space="preserve"> „</w:t>
      </w:r>
      <w:proofErr w:type="spellStart"/>
      <w:proofErr w:type="gramStart"/>
      <w:r w:rsidR="00170F9A">
        <w:rPr>
          <w:color w:val="1A1A1A"/>
        </w:rPr>
        <w:t>Лихтарик</w:t>
      </w:r>
      <w:proofErr w:type="spellEnd"/>
      <w:r w:rsidR="00170F9A">
        <w:rPr>
          <w:color w:val="1A1A1A"/>
        </w:rPr>
        <w:t>“ /</w:t>
      </w:r>
      <w:proofErr w:type="gramEnd"/>
      <w:r w:rsidR="00170F9A">
        <w:rPr>
          <w:color w:val="1A1A1A"/>
        </w:rPr>
        <w:t xml:space="preserve"> The Ukrainian-Bulgarian '</w:t>
      </w:r>
      <w:proofErr w:type="spellStart"/>
      <w:r w:rsidR="00170F9A">
        <w:rPr>
          <w:color w:val="1A1A1A"/>
        </w:rPr>
        <w:t>Lichtarik</w:t>
      </w:r>
      <w:proofErr w:type="spellEnd"/>
      <w:r w:rsidR="00170F9A">
        <w:rPr>
          <w:color w:val="1A1A1A"/>
        </w:rPr>
        <w:t>' Radiance</w:t>
      </w:r>
    </w:p>
    <w:p w14:paraId="2FCAF23D" w14:textId="2F4CACA0" w:rsidR="00727CD9" w:rsidRDefault="000A4304" w:rsidP="00727CD9">
      <w:pPr>
        <w:pBdr>
          <w:bottom w:val="single" w:sz="4" w:space="3" w:color="C8D5CC"/>
        </w:pBdr>
        <w:tabs>
          <w:tab w:val="left" w:pos="1474"/>
        </w:tabs>
        <w:spacing w:after="220" w:line="259" w:lineRule="auto"/>
        <w:ind w:left="1474" w:hanging="1474"/>
        <w:jc w:val="both"/>
        <w:rPr>
          <w:color w:val="1A1A1A"/>
          <w:lang w:val="bg-BG"/>
        </w:rPr>
      </w:pPr>
      <w:r>
        <w:rPr>
          <w:b/>
          <w:color w:val="A5281A"/>
        </w:rPr>
        <w:t>12:</w:t>
      </w:r>
      <w:r w:rsidR="00C2585D">
        <w:rPr>
          <w:b/>
          <w:color w:val="A5281A"/>
          <w:lang w:val="bg-BG"/>
        </w:rPr>
        <w:t>30</w:t>
      </w:r>
      <w:r>
        <w:rPr>
          <w:b/>
          <w:color w:val="A5281A"/>
        </w:rPr>
        <w:t xml:space="preserve"> – 12:</w:t>
      </w:r>
      <w:r w:rsidR="00C2585D">
        <w:rPr>
          <w:b/>
          <w:color w:val="A5281A"/>
          <w:lang w:val="bg-BG"/>
        </w:rPr>
        <w:t>45</w:t>
      </w:r>
      <w:r>
        <w:rPr>
          <w:b/>
          <w:color w:val="1A1A1A"/>
        </w:rPr>
        <w:tab/>
        <w:t>КРАСИМИРА КОЛЕВА</w:t>
      </w:r>
      <w:r>
        <w:rPr>
          <w:i/>
          <w:color w:val="555555"/>
        </w:rPr>
        <w:t xml:space="preserve"> </w:t>
      </w:r>
      <w:r w:rsidR="00C94FE4">
        <w:rPr>
          <w:i/>
          <w:color w:val="555555"/>
          <w:lang w:val="bg-BG"/>
        </w:rPr>
        <w:t>(</w:t>
      </w:r>
      <w:proofErr w:type="spellStart"/>
      <w:r w:rsidR="00862D47" w:rsidRPr="00862D47">
        <w:rPr>
          <w:i/>
          <w:color w:val="555555"/>
        </w:rPr>
        <w:t>Мелитополски</w:t>
      </w:r>
      <w:proofErr w:type="spellEnd"/>
      <w:r w:rsidR="00862D47" w:rsidRPr="00862D47">
        <w:rPr>
          <w:i/>
          <w:color w:val="555555"/>
        </w:rPr>
        <w:t xml:space="preserve"> </w:t>
      </w:r>
      <w:proofErr w:type="spellStart"/>
      <w:r w:rsidR="00862D47" w:rsidRPr="00862D47">
        <w:rPr>
          <w:i/>
          <w:color w:val="555555"/>
        </w:rPr>
        <w:t>държавен</w:t>
      </w:r>
      <w:proofErr w:type="spellEnd"/>
      <w:r w:rsidR="00862D47" w:rsidRPr="00862D47">
        <w:rPr>
          <w:i/>
          <w:color w:val="555555"/>
        </w:rPr>
        <w:t xml:space="preserve"> </w:t>
      </w:r>
      <w:proofErr w:type="spellStart"/>
      <w:r w:rsidR="00862D47" w:rsidRPr="00862D47">
        <w:rPr>
          <w:i/>
          <w:color w:val="555555"/>
        </w:rPr>
        <w:t>педагогически</w:t>
      </w:r>
      <w:proofErr w:type="spellEnd"/>
      <w:r w:rsidR="00862D47" w:rsidRPr="00862D47">
        <w:rPr>
          <w:i/>
          <w:color w:val="555555"/>
        </w:rPr>
        <w:t xml:space="preserve"> </w:t>
      </w:r>
      <w:proofErr w:type="spellStart"/>
      <w:r w:rsidR="00862D47" w:rsidRPr="00862D47">
        <w:rPr>
          <w:i/>
          <w:color w:val="555555"/>
        </w:rPr>
        <w:t>университет</w:t>
      </w:r>
      <w:proofErr w:type="spellEnd"/>
      <w:r w:rsidR="00862D47" w:rsidRPr="00862D47">
        <w:rPr>
          <w:i/>
          <w:color w:val="555555"/>
        </w:rPr>
        <w:t xml:space="preserve"> "</w:t>
      </w:r>
      <w:proofErr w:type="spellStart"/>
      <w:r w:rsidR="00862D47" w:rsidRPr="00862D47">
        <w:rPr>
          <w:i/>
          <w:color w:val="555555"/>
        </w:rPr>
        <w:t>Богдан</w:t>
      </w:r>
      <w:proofErr w:type="spellEnd"/>
      <w:r w:rsidR="00862D47" w:rsidRPr="00862D47">
        <w:rPr>
          <w:i/>
          <w:color w:val="555555"/>
        </w:rPr>
        <w:t xml:space="preserve"> </w:t>
      </w:r>
      <w:proofErr w:type="spellStart"/>
      <w:r w:rsidR="00862D47" w:rsidRPr="00862D47">
        <w:rPr>
          <w:i/>
          <w:color w:val="555555"/>
        </w:rPr>
        <w:t>Хмелницки</w:t>
      </w:r>
      <w:proofErr w:type="spellEnd"/>
      <w:r w:rsidR="00862D47" w:rsidRPr="00862D47">
        <w:rPr>
          <w:i/>
          <w:color w:val="555555"/>
        </w:rPr>
        <w:t xml:space="preserve">" - </w:t>
      </w:r>
      <w:proofErr w:type="spellStart"/>
      <w:r w:rsidR="00862D47" w:rsidRPr="00862D47">
        <w:rPr>
          <w:i/>
          <w:color w:val="555555"/>
        </w:rPr>
        <w:t>Запорожие</w:t>
      </w:r>
      <w:proofErr w:type="spellEnd"/>
      <w:r>
        <w:rPr>
          <w:i/>
          <w:color w:val="555555"/>
        </w:rPr>
        <w:t xml:space="preserve">, </w:t>
      </w:r>
      <w:proofErr w:type="spellStart"/>
      <w:r>
        <w:rPr>
          <w:i/>
          <w:color w:val="555555"/>
        </w:rPr>
        <w:t>Украйна</w:t>
      </w:r>
      <w:proofErr w:type="spellEnd"/>
      <w:r>
        <w:rPr>
          <w:i/>
          <w:color w:val="555555"/>
        </w:rPr>
        <w:t>)</w:t>
      </w:r>
      <w:r>
        <w:rPr>
          <w:color w:val="1A1A1A"/>
        </w:rPr>
        <w:t xml:space="preserve"> – </w:t>
      </w:r>
      <w:proofErr w:type="spellStart"/>
      <w:r>
        <w:rPr>
          <w:color w:val="1A1A1A"/>
        </w:rPr>
        <w:t>Културата</w:t>
      </w:r>
      <w:proofErr w:type="spellEnd"/>
      <w:r>
        <w:rPr>
          <w:color w:val="1A1A1A"/>
        </w:rPr>
        <w:t xml:space="preserve"> </w:t>
      </w:r>
      <w:proofErr w:type="spellStart"/>
      <w:r>
        <w:rPr>
          <w:color w:val="1A1A1A"/>
        </w:rPr>
        <w:t>на</w:t>
      </w:r>
      <w:proofErr w:type="spellEnd"/>
      <w:r>
        <w:rPr>
          <w:color w:val="1A1A1A"/>
        </w:rPr>
        <w:t xml:space="preserve"> </w:t>
      </w:r>
      <w:proofErr w:type="spellStart"/>
      <w:r>
        <w:rPr>
          <w:color w:val="1A1A1A"/>
        </w:rPr>
        <w:t>българите</w:t>
      </w:r>
      <w:proofErr w:type="spellEnd"/>
      <w:r>
        <w:rPr>
          <w:color w:val="1A1A1A"/>
        </w:rPr>
        <w:t xml:space="preserve"> в </w:t>
      </w:r>
      <w:proofErr w:type="spellStart"/>
      <w:r>
        <w:rPr>
          <w:color w:val="1A1A1A"/>
        </w:rPr>
        <w:t>Бесарабия</w:t>
      </w:r>
      <w:proofErr w:type="spellEnd"/>
      <w:r>
        <w:rPr>
          <w:color w:val="1A1A1A"/>
        </w:rPr>
        <w:t xml:space="preserve"> </w:t>
      </w:r>
      <w:proofErr w:type="spellStart"/>
      <w:r>
        <w:rPr>
          <w:color w:val="1A1A1A"/>
        </w:rPr>
        <w:t>като</w:t>
      </w:r>
      <w:proofErr w:type="spellEnd"/>
      <w:r>
        <w:rPr>
          <w:color w:val="1A1A1A"/>
        </w:rPr>
        <w:t xml:space="preserve"> </w:t>
      </w:r>
      <w:proofErr w:type="spellStart"/>
      <w:r>
        <w:rPr>
          <w:color w:val="1A1A1A"/>
        </w:rPr>
        <w:t>национално</w:t>
      </w:r>
      <w:proofErr w:type="spellEnd"/>
      <w:r>
        <w:rPr>
          <w:color w:val="1A1A1A"/>
        </w:rPr>
        <w:t xml:space="preserve"> </w:t>
      </w:r>
      <w:proofErr w:type="spellStart"/>
      <w:r>
        <w:rPr>
          <w:color w:val="1A1A1A"/>
        </w:rPr>
        <w:t>богатство</w:t>
      </w:r>
      <w:proofErr w:type="spellEnd"/>
      <w:r>
        <w:rPr>
          <w:color w:val="1A1A1A"/>
        </w:rPr>
        <w:t xml:space="preserve"> </w:t>
      </w:r>
      <w:proofErr w:type="spellStart"/>
      <w:r>
        <w:rPr>
          <w:color w:val="1A1A1A"/>
        </w:rPr>
        <w:t>на</w:t>
      </w:r>
      <w:proofErr w:type="spellEnd"/>
      <w:r>
        <w:rPr>
          <w:color w:val="1A1A1A"/>
        </w:rPr>
        <w:t xml:space="preserve"> </w:t>
      </w:r>
      <w:proofErr w:type="spellStart"/>
      <w:r>
        <w:rPr>
          <w:color w:val="1A1A1A"/>
        </w:rPr>
        <w:t>Украйна</w:t>
      </w:r>
      <w:proofErr w:type="spellEnd"/>
      <w:r>
        <w:rPr>
          <w:color w:val="1A1A1A"/>
        </w:rPr>
        <w:t xml:space="preserve"> / </w:t>
      </w:r>
      <w:r w:rsidR="00727CD9">
        <w:rPr>
          <w:rStyle w:val="rynqvb"/>
          <w:lang w:val="en"/>
        </w:rPr>
        <w:t>The Culture of Bulgarians in Bessarabia as a National Treasure of Ukraine</w:t>
      </w:r>
      <w:r>
        <w:rPr>
          <w:color w:val="1A1A1A"/>
        </w:rPr>
        <w:t xml:space="preserve"> </w:t>
      </w:r>
    </w:p>
    <w:p w14:paraId="7F75BFD6" w14:textId="1E244DD4" w:rsidR="007C6324" w:rsidRPr="007C6324" w:rsidRDefault="00E17492" w:rsidP="00727CD9">
      <w:pPr>
        <w:pBdr>
          <w:bottom w:val="single" w:sz="4" w:space="3" w:color="C8D5CC"/>
        </w:pBdr>
        <w:tabs>
          <w:tab w:val="left" w:pos="1474"/>
        </w:tabs>
        <w:spacing w:after="220" w:line="259" w:lineRule="auto"/>
        <w:ind w:left="1474" w:hanging="1474"/>
        <w:jc w:val="both"/>
        <w:rPr>
          <w:color w:val="1A1A1A"/>
          <w:lang w:val="bg-BG"/>
        </w:rPr>
      </w:pPr>
      <w:r>
        <w:rPr>
          <w:b/>
          <w:color w:val="A5281A"/>
        </w:rPr>
        <w:t>12:</w:t>
      </w:r>
      <w:r w:rsidR="00C2585D">
        <w:rPr>
          <w:b/>
          <w:color w:val="A5281A"/>
          <w:lang w:val="bg-BG"/>
        </w:rPr>
        <w:t>45</w:t>
      </w:r>
      <w:r>
        <w:rPr>
          <w:b/>
          <w:color w:val="A5281A"/>
        </w:rPr>
        <w:t xml:space="preserve"> – 13:00</w:t>
      </w:r>
      <w:r>
        <w:rPr>
          <w:b/>
          <w:color w:val="A5281A"/>
        </w:rPr>
        <w:tab/>
      </w:r>
      <w:r w:rsidRPr="00F71FB3">
        <w:rPr>
          <w:b/>
        </w:rPr>
        <w:t>С</w:t>
      </w:r>
      <w:r w:rsidR="00727CD9" w:rsidRPr="00C0720F">
        <w:rPr>
          <w:b/>
          <w:bCs/>
          <w:color w:val="1A1A1A"/>
          <w:lang w:val="bg-BG"/>
        </w:rPr>
        <w:t xml:space="preserve">ЕРГЕЙ </w:t>
      </w:r>
      <w:r w:rsidR="00727CD9" w:rsidRPr="001805B4">
        <w:rPr>
          <w:b/>
          <w:bCs/>
          <w:i/>
          <w:iCs/>
          <w:color w:val="1A1A1A"/>
          <w:lang w:val="bg-BG"/>
        </w:rPr>
        <w:t>ПАЧЕВ</w:t>
      </w:r>
      <w:r w:rsidR="00727CD9" w:rsidRPr="001805B4">
        <w:rPr>
          <w:i/>
          <w:iCs/>
          <w:color w:val="1A1A1A"/>
          <w:lang w:val="bg-BG"/>
        </w:rPr>
        <w:t xml:space="preserve"> (Институт за етнология и фолклористика с Етнографски музей – БАН)</w:t>
      </w:r>
      <w:r w:rsidR="00727CD9" w:rsidRPr="00727CD9">
        <w:rPr>
          <w:color w:val="1A1A1A"/>
          <w:lang w:val="bg-BG"/>
        </w:rPr>
        <w:t xml:space="preserve"> – Топонимията на българските села в Бесарабия и Таврия като маркер на генетичните връзки / </w:t>
      </w:r>
      <w:proofErr w:type="spellStart"/>
      <w:r w:rsidR="00727CD9" w:rsidRPr="00727CD9">
        <w:rPr>
          <w:color w:val="1A1A1A"/>
          <w:lang w:val="bg-BG"/>
        </w:rPr>
        <w:t>The</w:t>
      </w:r>
      <w:proofErr w:type="spellEnd"/>
      <w:r w:rsidR="00727CD9" w:rsidRPr="00727CD9">
        <w:rPr>
          <w:color w:val="1A1A1A"/>
          <w:lang w:val="bg-BG"/>
        </w:rPr>
        <w:t xml:space="preserve"> </w:t>
      </w:r>
      <w:proofErr w:type="spellStart"/>
      <w:r w:rsidR="00727CD9" w:rsidRPr="00727CD9">
        <w:rPr>
          <w:color w:val="1A1A1A"/>
          <w:lang w:val="bg-BG"/>
        </w:rPr>
        <w:t>Toponymy</w:t>
      </w:r>
      <w:proofErr w:type="spellEnd"/>
      <w:r w:rsidR="00727CD9" w:rsidRPr="00727CD9">
        <w:rPr>
          <w:color w:val="1A1A1A"/>
          <w:lang w:val="bg-BG"/>
        </w:rPr>
        <w:t xml:space="preserve"> </w:t>
      </w:r>
      <w:proofErr w:type="spellStart"/>
      <w:r w:rsidR="00727CD9" w:rsidRPr="00727CD9">
        <w:rPr>
          <w:color w:val="1A1A1A"/>
          <w:lang w:val="bg-BG"/>
        </w:rPr>
        <w:t>of</w:t>
      </w:r>
      <w:proofErr w:type="spellEnd"/>
      <w:r w:rsidR="00727CD9" w:rsidRPr="00727CD9">
        <w:rPr>
          <w:color w:val="1A1A1A"/>
          <w:lang w:val="bg-BG"/>
        </w:rPr>
        <w:t xml:space="preserve"> </w:t>
      </w:r>
      <w:proofErr w:type="spellStart"/>
      <w:r w:rsidR="00727CD9" w:rsidRPr="00727CD9">
        <w:rPr>
          <w:color w:val="1A1A1A"/>
          <w:lang w:val="bg-BG"/>
        </w:rPr>
        <w:t>Bulgarian</w:t>
      </w:r>
      <w:proofErr w:type="spellEnd"/>
      <w:r w:rsidR="00727CD9" w:rsidRPr="00727CD9">
        <w:rPr>
          <w:color w:val="1A1A1A"/>
          <w:lang w:val="bg-BG"/>
        </w:rPr>
        <w:t xml:space="preserve"> </w:t>
      </w:r>
      <w:proofErr w:type="spellStart"/>
      <w:r w:rsidR="00727CD9" w:rsidRPr="00727CD9">
        <w:rPr>
          <w:color w:val="1A1A1A"/>
          <w:lang w:val="bg-BG"/>
        </w:rPr>
        <w:t>Villages</w:t>
      </w:r>
      <w:proofErr w:type="spellEnd"/>
      <w:r w:rsidR="00727CD9" w:rsidRPr="00727CD9">
        <w:rPr>
          <w:color w:val="1A1A1A"/>
          <w:lang w:val="bg-BG"/>
        </w:rPr>
        <w:t xml:space="preserve"> </w:t>
      </w:r>
      <w:proofErr w:type="spellStart"/>
      <w:r w:rsidR="00727CD9" w:rsidRPr="00727CD9">
        <w:rPr>
          <w:color w:val="1A1A1A"/>
          <w:lang w:val="bg-BG"/>
        </w:rPr>
        <w:t>in</w:t>
      </w:r>
      <w:proofErr w:type="spellEnd"/>
      <w:r w:rsidR="00727CD9" w:rsidRPr="00727CD9">
        <w:rPr>
          <w:color w:val="1A1A1A"/>
          <w:lang w:val="bg-BG"/>
        </w:rPr>
        <w:t xml:space="preserve"> </w:t>
      </w:r>
      <w:proofErr w:type="spellStart"/>
      <w:r w:rsidR="00727CD9" w:rsidRPr="00727CD9">
        <w:rPr>
          <w:color w:val="1A1A1A"/>
          <w:lang w:val="bg-BG"/>
        </w:rPr>
        <w:t>Bessarabia</w:t>
      </w:r>
      <w:proofErr w:type="spellEnd"/>
      <w:r w:rsidR="00727CD9" w:rsidRPr="00727CD9">
        <w:rPr>
          <w:color w:val="1A1A1A"/>
          <w:lang w:val="bg-BG"/>
        </w:rPr>
        <w:t xml:space="preserve"> </w:t>
      </w:r>
      <w:proofErr w:type="spellStart"/>
      <w:r w:rsidR="00727CD9" w:rsidRPr="00727CD9">
        <w:rPr>
          <w:color w:val="1A1A1A"/>
          <w:lang w:val="bg-BG"/>
        </w:rPr>
        <w:t>and</w:t>
      </w:r>
      <w:proofErr w:type="spellEnd"/>
      <w:r w:rsidR="00727CD9" w:rsidRPr="00727CD9">
        <w:rPr>
          <w:color w:val="1A1A1A"/>
          <w:lang w:val="bg-BG"/>
        </w:rPr>
        <w:t xml:space="preserve"> </w:t>
      </w:r>
      <w:proofErr w:type="spellStart"/>
      <w:r w:rsidR="00727CD9" w:rsidRPr="00727CD9">
        <w:rPr>
          <w:color w:val="1A1A1A"/>
          <w:lang w:val="bg-BG"/>
        </w:rPr>
        <w:t>Tavria</w:t>
      </w:r>
      <w:proofErr w:type="spellEnd"/>
      <w:r w:rsidR="00727CD9" w:rsidRPr="00727CD9">
        <w:rPr>
          <w:color w:val="1A1A1A"/>
          <w:lang w:val="bg-BG"/>
        </w:rPr>
        <w:t xml:space="preserve"> </w:t>
      </w:r>
      <w:proofErr w:type="spellStart"/>
      <w:r w:rsidR="00727CD9" w:rsidRPr="00727CD9">
        <w:rPr>
          <w:color w:val="1A1A1A"/>
          <w:lang w:val="bg-BG"/>
        </w:rPr>
        <w:t>as</w:t>
      </w:r>
      <w:proofErr w:type="spellEnd"/>
      <w:r w:rsidR="00727CD9" w:rsidRPr="00727CD9">
        <w:rPr>
          <w:color w:val="1A1A1A"/>
          <w:lang w:val="bg-BG"/>
        </w:rPr>
        <w:t xml:space="preserve"> a </w:t>
      </w:r>
      <w:proofErr w:type="spellStart"/>
      <w:r w:rsidR="00727CD9" w:rsidRPr="00727CD9">
        <w:rPr>
          <w:color w:val="1A1A1A"/>
          <w:lang w:val="bg-BG"/>
        </w:rPr>
        <w:t>Marker</w:t>
      </w:r>
      <w:proofErr w:type="spellEnd"/>
      <w:r w:rsidR="00727CD9" w:rsidRPr="00727CD9">
        <w:rPr>
          <w:color w:val="1A1A1A"/>
          <w:lang w:val="bg-BG"/>
        </w:rPr>
        <w:t xml:space="preserve"> </w:t>
      </w:r>
      <w:proofErr w:type="spellStart"/>
      <w:r w:rsidR="00727CD9" w:rsidRPr="00727CD9">
        <w:rPr>
          <w:color w:val="1A1A1A"/>
          <w:lang w:val="bg-BG"/>
        </w:rPr>
        <w:t>of</w:t>
      </w:r>
      <w:proofErr w:type="spellEnd"/>
      <w:r w:rsidR="00727CD9" w:rsidRPr="00727CD9">
        <w:rPr>
          <w:color w:val="1A1A1A"/>
          <w:lang w:val="bg-BG"/>
        </w:rPr>
        <w:t xml:space="preserve"> </w:t>
      </w:r>
      <w:proofErr w:type="spellStart"/>
      <w:r w:rsidR="00727CD9" w:rsidRPr="00727CD9">
        <w:rPr>
          <w:color w:val="1A1A1A"/>
          <w:lang w:val="bg-BG"/>
        </w:rPr>
        <w:t>Genetic</w:t>
      </w:r>
      <w:proofErr w:type="spellEnd"/>
      <w:r w:rsidR="00727CD9" w:rsidRPr="00727CD9">
        <w:rPr>
          <w:color w:val="1A1A1A"/>
          <w:lang w:val="bg-BG"/>
        </w:rPr>
        <w:t xml:space="preserve"> </w:t>
      </w:r>
      <w:proofErr w:type="spellStart"/>
      <w:r w:rsidR="00727CD9" w:rsidRPr="00727CD9">
        <w:rPr>
          <w:color w:val="1A1A1A"/>
          <w:lang w:val="bg-BG"/>
        </w:rPr>
        <w:t>Ties</w:t>
      </w:r>
      <w:proofErr w:type="spellEnd"/>
    </w:p>
    <w:p w14:paraId="46351E4F" w14:textId="4F550BEB" w:rsidR="008E5318" w:rsidRDefault="00000000" w:rsidP="00B614E7">
      <w:pPr>
        <w:pBdr>
          <w:left w:val="single" w:sz="24" w:space="6" w:color="2E7D5B"/>
        </w:pBdr>
        <w:tabs>
          <w:tab w:val="left" w:pos="1474"/>
        </w:tabs>
        <w:spacing w:after="220" w:line="259" w:lineRule="auto"/>
        <w:ind w:left="1474" w:hanging="1474"/>
        <w:jc w:val="both"/>
        <w:rPr>
          <w:i/>
          <w:color w:val="1A1A1A"/>
          <w:lang w:val="bg-BG"/>
        </w:rPr>
      </w:pPr>
      <w:r w:rsidRPr="00094221">
        <w:rPr>
          <w:b/>
          <w:bCs/>
          <w:i/>
          <w:color w:val="C00000"/>
        </w:rPr>
        <w:t>1</w:t>
      </w:r>
      <w:r w:rsidR="00E17492">
        <w:rPr>
          <w:b/>
          <w:bCs/>
          <w:i/>
          <w:color w:val="C00000"/>
          <w:lang w:val="bg-BG"/>
        </w:rPr>
        <w:t>3</w:t>
      </w:r>
      <w:r w:rsidRPr="00094221">
        <w:rPr>
          <w:b/>
          <w:bCs/>
          <w:i/>
          <w:color w:val="C00000"/>
        </w:rPr>
        <w:t>:</w:t>
      </w:r>
      <w:r w:rsidR="00E17492">
        <w:rPr>
          <w:b/>
          <w:bCs/>
          <w:i/>
          <w:color w:val="C00000"/>
          <w:lang w:val="bg-BG"/>
        </w:rPr>
        <w:t>0</w:t>
      </w:r>
      <w:r w:rsidRPr="00094221">
        <w:rPr>
          <w:b/>
          <w:bCs/>
          <w:i/>
          <w:color w:val="C00000"/>
        </w:rPr>
        <w:t>0 – 1</w:t>
      </w:r>
      <w:r w:rsidR="00E17492">
        <w:rPr>
          <w:b/>
          <w:bCs/>
          <w:i/>
          <w:color w:val="C00000"/>
          <w:lang w:val="bg-BG"/>
        </w:rPr>
        <w:t>3</w:t>
      </w:r>
      <w:r w:rsidRPr="00094221">
        <w:rPr>
          <w:b/>
          <w:bCs/>
          <w:i/>
          <w:color w:val="C00000"/>
        </w:rPr>
        <w:t>:</w:t>
      </w:r>
      <w:r w:rsidR="00E17492">
        <w:rPr>
          <w:b/>
          <w:bCs/>
          <w:i/>
          <w:color w:val="C00000"/>
          <w:lang w:val="bg-BG"/>
        </w:rPr>
        <w:t>1</w:t>
      </w:r>
      <w:r w:rsidRPr="00094221">
        <w:rPr>
          <w:b/>
          <w:bCs/>
          <w:i/>
          <w:color w:val="C00000"/>
        </w:rPr>
        <w:t>5</w:t>
      </w:r>
      <w:r w:rsidRPr="00094221">
        <w:rPr>
          <w:i/>
          <w:color w:val="C00000"/>
        </w:rPr>
        <w:t xml:space="preserve">   </w:t>
      </w:r>
      <w:proofErr w:type="spellStart"/>
      <w:r>
        <w:rPr>
          <w:i/>
          <w:color w:val="1A1A1A"/>
        </w:rPr>
        <w:t>Дискусия</w:t>
      </w:r>
      <w:proofErr w:type="spellEnd"/>
      <w:r>
        <w:rPr>
          <w:i/>
          <w:color w:val="1A1A1A"/>
        </w:rPr>
        <w:t xml:space="preserve"> / Discussion</w:t>
      </w:r>
    </w:p>
    <w:p w14:paraId="61A6306A" w14:textId="77777777" w:rsidR="008F755C" w:rsidRDefault="008F755C">
      <w:pPr>
        <w:spacing w:after="80"/>
        <w:jc w:val="both"/>
        <w:rPr>
          <w:i/>
          <w:color w:val="1A1A1A"/>
          <w:sz w:val="20"/>
          <w:lang w:val="bg-BG"/>
        </w:rPr>
      </w:pPr>
    </w:p>
    <w:p w14:paraId="7ED8A226" w14:textId="1B59DDFF" w:rsidR="006128FF" w:rsidRPr="0059233B" w:rsidRDefault="006128FF">
      <w:pPr>
        <w:spacing w:after="80"/>
        <w:jc w:val="both"/>
        <w:rPr>
          <w:i/>
          <w:smallCaps/>
          <w:color w:val="1A1A1A"/>
          <w:sz w:val="20"/>
          <w:lang w:val="bg-BG"/>
        </w:rPr>
      </w:pPr>
      <w:r>
        <w:rPr>
          <w:i/>
          <w:color w:val="1A1A1A"/>
          <w:sz w:val="20"/>
        </w:rPr>
        <w:t xml:space="preserve">С </w:t>
      </w:r>
      <w:proofErr w:type="spellStart"/>
      <w:r>
        <w:rPr>
          <w:i/>
          <w:color w:val="1A1A1A"/>
          <w:sz w:val="20"/>
        </w:rPr>
        <w:t>финансовата</w:t>
      </w:r>
      <w:proofErr w:type="spellEnd"/>
      <w:r>
        <w:rPr>
          <w:i/>
          <w:color w:val="1A1A1A"/>
          <w:sz w:val="20"/>
        </w:rPr>
        <w:t xml:space="preserve"> </w:t>
      </w:r>
      <w:proofErr w:type="spellStart"/>
      <w:r>
        <w:rPr>
          <w:i/>
          <w:color w:val="1A1A1A"/>
          <w:sz w:val="20"/>
        </w:rPr>
        <w:t>подкрепа</w:t>
      </w:r>
      <w:proofErr w:type="spellEnd"/>
      <w:r>
        <w:rPr>
          <w:i/>
          <w:color w:val="1A1A1A"/>
          <w:sz w:val="20"/>
        </w:rPr>
        <w:t xml:space="preserve"> </w:t>
      </w:r>
      <w:proofErr w:type="spellStart"/>
      <w:r>
        <w:rPr>
          <w:i/>
          <w:color w:val="1A1A1A"/>
          <w:sz w:val="20"/>
        </w:rPr>
        <w:t>на</w:t>
      </w:r>
      <w:proofErr w:type="spellEnd"/>
      <w:r>
        <w:rPr>
          <w:i/>
          <w:color w:val="1A1A1A"/>
          <w:sz w:val="20"/>
        </w:rPr>
        <w:t xml:space="preserve"> </w:t>
      </w:r>
      <w:proofErr w:type="spellStart"/>
      <w:r>
        <w:rPr>
          <w:i/>
          <w:color w:val="1A1A1A"/>
          <w:sz w:val="20"/>
        </w:rPr>
        <w:t>Фонд</w:t>
      </w:r>
      <w:proofErr w:type="spellEnd"/>
      <w:r>
        <w:rPr>
          <w:i/>
          <w:color w:val="1A1A1A"/>
          <w:sz w:val="20"/>
        </w:rPr>
        <w:t xml:space="preserve"> „</w:t>
      </w:r>
      <w:proofErr w:type="spellStart"/>
      <w:r>
        <w:rPr>
          <w:i/>
          <w:color w:val="1A1A1A"/>
          <w:sz w:val="20"/>
        </w:rPr>
        <w:t>Научни</w:t>
      </w:r>
      <w:proofErr w:type="spellEnd"/>
      <w:r>
        <w:rPr>
          <w:i/>
          <w:color w:val="1A1A1A"/>
          <w:sz w:val="20"/>
        </w:rPr>
        <w:t xml:space="preserve"> </w:t>
      </w:r>
      <w:proofErr w:type="spellStart"/>
      <w:proofErr w:type="gramStart"/>
      <w:r>
        <w:rPr>
          <w:i/>
          <w:color w:val="1A1A1A"/>
          <w:sz w:val="20"/>
        </w:rPr>
        <w:t>изследвания</w:t>
      </w:r>
      <w:proofErr w:type="spellEnd"/>
      <w:r>
        <w:rPr>
          <w:i/>
          <w:color w:val="1A1A1A"/>
          <w:sz w:val="20"/>
        </w:rPr>
        <w:t xml:space="preserve">“ </w:t>
      </w:r>
      <w:proofErr w:type="spellStart"/>
      <w:r>
        <w:rPr>
          <w:i/>
          <w:color w:val="1A1A1A"/>
          <w:sz w:val="20"/>
        </w:rPr>
        <w:t>по</w:t>
      </w:r>
      <w:proofErr w:type="spellEnd"/>
      <w:proofErr w:type="gramEnd"/>
      <w:r>
        <w:rPr>
          <w:i/>
          <w:color w:val="1A1A1A"/>
          <w:sz w:val="20"/>
        </w:rPr>
        <w:t xml:space="preserve"> </w:t>
      </w:r>
      <w:proofErr w:type="spellStart"/>
      <w:r>
        <w:rPr>
          <w:i/>
          <w:color w:val="1A1A1A"/>
          <w:sz w:val="20"/>
        </w:rPr>
        <w:t>договор</w:t>
      </w:r>
      <w:proofErr w:type="spellEnd"/>
      <w:r>
        <w:rPr>
          <w:i/>
          <w:color w:val="1A1A1A"/>
          <w:sz w:val="20"/>
        </w:rPr>
        <w:t xml:space="preserve"> № КП-06-М 100/1 </w:t>
      </w:r>
      <w:proofErr w:type="spellStart"/>
      <w:r>
        <w:rPr>
          <w:i/>
          <w:color w:val="1A1A1A"/>
          <w:sz w:val="20"/>
        </w:rPr>
        <w:t>от</w:t>
      </w:r>
      <w:proofErr w:type="spellEnd"/>
      <w:r>
        <w:rPr>
          <w:i/>
          <w:color w:val="1A1A1A"/>
          <w:sz w:val="20"/>
        </w:rPr>
        <w:t xml:space="preserve"> 10.12.2025 г., </w:t>
      </w:r>
      <w:proofErr w:type="spellStart"/>
      <w:r>
        <w:rPr>
          <w:i/>
          <w:color w:val="1A1A1A"/>
          <w:sz w:val="20"/>
        </w:rPr>
        <w:t>като</w:t>
      </w:r>
      <w:proofErr w:type="spellEnd"/>
      <w:r>
        <w:rPr>
          <w:i/>
          <w:color w:val="1A1A1A"/>
          <w:sz w:val="20"/>
        </w:rPr>
        <w:t xml:space="preserve"> </w:t>
      </w:r>
      <w:proofErr w:type="spellStart"/>
      <w:r>
        <w:rPr>
          <w:i/>
          <w:color w:val="1A1A1A"/>
          <w:sz w:val="20"/>
        </w:rPr>
        <w:t>Фондът</w:t>
      </w:r>
      <w:proofErr w:type="spellEnd"/>
      <w:r>
        <w:rPr>
          <w:i/>
          <w:color w:val="1A1A1A"/>
          <w:sz w:val="20"/>
        </w:rPr>
        <w:t xml:space="preserve"> </w:t>
      </w:r>
      <w:proofErr w:type="spellStart"/>
      <w:r>
        <w:rPr>
          <w:i/>
          <w:color w:val="1A1A1A"/>
          <w:sz w:val="20"/>
        </w:rPr>
        <w:t>не</w:t>
      </w:r>
      <w:proofErr w:type="spellEnd"/>
      <w:r>
        <w:rPr>
          <w:i/>
          <w:color w:val="1A1A1A"/>
          <w:sz w:val="20"/>
        </w:rPr>
        <w:t xml:space="preserve"> </w:t>
      </w:r>
      <w:proofErr w:type="spellStart"/>
      <w:r>
        <w:rPr>
          <w:i/>
          <w:color w:val="1A1A1A"/>
          <w:sz w:val="20"/>
        </w:rPr>
        <w:t>носи</w:t>
      </w:r>
      <w:proofErr w:type="spellEnd"/>
      <w:r>
        <w:rPr>
          <w:i/>
          <w:color w:val="1A1A1A"/>
          <w:sz w:val="20"/>
        </w:rPr>
        <w:t xml:space="preserve"> </w:t>
      </w:r>
      <w:proofErr w:type="spellStart"/>
      <w:r>
        <w:rPr>
          <w:i/>
          <w:color w:val="1A1A1A"/>
          <w:sz w:val="20"/>
        </w:rPr>
        <w:t>отговорност</w:t>
      </w:r>
      <w:proofErr w:type="spellEnd"/>
      <w:r>
        <w:rPr>
          <w:i/>
          <w:color w:val="1A1A1A"/>
          <w:sz w:val="20"/>
        </w:rPr>
        <w:t xml:space="preserve"> </w:t>
      </w:r>
      <w:proofErr w:type="spellStart"/>
      <w:r>
        <w:rPr>
          <w:i/>
          <w:color w:val="1A1A1A"/>
          <w:sz w:val="20"/>
        </w:rPr>
        <w:t>за</w:t>
      </w:r>
      <w:proofErr w:type="spellEnd"/>
      <w:r>
        <w:rPr>
          <w:i/>
          <w:color w:val="1A1A1A"/>
          <w:sz w:val="20"/>
        </w:rPr>
        <w:t xml:space="preserve"> </w:t>
      </w:r>
      <w:proofErr w:type="spellStart"/>
      <w:r>
        <w:rPr>
          <w:i/>
          <w:color w:val="1A1A1A"/>
          <w:sz w:val="20"/>
        </w:rPr>
        <w:t>съдържанието</w:t>
      </w:r>
      <w:proofErr w:type="spellEnd"/>
      <w:r>
        <w:rPr>
          <w:i/>
          <w:color w:val="1A1A1A"/>
          <w:sz w:val="20"/>
        </w:rPr>
        <w:t xml:space="preserve"> </w:t>
      </w:r>
      <w:proofErr w:type="spellStart"/>
      <w:r>
        <w:rPr>
          <w:i/>
          <w:color w:val="1A1A1A"/>
          <w:sz w:val="20"/>
        </w:rPr>
        <w:t>на</w:t>
      </w:r>
      <w:proofErr w:type="spellEnd"/>
      <w:r>
        <w:rPr>
          <w:i/>
          <w:color w:val="1A1A1A"/>
          <w:sz w:val="20"/>
        </w:rPr>
        <w:t xml:space="preserve"> </w:t>
      </w:r>
      <w:proofErr w:type="spellStart"/>
      <w:r>
        <w:rPr>
          <w:i/>
          <w:color w:val="1A1A1A"/>
          <w:sz w:val="20"/>
        </w:rPr>
        <w:t>докладите</w:t>
      </w:r>
      <w:proofErr w:type="spellEnd"/>
      <w:r>
        <w:rPr>
          <w:i/>
          <w:color w:val="1A1A1A"/>
          <w:sz w:val="20"/>
        </w:rPr>
        <w:t xml:space="preserve">, </w:t>
      </w:r>
      <w:proofErr w:type="spellStart"/>
      <w:r>
        <w:rPr>
          <w:i/>
          <w:color w:val="1A1A1A"/>
          <w:sz w:val="20"/>
        </w:rPr>
        <w:t>представени</w:t>
      </w:r>
      <w:proofErr w:type="spellEnd"/>
      <w:r>
        <w:rPr>
          <w:i/>
          <w:color w:val="1A1A1A"/>
          <w:sz w:val="20"/>
        </w:rPr>
        <w:t xml:space="preserve"> </w:t>
      </w:r>
      <w:proofErr w:type="spellStart"/>
      <w:r>
        <w:rPr>
          <w:i/>
          <w:color w:val="1A1A1A"/>
          <w:sz w:val="20"/>
        </w:rPr>
        <w:t>на</w:t>
      </w:r>
      <w:proofErr w:type="spellEnd"/>
      <w:r>
        <w:rPr>
          <w:i/>
          <w:color w:val="1A1A1A"/>
          <w:sz w:val="20"/>
        </w:rPr>
        <w:t xml:space="preserve"> </w:t>
      </w:r>
      <w:proofErr w:type="spellStart"/>
      <w:r>
        <w:rPr>
          <w:i/>
          <w:color w:val="1A1A1A"/>
          <w:sz w:val="20"/>
        </w:rPr>
        <w:t>научния</w:t>
      </w:r>
      <w:proofErr w:type="spellEnd"/>
      <w:r>
        <w:rPr>
          <w:i/>
          <w:color w:val="1A1A1A"/>
          <w:sz w:val="20"/>
        </w:rPr>
        <w:t xml:space="preserve"> </w:t>
      </w:r>
      <w:proofErr w:type="spellStart"/>
      <w:r>
        <w:rPr>
          <w:i/>
          <w:color w:val="1A1A1A"/>
          <w:sz w:val="20"/>
        </w:rPr>
        <w:t>форум</w:t>
      </w:r>
      <w:proofErr w:type="spellEnd"/>
      <w:r>
        <w:rPr>
          <w:i/>
          <w:color w:val="1A1A1A"/>
          <w:sz w:val="20"/>
        </w:rPr>
        <w:t xml:space="preserve">, </w:t>
      </w:r>
      <w:proofErr w:type="spellStart"/>
      <w:r>
        <w:rPr>
          <w:i/>
          <w:color w:val="1A1A1A"/>
          <w:sz w:val="20"/>
        </w:rPr>
        <w:t>както</w:t>
      </w:r>
      <w:proofErr w:type="spellEnd"/>
      <w:r>
        <w:rPr>
          <w:i/>
          <w:color w:val="1A1A1A"/>
          <w:sz w:val="20"/>
        </w:rPr>
        <w:t xml:space="preserve"> и </w:t>
      </w:r>
      <w:proofErr w:type="spellStart"/>
      <w:r>
        <w:rPr>
          <w:i/>
          <w:color w:val="1A1A1A"/>
          <w:sz w:val="20"/>
        </w:rPr>
        <w:t>за</w:t>
      </w:r>
      <w:proofErr w:type="spellEnd"/>
      <w:r>
        <w:rPr>
          <w:i/>
          <w:color w:val="1A1A1A"/>
          <w:sz w:val="20"/>
        </w:rPr>
        <w:t xml:space="preserve"> </w:t>
      </w:r>
      <w:proofErr w:type="spellStart"/>
      <w:r>
        <w:rPr>
          <w:i/>
          <w:color w:val="1A1A1A"/>
          <w:sz w:val="20"/>
        </w:rPr>
        <w:t>съдържанието</w:t>
      </w:r>
      <w:proofErr w:type="spellEnd"/>
      <w:r>
        <w:rPr>
          <w:i/>
          <w:color w:val="1A1A1A"/>
          <w:sz w:val="20"/>
        </w:rPr>
        <w:t xml:space="preserve"> </w:t>
      </w:r>
      <w:proofErr w:type="spellStart"/>
      <w:r>
        <w:rPr>
          <w:i/>
          <w:color w:val="1A1A1A"/>
          <w:sz w:val="20"/>
        </w:rPr>
        <w:t>на</w:t>
      </w:r>
      <w:proofErr w:type="spellEnd"/>
      <w:r>
        <w:rPr>
          <w:i/>
          <w:color w:val="1A1A1A"/>
          <w:sz w:val="20"/>
        </w:rPr>
        <w:t xml:space="preserve"> </w:t>
      </w:r>
      <w:proofErr w:type="spellStart"/>
      <w:r>
        <w:rPr>
          <w:i/>
          <w:color w:val="1A1A1A"/>
          <w:sz w:val="20"/>
        </w:rPr>
        <w:t>рекламните</w:t>
      </w:r>
      <w:proofErr w:type="spellEnd"/>
      <w:r>
        <w:rPr>
          <w:i/>
          <w:color w:val="1A1A1A"/>
          <w:sz w:val="20"/>
        </w:rPr>
        <w:t xml:space="preserve"> и </w:t>
      </w:r>
      <w:proofErr w:type="spellStart"/>
      <w:r>
        <w:rPr>
          <w:i/>
          <w:color w:val="1A1A1A"/>
          <w:sz w:val="20"/>
        </w:rPr>
        <w:t>други</w:t>
      </w:r>
      <w:proofErr w:type="spellEnd"/>
      <w:r>
        <w:rPr>
          <w:i/>
          <w:color w:val="1A1A1A"/>
          <w:sz w:val="20"/>
        </w:rPr>
        <w:t xml:space="preserve"> </w:t>
      </w:r>
      <w:proofErr w:type="spellStart"/>
      <w:r>
        <w:rPr>
          <w:i/>
          <w:color w:val="1A1A1A"/>
          <w:sz w:val="20"/>
        </w:rPr>
        <w:t>материали</w:t>
      </w:r>
      <w:proofErr w:type="spellEnd"/>
      <w:r>
        <w:rPr>
          <w:i/>
          <w:color w:val="1A1A1A"/>
          <w:sz w:val="20"/>
        </w:rPr>
        <w:t xml:space="preserve"> </w:t>
      </w:r>
      <w:proofErr w:type="spellStart"/>
      <w:r>
        <w:rPr>
          <w:i/>
          <w:color w:val="1A1A1A"/>
          <w:sz w:val="20"/>
        </w:rPr>
        <w:t>за</w:t>
      </w:r>
      <w:proofErr w:type="spellEnd"/>
      <w:r>
        <w:rPr>
          <w:i/>
          <w:color w:val="1A1A1A"/>
          <w:sz w:val="20"/>
        </w:rPr>
        <w:t xml:space="preserve"> </w:t>
      </w:r>
      <w:proofErr w:type="spellStart"/>
      <w:r>
        <w:rPr>
          <w:i/>
          <w:color w:val="1A1A1A"/>
          <w:sz w:val="20"/>
        </w:rPr>
        <w:t>него</w:t>
      </w:r>
      <w:proofErr w:type="spellEnd"/>
      <w:r>
        <w:rPr>
          <w:i/>
          <w:color w:val="1A1A1A"/>
          <w:sz w:val="20"/>
        </w:rPr>
        <w:t>.</w:t>
      </w:r>
    </w:p>
    <w:p w14:paraId="57D189C2" w14:textId="77777777" w:rsidR="006128FF" w:rsidRDefault="006128FF">
      <w:pPr>
        <w:spacing w:after="80"/>
        <w:jc w:val="both"/>
        <w:rPr>
          <w:i/>
          <w:color w:val="1A1A1A"/>
          <w:sz w:val="20"/>
          <w:lang w:val="bg-BG"/>
        </w:rPr>
      </w:pPr>
      <w:r>
        <w:rPr>
          <w:i/>
          <w:color w:val="1A1A1A"/>
          <w:sz w:val="20"/>
        </w:rPr>
        <w:t>Financially supported by the Bulgarian National Science Fund under contract No. КП-06-М 100/1 dated 10.12.2025. The Fund is not responsible for the content of the papers presented at the scientific forum, nor for the content of the advertising and other materials for the event.</w:t>
      </w:r>
    </w:p>
    <w:sectPr w:rsidR="006128FF" w:rsidSect="00034616">
      <w:pgSz w:w="11906" w:h="16838"/>
      <w:pgMar w:top="1247" w:right="1247" w:bottom="1247" w:left="1247"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0D075" w14:textId="77777777" w:rsidR="00E41D3C" w:rsidRDefault="00E41D3C">
      <w:pPr>
        <w:spacing w:after="0" w:line="240" w:lineRule="auto"/>
      </w:pPr>
      <w:r>
        <w:separator/>
      </w:r>
    </w:p>
  </w:endnote>
  <w:endnote w:type="continuationSeparator" w:id="0">
    <w:p w14:paraId="2B1B3622" w14:textId="77777777" w:rsidR="00E41D3C" w:rsidRDefault="00E41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5D4CB" w14:textId="77777777" w:rsidR="008E5318" w:rsidRDefault="00000000">
    <w:pPr>
      <w:pStyle w:val="a7"/>
      <w:jc w:val="center"/>
    </w:pPr>
    <w:r>
      <w:rPr>
        <w:sz w:val="18"/>
      </w:rPr>
      <w:fldChar w:fldCharType="begin"/>
    </w:r>
    <w:r>
      <w:instrText xml:space="preserve"> PAGE </w:instrText>
    </w:r>
    <w:r>
      <w:rPr>
        <w:sz w:val="18"/>
      </w:rPr>
      <w:fldChar w:fldCharType="separate"/>
    </w:r>
    <w:r w:rsidR="00143BD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22C50" w14:textId="77777777" w:rsidR="00E41D3C" w:rsidRDefault="00E41D3C">
      <w:pPr>
        <w:spacing w:after="0" w:line="240" w:lineRule="auto"/>
      </w:pPr>
      <w:r>
        <w:separator/>
      </w:r>
    </w:p>
  </w:footnote>
  <w:footnote w:type="continuationSeparator" w:id="0">
    <w:p w14:paraId="318C8F0F" w14:textId="77777777" w:rsidR="00E41D3C" w:rsidRDefault="00E41D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E8726" w14:textId="77777777" w:rsidR="00B7163E" w:rsidRDefault="00B716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139908994">
    <w:abstractNumId w:val="8"/>
  </w:num>
  <w:num w:numId="2" w16cid:durableId="893735910">
    <w:abstractNumId w:val="6"/>
  </w:num>
  <w:num w:numId="3" w16cid:durableId="1938172561">
    <w:abstractNumId w:val="5"/>
  </w:num>
  <w:num w:numId="4" w16cid:durableId="576748167">
    <w:abstractNumId w:val="4"/>
  </w:num>
  <w:num w:numId="5" w16cid:durableId="654383563">
    <w:abstractNumId w:val="7"/>
  </w:num>
  <w:num w:numId="6" w16cid:durableId="121382957">
    <w:abstractNumId w:val="3"/>
  </w:num>
  <w:num w:numId="7" w16cid:durableId="1541671699">
    <w:abstractNumId w:val="2"/>
  </w:num>
  <w:num w:numId="8" w16cid:durableId="1956059385">
    <w:abstractNumId w:val="1"/>
  </w:num>
  <w:num w:numId="9" w16cid:durableId="1537349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4A4"/>
    <w:rsid w:val="00016D89"/>
    <w:rsid w:val="000311AB"/>
    <w:rsid w:val="00031F9E"/>
    <w:rsid w:val="00034616"/>
    <w:rsid w:val="00037BDE"/>
    <w:rsid w:val="00041F67"/>
    <w:rsid w:val="000465B8"/>
    <w:rsid w:val="000500D4"/>
    <w:rsid w:val="0006063C"/>
    <w:rsid w:val="0006579E"/>
    <w:rsid w:val="000667DE"/>
    <w:rsid w:val="00081708"/>
    <w:rsid w:val="000877D9"/>
    <w:rsid w:val="00094221"/>
    <w:rsid w:val="000A4304"/>
    <w:rsid w:val="000B4A2F"/>
    <w:rsid w:val="000B50CE"/>
    <w:rsid w:val="000D4D5C"/>
    <w:rsid w:val="000D6722"/>
    <w:rsid w:val="000D7B23"/>
    <w:rsid w:val="000E370C"/>
    <w:rsid w:val="001054AD"/>
    <w:rsid w:val="001064E8"/>
    <w:rsid w:val="00122604"/>
    <w:rsid w:val="00127258"/>
    <w:rsid w:val="00136FF3"/>
    <w:rsid w:val="00142C83"/>
    <w:rsid w:val="00143BD7"/>
    <w:rsid w:val="00144BE8"/>
    <w:rsid w:val="0015074B"/>
    <w:rsid w:val="00151622"/>
    <w:rsid w:val="00152DA9"/>
    <w:rsid w:val="001543AC"/>
    <w:rsid w:val="00157779"/>
    <w:rsid w:val="00165149"/>
    <w:rsid w:val="00170F9A"/>
    <w:rsid w:val="001805B4"/>
    <w:rsid w:val="001816FA"/>
    <w:rsid w:val="001856D9"/>
    <w:rsid w:val="001928A6"/>
    <w:rsid w:val="00193F7D"/>
    <w:rsid w:val="001A3F25"/>
    <w:rsid w:val="001A53DE"/>
    <w:rsid w:val="001B1E5B"/>
    <w:rsid w:val="001B3A47"/>
    <w:rsid w:val="001B7140"/>
    <w:rsid w:val="001C12BD"/>
    <w:rsid w:val="001C5226"/>
    <w:rsid w:val="001C5951"/>
    <w:rsid w:val="001F052B"/>
    <w:rsid w:val="001F2184"/>
    <w:rsid w:val="0020269F"/>
    <w:rsid w:val="00226882"/>
    <w:rsid w:val="00235347"/>
    <w:rsid w:val="00244A14"/>
    <w:rsid w:val="0025482D"/>
    <w:rsid w:val="00255037"/>
    <w:rsid w:val="002745FF"/>
    <w:rsid w:val="002746F5"/>
    <w:rsid w:val="002748B0"/>
    <w:rsid w:val="00274A82"/>
    <w:rsid w:val="00286165"/>
    <w:rsid w:val="0029639D"/>
    <w:rsid w:val="002A54B2"/>
    <w:rsid w:val="002B7E9B"/>
    <w:rsid w:val="002C224A"/>
    <w:rsid w:val="002D16FC"/>
    <w:rsid w:val="002D3845"/>
    <w:rsid w:val="00306B32"/>
    <w:rsid w:val="00310370"/>
    <w:rsid w:val="00326F90"/>
    <w:rsid w:val="00334066"/>
    <w:rsid w:val="00343F8A"/>
    <w:rsid w:val="0034515B"/>
    <w:rsid w:val="0035135C"/>
    <w:rsid w:val="00352244"/>
    <w:rsid w:val="00360F20"/>
    <w:rsid w:val="00363AEA"/>
    <w:rsid w:val="00375D0B"/>
    <w:rsid w:val="00381C6F"/>
    <w:rsid w:val="00383EE1"/>
    <w:rsid w:val="00384AA8"/>
    <w:rsid w:val="0038559F"/>
    <w:rsid w:val="00394A36"/>
    <w:rsid w:val="003A3556"/>
    <w:rsid w:val="003B03B0"/>
    <w:rsid w:val="003B5399"/>
    <w:rsid w:val="003F07CE"/>
    <w:rsid w:val="003F6F1B"/>
    <w:rsid w:val="003F732D"/>
    <w:rsid w:val="00406563"/>
    <w:rsid w:val="004116F6"/>
    <w:rsid w:val="0042493F"/>
    <w:rsid w:val="004311CF"/>
    <w:rsid w:val="0044752F"/>
    <w:rsid w:val="00454684"/>
    <w:rsid w:val="004631D0"/>
    <w:rsid w:val="00467485"/>
    <w:rsid w:val="004727C3"/>
    <w:rsid w:val="004926FF"/>
    <w:rsid w:val="004A50AC"/>
    <w:rsid w:val="004B166C"/>
    <w:rsid w:val="004B3F3B"/>
    <w:rsid w:val="004C54FC"/>
    <w:rsid w:val="004C5CE6"/>
    <w:rsid w:val="004D1538"/>
    <w:rsid w:val="004E7538"/>
    <w:rsid w:val="004F6473"/>
    <w:rsid w:val="004F7E74"/>
    <w:rsid w:val="005005D3"/>
    <w:rsid w:val="00507EB0"/>
    <w:rsid w:val="00537FC9"/>
    <w:rsid w:val="00542A75"/>
    <w:rsid w:val="0054383A"/>
    <w:rsid w:val="00545199"/>
    <w:rsid w:val="00545CA7"/>
    <w:rsid w:val="00546FD3"/>
    <w:rsid w:val="00564490"/>
    <w:rsid w:val="0057399A"/>
    <w:rsid w:val="0057556B"/>
    <w:rsid w:val="00587722"/>
    <w:rsid w:val="005917CC"/>
    <w:rsid w:val="0059233B"/>
    <w:rsid w:val="005C2041"/>
    <w:rsid w:val="005C3A05"/>
    <w:rsid w:val="005C4683"/>
    <w:rsid w:val="005D6F68"/>
    <w:rsid w:val="005E7084"/>
    <w:rsid w:val="005F262E"/>
    <w:rsid w:val="005F4616"/>
    <w:rsid w:val="0060728A"/>
    <w:rsid w:val="006128FF"/>
    <w:rsid w:val="006468BD"/>
    <w:rsid w:val="00647A6A"/>
    <w:rsid w:val="0066620D"/>
    <w:rsid w:val="00676A8E"/>
    <w:rsid w:val="006829F4"/>
    <w:rsid w:val="00686DF2"/>
    <w:rsid w:val="00697D89"/>
    <w:rsid w:val="006D0A9C"/>
    <w:rsid w:val="006D2151"/>
    <w:rsid w:val="006E68F5"/>
    <w:rsid w:val="00700F31"/>
    <w:rsid w:val="00716BAA"/>
    <w:rsid w:val="00720E3E"/>
    <w:rsid w:val="00727CD9"/>
    <w:rsid w:val="007356A0"/>
    <w:rsid w:val="00751519"/>
    <w:rsid w:val="00752AA9"/>
    <w:rsid w:val="007662FB"/>
    <w:rsid w:val="0077443D"/>
    <w:rsid w:val="00776EF1"/>
    <w:rsid w:val="00793B06"/>
    <w:rsid w:val="007A016F"/>
    <w:rsid w:val="007A1958"/>
    <w:rsid w:val="007B29C7"/>
    <w:rsid w:val="007B2E85"/>
    <w:rsid w:val="007C6324"/>
    <w:rsid w:val="007D1580"/>
    <w:rsid w:val="007F317B"/>
    <w:rsid w:val="007F5F4E"/>
    <w:rsid w:val="00801622"/>
    <w:rsid w:val="00814F4A"/>
    <w:rsid w:val="0081668D"/>
    <w:rsid w:val="00830D7B"/>
    <w:rsid w:val="0083323D"/>
    <w:rsid w:val="00834436"/>
    <w:rsid w:val="008441BD"/>
    <w:rsid w:val="00852065"/>
    <w:rsid w:val="0085756E"/>
    <w:rsid w:val="00861549"/>
    <w:rsid w:val="00862D47"/>
    <w:rsid w:val="00871B87"/>
    <w:rsid w:val="008B46F8"/>
    <w:rsid w:val="008C03FB"/>
    <w:rsid w:val="008D55A4"/>
    <w:rsid w:val="008E11CA"/>
    <w:rsid w:val="008E5318"/>
    <w:rsid w:val="008F46A7"/>
    <w:rsid w:val="008F755C"/>
    <w:rsid w:val="0091100A"/>
    <w:rsid w:val="00914C08"/>
    <w:rsid w:val="00921C68"/>
    <w:rsid w:val="00923A08"/>
    <w:rsid w:val="00924E64"/>
    <w:rsid w:val="009260D6"/>
    <w:rsid w:val="00934D48"/>
    <w:rsid w:val="0095271D"/>
    <w:rsid w:val="0095617A"/>
    <w:rsid w:val="00961183"/>
    <w:rsid w:val="00964EF7"/>
    <w:rsid w:val="009655F5"/>
    <w:rsid w:val="00967BA7"/>
    <w:rsid w:val="00976468"/>
    <w:rsid w:val="00985A16"/>
    <w:rsid w:val="00986E54"/>
    <w:rsid w:val="00995E90"/>
    <w:rsid w:val="009A46CE"/>
    <w:rsid w:val="009C2380"/>
    <w:rsid w:val="009C630B"/>
    <w:rsid w:val="009D7898"/>
    <w:rsid w:val="009E25C9"/>
    <w:rsid w:val="009E3120"/>
    <w:rsid w:val="009E342C"/>
    <w:rsid w:val="009E582E"/>
    <w:rsid w:val="009E5F9E"/>
    <w:rsid w:val="009E64DD"/>
    <w:rsid w:val="009E7D18"/>
    <w:rsid w:val="00A02F0E"/>
    <w:rsid w:val="00A03D46"/>
    <w:rsid w:val="00A04E71"/>
    <w:rsid w:val="00A1247B"/>
    <w:rsid w:val="00A23CC8"/>
    <w:rsid w:val="00A351FD"/>
    <w:rsid w:val="00A35823"/>
    <w:rsid w:val="00A41BAF"/>
    <w:rsid w:val="00A45824"/>
    <w:rsid w:val="00A516F9"/>
    <w:rsid w:val="00A71C7F"/>
    <w:rsid w:val="00A81ACA"/>
    <w:rsid w:val="00A8361A"/>
    <w:rsid w:val="00A914C9"/>
    <w:rsid w:val="00AA04C1"/>
    <w:rsid w:val="00AA1D8D"/>
    <w:rsid w:val="00AB1E58"/>
    <w:rsid w:val="00AC2BEC"/>
    <w:rsid w:val="00AC6A7E"/>
    <w:rsid w:val="00AD3872"/>
    <w:rsid w:val="00AD5B05"/>
    <w:rsid w:val="00AD78D8"/>
    <w:rsid w:val="00AE1D88"/>
    <w:rsid w:val="00AF2734"/>
    <w:rsid w:val="00AF36F7"/>
    <w:rsid w:val="00AF696D"/>
    <w:rsid w:val="00B03864"/>
    <w:rsid w:val="00B10173"/>
    <w:rsid w:val="00B14C03"/>
    <w:rsid w:val="00B24F3B"/>
    <w:rsid w:val="00B47730"/>
    <w:rsid w:val="00B55DBC"/>
    <w:rsid w:val="00B614E7"/>
    <w:rsid w:val="00B7163E"/>
    <w:rsid w:val="00B74B3B"/>
    <w:rsid w:val="00B77915"/>
    <w:rsid w:val="00BA0A33"/>
    <w:rsid w:val="00BA34D6"/>
    <w:rsid w:val="00BB508E"/>
    <w:rsid w:val="00BB7523"/>
    <w:rsid w:val="00BD1DCD"/>
    <w:rsid w:val="00BD2E2C"/>
    <w:rsid w:val="00BD344B"/>
    <w:rsid w:val="00BD3CFB"/>
    <w:rsid w:val="00BD445B"/>
    <w:rsid w:val="00BD59B8"/>
    <w:rsid w:val="00BD6F90"/>
    <w:rsid w:val="00BF0879"/>
    <w:rsid w:val="00BF761E"/>
    <w:rsid w:val="00C0720F"/>
    <w:rsid w:val="00C167D7"/>
    <w:rsid w:val="00C2585D"/>
    <w:rsid w:val="00C36003"/>
    <w:rsid w:val="00C361A7"/>
    <w:rsid w:val="00C3665C"/>
    <w:rsid w:val="00C50A4F"/>
    <w:rsid w:val="00C53436"/>
    <w:rsid w:val="00C67AB4"/>
    <w:rsid w:val="00C94FE4"/>
    <w:rsid w:val="00CA0B8E"/>
    <w:rsid w:val="00CB0664"/>
    <w:rsid w:val="00CB6892"/>
    <w:rsid w:val="00CE2DA9"/>
    <w:rsid w:val="00D21075"/>
    <w:rsid w:val="00D2656C"/>
    <w:rsid w:val="00D348DB"/>
    <w:rsid w:val="00D3589F"/>
    <w:rsid w:val="00D65BC1"/>
    <w:rsid w:val="00D812FE"/>
    <w:rsid w:val="00D92097"/>
    <w:rsid w:val="00DA7C2D"/>
    <w:rsid w:val="00DC5E4C"/>
    <w:rsid w:val="00DC5F4B"/>
    <w:rsid w:val="00DD3A1E"/>
    <w:rsid w:val="00DD51B2"/>
    <w:rsid w:val="00DF61C4"/>
    <w:rsid w:val="00E03DF4"/>
    <w:rsid w:val="00E03E5D"/>
    <w:rsid w:val="00E04E3F"/>
    <w:rsid w:val="00E17492"/>
    <w:rsid w:val="00E21918"/>
    <w:rsid w:val="00E240B9"/>
    <w:rsid w:val="00E3737B"/>
    <w:rsid w:val="00E41D3C"/>
    <w:rsid w:val="00E4608A"/>
    <w:rsid w:val="00E5340A"/>
    <w:rsid w:val="00E541B8"/>
    <w:rsid w:val="00E549BB"/>
    <w:rsid w:val="00E812EA"/>
    <w:rsid w:val="00E8570C"/>
    <w:rsid w:val="00E9231F"/>
    <w:rsid w:val="00ED0815"/>
    <w:rsid w:val="00ED2EC2"/>
    <w:rsid w:val="00EF7C04"/>
    <w:rsid w:val="00F2173E"/>
    <w:rsid w:val="00F27B98"/>
    <w:rsid w:val="00F522E2"/>
    <w:rsid w:val="00F65716"/>
    <w:rsid w:val="00F71FB3"/>
    <w:rsid w:val="00F75149"/>
    <w:rsid w:val="00F77F1D"/>
    <w:rsid w:val="00F83946"/>
    <w:rsid w:val="00F90317"/>
    <w:rsid w:val="00F91623"/>
    <w:rsid w:val="00F969CD"/>
    <w:rsid w:val="00FA0A6F"/>
    <w:rsid w:val="00FA2B4E"/>
    <w:rsid w:val="00FA3E6F"/>
    <w:rsid w:val="00FA5BFB"/>
    <w:rsid w:val="00FC1E20"/>
    <w:rsid w:val="00FC2259"/>
    <w:rsid w:val="00FC693F"/>
    <w:rsid w:val="00FE531B"/>
    <w:rsid w:val="00FE5C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11FBE6"/>
  <w14:defaultImageDpi w14:val="300"/>
  <w15:docId w15:val="{35C7FC84-97A1-4BD9-84BA-629E93079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03E5D"/>
    <w:rPr>
      <w:rFonts w:ascii="Cambria" w:eastAsia="Cambria" w:hAnsi="Cambria" w:cs="Cambria"/>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Горен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Долен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лавие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лавие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лавие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лав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лавие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ен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ен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ен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на макрос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 Знак"/>
    <w:basedOn w:val="a2"/>
    <w:link w:val="af5"/>
    <w:uiPriority w:val="29"/>
    <w:rsid w:val="00FC693F"/>
    <w:rPr>
      <w:i/>
      <w:iCs/>
      <w:color w:val="000000" w:themeColor="text1"/>
    </w:rPr>
  </w:style>
  <w:style w:type="character" w:customStyle="1" w:styleId="40">
    <w:name w:val="Заглавие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лавие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лавие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лавие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лавие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лавие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Интензивно цитиране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a">
    <w:name w:val="Hyperlink"/>
    <w:basedOn w:val="a2"/>
    <w:uiPriority w:val="99"/>
    <w:unhideWhenUsed/>
    <w:rsid w:val="00776EF1"/>
    <w:rPr>
      <w:color w:val="0000FF" w:themeColor="hyperlink"/>
      <w:u w:val="single"/>
    </w:rPr>
  </w:style>
  <w:style w:type="character" w:styleId="affb">
    <w:name w:val="Unresolved Mention"/>
    <w:basedOn w:val="a2"/>
    <w:uiPriority w:val="99"/>
    <w:semiHidden/>
    <w:unhideWhenUsed/>
    <w:rsid w:val="00776EF1"/>
    <w:rPr>
      <w:color w:val="605E5C"/>
      <w:shd w:val="clear" w:color="auto" w:fill="E1DFDD"/>
    </w:rPr>
  </w:style>
  <w:style w:type="character" w:customStyle="1" w:styleId="gi">
    <w:name w:val="gi"/>
    <w:basedOn w:val="a2"/>
    <w:rsid w:val="003F732D"/>
  </w:style>
  <w:style w:type="character" w:customStyle="1" w:styleId="rynqvb">
    <w:name w:val="rynqvb"/>
    <w:basedOn w:val="a2"/>
    <w:rsid w:val="00814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1</Pages>
  <Words>2674</Words>
  <Characters>15242</Characters>
  <Application>Microsoft Office Word</Application>
  <DocSecurity>0</DocSecurity>
  <Lines>127</Lines>
  <Paragraphs>35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17881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Tatyana Braga</cp:lastModifiedBy>
  <cp:revision>167</cp:revision>
  <dcterms:created xsi:type="dcterms:W3CDTF">2013-12-23T23:15:00Z</dcterms:created>
  <dcterms:modified xsi:type="dcterms:W3CDTF">2026-10-09T10:02:00Z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b31a89e3-4112-4ecd-b3a5-03aa56ebbed8</vt:lpwstr>
  </property>
</Properties>
</file>